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E47D3" w14:textId="58F24DFD" w:rsidR="00015A85" w:rsidRDefault="00000000">
      <w:pPr>
        <w:jc w:val="center"/>
      </w:pPr>
      <w:r>
        <w:rPr>
          <w:b/>
          <w:color w:val="1F4E5F"/>
          <w:sz w:val="52"/>
        </w:rPr>
        <w:br/>
        <w:t>RASSEGNA STAMPA</w:t>
      </w:r>
      <w:r>
        <w:rPr>
          <w:b/>
          <w:color w:val="1F4E5F"/>
          <w:sz w:val="52"/>
        </w:rPr>
        <w:br/>
        <w:t>E DOSSIER DI DIFFUSIONE CULTURALE</w:t>
      </w:r>
    </w:p>
    <w:p w14:paraId="74164EE1" w14:textId="77777777" w:rsidR="00015A85" w:rsidRDefault="00000000">
      <w:pPr>
        <w:jc w:val="center"/>
      </w:pPr>
      <w:r>
        <w:rPr>
          <w:i/>
          <w:sz w:val="36"/>
        </w:rPr>
        <w:t>Abitare il territorio</w:t>
      </w:r>
      <w:r>
        <w:rPr>
          <w:i/>
          <w:sz w:val="36"/>
        </w:rPr>
        <w:br/>
        <w:t>Arte, parola, spiritualità in dialogo</w:t>
      </w:r>
    </w:p>
    <w:p w14:paraId="16DD0DCB" w14:textId="25850EB3" w:rsidR="00015A85" w:rsidRDefault="00000000">
      <w:pPr>
        <w:jc w:val="center"/>
        <w:rPr>
          <w:sz w:val="24"/>
        </w:rPr>
      </w:pPr>
      <w:proofErr w:type="spellStart"/>
      <w:r>
        <w:rPr>
          <w:sz w:val="24"/>
        </w:rPr>
        <w:t>Eventi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inseriti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programma</w:t>
      </w:r>
      <w:proofErr w:type="spellEnd"/>
      <w:r>
        <w:rPr>
          <w:sz w:val="24"/>
        </w:rPr>
        <w:t xml:space="preserve"> del Salone Internazionale del Libro di Torino OFF 2026</w:t>
      </w:r>
      <w:r>
        <w:rPr>
          <w:sz w:val="24"/>
        </w:rPr>
        <w:br/>
      </w:r>
      <w:r w:rsidRPr="00F90718">
        <w:rPr>
          <w:b/>
          <w:bCs/>
          <w:i/>
          <w:iCs/>
          <w:sz w:val="24"/>
        </w:rPr>
        <w:t xml:space="preserve">12-26 </w:t>
      </w:r>
      <w:proofErr w:type="spellStart"/>
      <w:r w:rsidRPr="00F90718">
        <w:rPr>
          <w:b/>
          <w:bCs/>
          <w:i/>
          <w:iCs/>
          <w:sz w:val="24"/>
        </w:rPr>
        <w:t>maggio</w:t>
      </w:r>
      <w:proofErr w:type="spellEnd"/>
      <w:r w:rsidRPr="00F90718">
        <w:rPr>
          <w:b/>
          <w:bCs/>
          <w:i/>
          <w:iCs/>
          <w:sz w:val="24"/>
        </w:rPr>
        <w:t xml:space="preserve"> 2026</w:t>
      </w:r>
    </w:p>
    <w:p w14:paraId="798F8E23" w14:textId="26976941" w:rsidR="00F90718" w:rsidRDefault="00F90718">
      <w:pPr>
        <w:jc w:val="center"/>
      </w:pPr>
      <w:r>
        <w:rPr>
          <w:noProof/>
        </w:rPr>
        <w:drawing>
          <wp:inline distT="0" distB="0" distL="0" distR="0" wp14:anchorId="3CEB4FFE" wp14:editId="631F133E">
            <wp:extent cx="5364480" cy="5364480"/>
            <wp:effectExtent l="0" t="0" r="7620" b="7620"/>
            <wp:docPr id="45696207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2AAC" w14:textId="3A322A3C" w:rsidR="00015A85" w:rsidRDefault="00000000" w:rsidP="00F90718">
      <w:pPr>
        <w:jc w:val="center"/>
      </w:pPr>
      <w:r>
        <w:rPr>
          <w:sz w:val="18"/>
        </w:rPr>
        <w:t xml:space="preserve">ATB </w:t>
      </w:r>
      <w:proofErr w:type="spellStart"/>
      <w:r>
        <w:rPr>
          <w:sz w:val="18"/>
        </w:rPr>
        <w:t>Associazione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Culturale</w:t>
      </w:r>
      <w:proofErr w:type="spellEnd"/>
      <w:r>
        <w:rPr>
          <w:sz w:val="18"/>
        </w:rPr>
        <w:t xml:space="preserve"> | AtbEdizioni</w:t>
      </w:r>
      <w:r>
        <w:rPr>
          <w:sz w:val="18"/>
        </w:rPr>
        <w:br/>
        <w:t xml:space="preserve">Documento preparato per rendicontazione, sviluppo 2027, dialogo </w:t>
      </w:r>
      <w:proofErr w:type="spellStart"/>
      <w:r>
        <w:rPr>
          <w:sz w:val="18"/>
        </w:rPr>
        <w:t>istituzionale</w:t>
      </w:r>
      <w:proofErr w:type="spellEnd"/>
      <w:r>
        <w:rPr>
          <w:sz w:val="18"/>
        </w:rPr>
        <w:t xml:space="preserve"> e </w:t>
      </w:r>
      <w:proofErr w:type="spellStart"/>
      <w:r>
        <w:rPr>
          <w:sz w:val="18"/>
        </w:rPr>
        <w:t>attivazione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territoriale</w:t>
      </w:r>
      <w:proofErr w:type="spellEnd"/>
      <w:r>
        <w:br w:type="page"/>
      </w:r>
    </w:p>
    <w:p w14:paraId="1F2EF762" w14:textId="77777777" w:rsidR="00015A85" w:rsidRDefault="00000000">
      <w:pPr>
        <w:pStyle w:val="Titolo1"/>
      </w:pPr>
      <w:r>
        <w:lastRenderedPageBreak/>
        <w:t>1. Sintesi strategica</w:t>
      </w:r>
    </w:p>
    <w:p w14:paraId="67D52545" w14:textId="77777777" w:rsidR="00015A85" w:rsidRDefault="00000000">
      <w:pPr>
        <w:pStyle w:val="Corpotesto"/>
      </w:pPr>
      <w:r>
        <w:t>Questa cartella raccoglie le principali tracce pubbliche, istituzionali, stampa e social relative al progetto "Abitare il territorio. Arte, parola, spiritualità in dialogo" e agli eventi che lo hanno composto. Il documento è pensato come strumento di rendicontazione, base statistica per misurare la progressione delle edizioni successive e supporto per richieste di patrocinio, partnership, fondi privati e dialoghi con enti territoriali.</w:t>
      </w:r>
    </w:p>
    <w:p w14:paraId="7703AA85" w14:textId="77777777" w:rsidR="00015A85" w:rsidRDefault="00000000">
      <w:pPr>
        <w:pStyle w:val="Corpotesto"/>
      </w:pPr>
      <w:r>
        <w:t>La ricerca ha evidenziato una diffusione a più livelli: il progetto è documentato sui canali ufficiali ATB, sulla Pastorale della Cultura della Diocesi di Torino, nel programma ufficiale del Salone OFF 2026, su testate e piattaforme culturali come La Stampa/TorinoSette, Exibart, Juliet Art Magazine, Bioetica News Torino e PiemontePress, oltre che su canali social di ATB, relatori, artisti e reti territoriali.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112"/>
        <w:gridCol w:w="5112"/>
      </w:tblGrid>
      <w:tr w:rsidR="00015A85" w14:paraId="4D3F8C52" w14:textId="77777777">
        <w:tc>
          <w:tcPr>
            <w:tcW w:w="5112" w:type="dxa"/>
            <w:shd w:val="clear" w:color="auto" w:fill="1F4E5F"/>
          </w:tcPr>
          <w:p w14:paraId="62B1A414" w14:textId="77777777" w:rsidR="00015A85" w:rsidRDefault="00000000">
            <w:r>
              <w:rPr>
                <w:b/>
                <w:color w:val="FFFFFF"/>
                <w:sz w:val="16"/>
              </w:rPr>
              <w:t>Indicatore</w:t>
            </w:r>
          </w:p>
        </w:tc>
        <w:tc>
          <w:tcPr>
            <w:tcW w:w="5112" w:type="dxa"/>
            <w:shd w:val="clear" w:color="auto" w:fill="1F4E5F"/>
          </w:tcPr>
          <w:p w14:paraId="53F08588" w14:textId="77777777" w:rsidR="00015A85" w:rsidRDefault="00000000">
            <w:r>
              <w:rPr>
                <w:b/>
                <w:color w:val="FFFFFF"/>
                <w:sz w:val="16"/>
              </w:rPr>
              <w:t>Evidenza</w:t>
            </w:r>
          </w:p>
        </w:tc>
      </w:tr>
      <w:tr w:rsidR="00015A85" w14:paraId="0D358109" w14:textId="77777777">
        <w:tc>
          <w:tcPr>
            <w:tcW w:w="5112" w:type="dxa"/>
          </w:tcPr>
          <w:p w14:paraId="19F6FE6F" w14:textId="77777777" w:rsidR="00015A85" w:rsidRDefault="00000000">
            <w:r>
              <w:rPr>
                <w:b/>
                <w:sz w:val="17"/>
              </w:rPr>
              <w:t>Fonti istituzionali e ufficiali verificate</w:t>
            </w:r>
          </w:p>
        </w:tc>
        <w:tc>
          <w:tcPr>
            <w:tcW w:w="5112" w:type="dxa"/>
          </w:tcPr>
          <w:p w14:paraId="338B973B" w14:textId="77777777" w:rsidR="00015A85" w:rsidRDefault="00000000">
            <w:r>
              <w:rPr>
                <w:sz w:val="17"/>
              </w:rPr>
              <w:t>ATB, Pastorale della Cultura, Salone OFF, cartella stampa PDF/Calaméo</w:t>
            </w:r>
          </w:p>
        </w:tc>
      </w:tr>
      <w:tr w:rsidR="00015A85" w14:paraId="64CAAA8D" w14:textId="77777777">
        <w:tc>
          <w:tcPr>
            <w:tcW w:w="5112" w:type="dxa"/>
          </w:tcPr>
          <w:p w14:paraId="58A3FE80" w14:textId="77777777" w:rsidR="00015A85" w:rsidRDefault="00000000">
            <w:r>
              <w:rPr>
                <w:b/>
                <w:sz w:val="17"/>
              </w:rPr>
              <w:t>Schede Salone OFF verificate</w:t>
            </w:r>
          </w:p>
        </w:tc>
        <w:tc>
          <w:tcPr>
            <w:tcW w:w="5112" w:type="dxa"/>
          </w:tcPr>
          <w:p w14:paraId="2667523D" w14:textId="03C19B50" w:rsidR="00015A85" w:rsidRDefault="00000000">
            <w:r>
              <w:rPr>
                <w:sz w:val="17"/>
              </w:rPr>
              <w:t xml:space="preserve">8 schede evento: mostra, </w:t>
            </w:r>
            <w:proofErr w:type="spellStart"/>
            <w:r>
              <w:rPr>
                <w:sz w:val="17"/>
              </w:rPr>
              <w:t>incontri</w:t>
            </w:r>
            <w:proofErr w:type="spellEnd"/>
            <w:r>
              <w:rPr>
                <w:sz w:val="17"/>
              </w:rPr>
              <w:t xml:space="preserve">, </w:t>
            </w:r>
            <w:proofErr w:type="spellStart"/>
            <w:r>
              <w:rPr>
                <w:sz w:val="17"/>
              </w:rPr>
              <w:t>teatro</w:t>
            </w:r>
            <w:proofErr w:type="spellEnd"/>
            <w:r>
              <w:rPr>
                <w:sz w:val="17"/>
              </w:rPr>
              <w:t xml:space="preserve">, concerto, </w:t>
            </w:r>
            <w:r w:rsidR="00F90718">
              <w:rPr>
                <w:sz w:val="17"/>
              </w:rPr>
              <w:t>Autori</w:t>
            </w:r>
          </w:p>
        </w:tc>
      </w:tr>
      <w:tr w:rsidR="00015A85" w14:paraId="023C03EB" w14:textId="77777777">
        <w:tc>
          <w:tcPr>
            <w:tcW w:w="5112" w:type="dxa"/>
          </w:tcPr>
          <w:p w14:paraId="4DFDCC7F" w14:textId="77777777" w:rsidR="00015A85" w:rsidRDefault="00000000">
            <w:r>
              <w:rPr>
                <w:b/>
                <w:sz w:val="17"/>
              </w:rPr>
              <w:t>Media e piattaforme culturali verificate</w:t>
            </w:r>
          </w:p>
        </w:tc>
        <w:tc>
          <w:tcPr>
            <w:tcW w:w="5112" w:type="dxa"/>
          </w:tcPr>
          <w:p w14:paraId="1C9B05D8" w14:textId="77777777" w:rsidR="00015A85" w:rsidRDefault="00000000">
            <w:r>
              <w:rPr>
                <w:sz w:val="17"/>
              </w:rPr>
              <w:t>TorinoSette/La Stampa, Exibart, Juliet, Bioetica News, PiemontePress</w:t>
            </w:r>
          </w:p>
        </w:tc>
      </w:tr>
      <w:tr w:rsidR="00015A85" w14:paraId="3B45AA8C" w14:textId="77777777">
        <w:tc>
          <w:tcPr>
            <w:tcW w:w="5112" w:type="dxa"/>
          </w:tcPr>
          <w:p w14:paraId="536EF6AF" w14:textId="77777777" w:rsidR="00015A85" w:rsidRDefault="00000000">
            <w:r>
              <w:rPr>
                <w:b/>
                <w:sz w:val="17"/>
              </w:rPr>
              <w:t>Diffusione social documentabile</w:t>
            </w:r>
          </w:p>
        </w:tc>
        <w:tc>
          <w:tcPr>
            <w:tcW w:w="5112" w:type="dxa"/>
          </w:tcPr>
          <w:p w14:paraId="62FA66C6" w14:textId="77777777" w:rsidR="00015A85" w:rsidRDefault="00000000">
            <w:r>
              <w:rPr>
                <w:sz w:val="17"/>
              </w:rPr>
              <w:t>post ATB, Facebook/Instagram, rilanci di autori/artisti e reti territoriali; da completare con screenshot manuali</w:t>
            </w:r>
          </w:p>
        </w:tc>
      </w:tr>
      <w:tr w:rsidR="00015A85" w14:paraId="4BF9442A" w14:textId="77777777">
        <w:tc>
          <w:tcPr>
            <w:tcW w:w="5112" w:type="dxa"/>
          </w:tcPr>
          <w:p w14:paraId="7AAC96EC" w14:textId="77777777" w:rsidR="00015A85" w:rsidRDefault="00000000">
            <w:r>
              <w:rPr>
                <w:b/>
                <w:sz w:val="17"/>
              </w:rPr>
              <w:t>Appendice curatoriale</w:t>
            </w:r>
          </w:p>
        </w:tc>
        <w:tc>
          <w:tcPr>
            <w:tcW w:w="5112" w:type="dxa"/>
          </w:tcPr>
          <w:p w14:paraId="4A26C250" w14:textId="77777777" w:rsidR="00015A85" w:rsidRDefault="00000000">
            <w:r>
              <w:rPr>
                <w:sz w:val="17"/>
              </w:rPr>
              <w:t>GliExtra/Sudan, Museobook, Exostrati, Mariella Bogliacino, Marta Valls e linea transmediale</w:t>
            </w:r>
          </w:p>
        </w:tc>
      </w:tr>
    </w:tbl>
    <w:p w14:paraId="34B8D594" w14:textId="77777777" w:rsidR="00015A85" w:rsidRDefault="00000000">
      <w:pPr>
        <w:pStyle w:val="Titolo2"/>
      </w:pPr>
      <w:r>
        <w:t>Lettura complessiva</w:t>
      </w:r>
    </w:p>
    <w:p w14:paraId="31E64BD5" w14:textId="2D9A7156" w:rsidR="00015A85" w:rsidRDefault="00000000">
      <w:pPr>
        <w:pStyle w:val="Corpotesto"/>
      </w:pPr>
      <w:r>
        <w:t xml:space="preserve">La prima edizione non va letta come una semplice sequenza di </w:t>
      </w:r>
      <w:proofErr w:type="spellStart"/>
      <w:r>
        <w:t>appuntamenti</w:t>
      </w:r>
      <w:proofErr w:type="spellEnd"/>
      <w:r>
        <w:t>, ma come</w:t>
      </w:r>
      <w:r w:rsidR="00010A8A">
        <w:t xml:space="preserve"> </w:t>
      </w:r>
      <w:proofErr w:type="spellStart"/>
      <w:r w:rsidR="00010A8A">
        <w:t>realizzazione</w:t>
      </w:r>
      <w:proofErr w:type="spellEnd"/>
      <w:r>
        <w:t xml:space="preserve"> di un format culturale territoriale: un dispositivo capace di collegare spazio ecclesiale, arte contemporanea, editoria, ricerca, musica, </w:t>
      </w:r>
      <w:proofErr w:type="spellStart"/>
      <w:r>
        <w:t>teatro</w:t>
      </w:r>
      <w:proofErr w:type="spellEnd"/>
      <w:r>
        <w:t xml:space="preserve"> e </w:t>
      </w:r>
      <w:proofErr w:type="spellStart"/>
      <w:r>
        <w:t>comunità</w:t>
      </w:r>
      <w:proofErr w:type="spellEnd"/>
      <w:r w:rsidR="00010A8A">
        <w:t xml:space="preserve"> alla </w:t>
      </w:r>
      <w:proofErr w:type="spellStart"/>
      <w:r w:rsidR="00010A8A">
        <w:t>sua</w:t>
      </w:r>
      <w:proofErr w:type="spellEnd"/>
      <w:r w:rsidR="00010A8A">
        <w:t xml:space="preserve"> prima </w:t>
      </w:r>
      <w:proofErr w:type="spellStart"/>
      <w:r w:rsidR="00010A8A">
        <w:t>edizione</w:t>
      </w:r>
      <w:proofErr w:type="spellEnd"/>
      <w:r>
        <w:t xml:space="preserve">. L’esistenza di schede ufficiali per i singoli eventi e di uscite su piattaforme culturali esterne consente di presentare il progetto 2026 come </w:t>
      </w:r>
      <w:proofErr w:type="spellStart"/>
      <w:r>
        <w:t>caso</w:t>
      </w:r>
      <w:proofErr w:type="spellEnd"/>
      <w:r>
        <w:t xml:space="preserve"> </w:t>
      </w:r>
      <w:proofErr w:type="spellStart"/>
      <w:r>
        <w:t>documentato</w:t>
      </w:r>
      <w:proofErr w:type="spellEnd"/>
      <w:r>
        <w:t>.</w:t>
      </w:r>
    </w:p>
    <w:p w14:paraId="6AF805A4" w14:textId="5831818E" w:rsidR="00015A85" w:rsidRDefault="00015A85"/>
    <w:p w14:paraId="47FD478F" w14:textId="77777777" w:rsidR="00015A85" w:rsidRDefault="00000000">
      <w:pPr>
        <w:pStyle w:val="Titolo1"/>
      </w:pPr>
      <w:r>
        <w:t>2. Criteri di ricerca e classificazione</w:t>
      </w:r>
    </w:p>
    <w:p w14:paraId="5AAF10D7" w14:textId="77777777" w:rsidR="00015A85" w:rsidRDefault="00000000" w:rsidP="001B5A8D">
      <w:pPr>
        <w:pStyle w:val="Corpotesto"/>
        <w:jc w:val="both"/>
      </w:pPr>
      <w:r>
        <w:t>La ricognizione è stata svolta cercando sia il titolo generale del progetto sia i titoli dei singoli eventi, i nomi dei relatori, degli artisti, degli autori e delle collezioni coinvolte. Le fonti sono state classificate in base al loro peso documentale.</w:t>
      </w:r>
    </w:p>
    <w:p w14:paraId="0925E46C" w14:textId="77777777" w:rsidR="00015A85" w:rsidRDefault="00000000" w:rsidP="001B5A8D">
      <w:pPr>
        <w:pStyle w:val="Puntoelenco"/>
        <w:jc w:val="both"/>
      </w:pPr>
      <w:r>
        <w:t>Fonti ufficiali: pagine ATB, Pastorale della Cultura, Salone OFF e cartella stampa pubblicata online.</w:t>
      </w:r>
    </w:p>
    <w:p w14:paraId="0DB8AE52" w14:textId="77777777" w:rsidR="00015A85" w:rsidRDefault="00000000" w:rsidP="001B5A8D">
      <w:pPr>
        <w:pStyle w:val="Puntoelenco"/>
        <w:jc w:val="both"/>
      </w:pPr>
      <w:r>
        <w:t>Stampa e media: testate giornalistiche, piattaforme culturali, agende eventi e portali informativi.</w:t>
      </w:r>
    </w:p>
    <w:p w14:paraId="01044447" w14:textId="77777777" w:rsidR="00015A85" w:rsidRDefault="00000000" w:rsidP="001B5A8D">
      <w:pPr>
        <w:pStyle w:val="Puntoelenco"/>
        <w:jc w:val="both"/>
      </w:pPr>
      <w:r>
        <w:t>Schede evento: pagine autonome dedicate a ogni appuntamento nel programma del Salone OFF.</w:t>
      </w:r>
    </w:p>
    <w:p w14:paraId="1BBC0C05" w14:textId="77777777" w:rsidR="00015A85" w:rsidRDefault="00000000" w:rsidP="001B5A8D">
      <w:pPr>
        <w:pStyle w:val="Puntoelenco"/>
        <w:jc w:val="both"/>
      </w:pPr>
      <w:r>
        <w:t>Diffusione social: post e rilanci pubblici su Instagram/Facebook, inclusi canali ATB, autori, artisti e reti territoriali.</w:t>
      </w:r>
    </w:p>
    <w:p w14:paraId="1825E673" w14:textId="77777777" w:rsidR="00015A85" w:rsidRDefault="00000000" w:rsidP="001B5A8D">
      <w:pPr>
        <w:pStyle w:val="Puntoelenco"/>
        <w:jc w:val="both"/>
      </w:pPr>
      <w:r>
        <w:t>Appendice curatoriale: materiali che non riguardano solo Abitare il territorio, ma rafforzano la credibilità della linea progettuale ATB in arte contemporanea, Museobook, editoria transmediale e relazioni internazionali.</w:t>
      </w:r>
    </w:p>
    <w:p w14:paraId="0BAA685F" w14:textId="77777777" w:rsidR="001B5A8D" w:rsidRDefault="00000000" w:rsidP="001B5A8D">
      <w:pPr>
        <w:pStyle w:val="Corpotesto"/>
        <w:jc w:val="both"/>
      </w:pPr>
      <w:r>
        <w:t xml:space="preserve">Nota prudenziale: i contenuti social e alcune uscite cartacee possono non essere pienamente indicizzati dai motori di ricerca. Per questi casi il documento segnala le evidenze reperite e indica dove integrare screenshot, </w:t>
      </w:r>
      <w:proofErr w:type="spellStart"/>
      <w:r>
        <w:t>scansioni</w:t>
      </w:r>
      <w:proofErr w:type="spellEnd"/>
      <w:r>
        <w:t xml:space="preserve"> o </w:t>
      </w:r>
      <w:proofErr w:type="spellStart"/>
      <w:r>
        <w:t>ritagli</w:t>
      </w:r>
      <w:proofErr w:type="spellEnd"/>
      <w:r>
        <w:t xml:space="preserve"> </w:t>
      </w:r>
      <w:proofErr w:type="spellStart"/>
      <w:r>
        <w:t>cartacei</w:t>
      </w:r>
      <w:proofErr w:type="spellEnd"/>
      <w:r>
        <w:t>.</w:t>
      </w:r>
    </w:p>
    <w:p w14:paraId="110BB2B4" w14:textId="77777777" w:rsidR="00905975" w:rsidRDefault="00905975" w:rsidP="001B5A8D">
      <w:pPr>
        <w:pStyle w:val="Corpotesto"/>
        <w:jc w:val="both"/>
      </w:pPr>
    </w:p>
    <w:p w14:paraId="31983337" w14:textId="77777777" w:rsidR="00905975" w:rsidRDefault="00905975" w:rsidP="001B5A8D">
      <w:pPr>
        <w:pStyle w:val="Corpotesto"/>
        <w:jc w:val="both"/>
      </w:pPr>
    </w:p>
    <w:p w14:paraId="6B7591D8" w14:textId="77777777" w:rsidR="00905975" w:rsidRDefault="00905975" w:rsidP="001B5A8D">
      <w:pPr>
        <w:pStyle w:val="Corpotesto"/>
        <w:jc w:val="both"/>
      </w:pPr>
    </w:p>
    <w:p w14:paraId="0BF550A8" w14:textId="77777777" w:rsidR="00905975" w:rsidRDefault="00905975" w:rsidP="001B5A8D">
      <w:pPr>
        <w:pStyle w:val="Corpotesto"/>
        <w:jc w:val="both"/>
      </w:pPr>
    </w:p>
    <w:p w14:paraId="460825D2" w14:textId="77777777" w:rsidR="00905975" w:rsidRDefault="00905975" w:rsidP="001B5A8D">
      <w:pPr>
        <w:pStyle w:val="Corpotesto"/>
        <w:jc w:val="both"/>
      </w:pPr>
    </w:p>
    <w:p w14:paraId="2B5AE026" w14:textId="77777777" w:rsidR="00905975" w:rsidRDefault="00905975" w:rsidP="001B5A8D">
      <w:pPr>
        <w:pStyle w:val="Corpotesto"/>
        <w:jc w:val="both"/>
      </w:pPr>
    </w:p>
    <w:p w14:paraId="723ABA1F" w14:textId="697369B0" w:rsidR="00015A85" w:rsidRPr="001B5A8D" w:rsidRDefault="00000000" w:rsidP="001B5A8D">
      <w:pPr>
        <w:pStyle w:val="Corpotesto"/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</w:pPr>
      <w:r w:rsidRPr="001B5A8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lastRenderedPageBreak/>
        <w:t xml:space="preserve">3. Quadro delle </w:t>
      </w:r>
      <w:proofErr w:type="spellStart"/>
      <w:r w:rsidRPr="001B5A8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fonti</w:t>
      </w:r>
      <w:proofErr w:type="spellEnd"/>
      <w:r w:rsidRPr="001B5A8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1B5A8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verificate</w:t>
      </w:r>
      <w:proofErr w:type="spellEnd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045"/>
        <w:gridCol w:w="2045"/>
        <w:gridCol w:w="2045"/>
        <w:gridCol w:w="2045"/>
        <w:gridCol w:w="2045"/>
      </w:tblGrid>
      <w:tr w:rsidR="00015A85" w14:paraId="4E451CF5" w14:textId="77777777">
        <w:trPr>
          <w:jc w:val="center"/>
        </w:trPr>
        <w:tc>
          <w:tcPr>
            <w:tcW w:w="2045" w:type="dxa"/>
            <w:shd w:val="clear" w:color="auto" w:fill="1F4E5F"/>
          </w:tcPr>
          <w:p w14:paraId="52032CF0" w14:textId="77777777" w:rsidR="00015A85" w:rsidRDefault="00000000">
            <w:r>
              <w:rPr>
                <w:b/>
                <w:color w:val="FFFFFF"/>
                <w:sz w:val="16"/>
              </w:rPr>
              <w:t>Area</w:t>
            </w:r>
          </w:p>
        </w:tc>
        <w:tc>
          <w:tcPr>
            <w:tcW w:w="2045" w:type="dxa"/>
            <w:shd w:val="clear" w:color="auto" w:fill="1F4E5F"/>
          </w:tcPr>
          <w:p w14:paraId="5EDFCF93" w14:textId="77777777" w:rsidR="00015A85" w:rsidRDefault="00000000">
            <w:r>
              <w:rPr>
                <w:b/>
                <w:color w:val="FFFFFF"/>
                <w:sz w:val="16"/>
              </w:rPr>
              <w:t>Fonte / uscita</w:t>
            </w:r>
          </w:p>
        </w:tc>
        <w:tc>
          <w:tcPr>
            <w:tcW w:w="2045" w:type="dxa"/>
            <w:shd w:val="clear" w:color="auto" w:fill="1F4E5F"/>
          </w:tcPr>
          <w:p w14:paraId="4B2B12D1" w14:textId="77777777" w:rsidR="00015A85" w:rsidRDefault="00000000">
            <w:r>
              <w:rPr>
                <w:b/>
                <w:color w:val="FFFFFF"/>
                <w:sz w:val="16"/>
              </w:rPr>
              <w:t>Data</w:t>
            </w:r>
          </w:p>
        </w:tc>
        <w:tc>
          <w:tcPr>
            <w:tcW w:w="2045" w:type="dxa"/>
            <w:shd w:val="clear" w:color="auto" w:fill="1F4E5F"/>
          </w:tcPr>
          <w:p w14:paraId="4E7DC2A7" w14:textId="77777777" w:rsidR="00015A85" w:rsidRDefault="00000000">
            <w:r>
              <w:rPr>
                <w:b/>
                <w:color w:val="FFFFFF"/>
                <w:sz w:val="16"/>
              </w:rPr>
              <w:t>Stato</w:t>
            </w:r>
          </w:p>
        </w:tc>
        <w:tc>
          <w:tcPr>
            <w:tcW w:w="2045" w:type="dxa"/>
            <w:shd w:val="clear" w:color="auto" w:fill="1F4E5F"/>
          </w:tcPr>
          <w:p w14:paraId="49A15BA1" w14:textId="77777777" w:rsidR="00015A85" w:rsidRDefault="00000000">
            <w:r>
              <w:rPr>
                <w:b/>
                <w:color w:val="FFFFFF"/>
                <w:sz w:val="16"/>
              </w:rPr>
              <w:t>Peso</w:t>
            </w:r>
          </w:p>
        </w:tc>
      </w:tr>
      <w:tr w:rsidR="00015A85" w14:paraId="2805D9EB" w14:textId="77777777">
        <w:trPr>
          <w:jc w:val="center"/>
        </w:trPr>
        <w:tc>
          <w:tcPr>
            <w:tcW w:w="2045" w:type="dxa"/>
          </w:tcPr>
          <w:p w14:paraId="4C74CB4E" w14:textId="77777777" w:rsidR="00015A85" w:rsidRDefault="00000000">
            <w:r>
              <w:rPr>
                <w:sz w:val="15"/>
              </w:rPr>
              <w:t>Ufficiale</w:t>
            </w:r>
          </w:p>
        </w:tc>
        <w:tc>
          <w:tcPr>
            <w:tcW w:w="2045" w:type="dxa"/>
          </w:tcPr>
          <w:p w14:paraId="37A8432E" w14:textId="77777777" w:rsidR="00015A85" w:rsidRDefault="00000000">
            <w:r>
              <w:rPr>
                <w:sz w:val="15"/>
              </w:rPr>
              <w:t>ATB - pagina programma Abitare il territorio</w:t>
            </w:r>
          </w:p>
        </w:tc>
        <w:tc>
          <w:tcPr>
            <w:tcW w:w="2045" w:type="dxa"/>
          </w:tcPr>
          <w:p w14:paraId="4D261F5D" w14:textId="77777777" w:rsidR="00015A85" w:rsidRDefault="00000000">
            <w:r>
              <w:rPr>
                <w:sz w:val="15"/>
              </w:rPr>
              <w:t>2026</w:t>
            </w:r>
          </w:p>
        </w:tc>
        <w:tc>
          <w:tcPr>
            <w:tcW w:w="2045" w:type="dxa"/>
          </w:tcPr>
          <w:p w14:paraId="4A8E22F4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49DFC142" w14:textId="77777777" w:rsidR="00015A85" w:rsidRDefault="00000000">
            <w:r>
              <w:rPr>
                <w:sz w:val="15"/>
              </w:rPr>
              <w:t>alto</w:t>
            </w:r>
          </w:p>
        </w:tc>
      </w:tr>
      <w:tr w:rsidR="00015A85" w14:paraId="4BCB34CD" w14:textId="77777777">
        <w:trPr>
          <w:jc w:val="center"/>
        </w:trPr>
        <w:tc>
          <w:tcPr>
            <w:tcW w:w="2045" w:type="dxa"/>
          </w:tcPr>
          <w:p w14:paraId="0385D727" w14:textId="77777777" w:rsidR="00015A85" w:rsidRDefault="00000000">
            <w:r>
              <w:rPr>
                <w:sz w:val="15"/>
              </w:rPr>
              <w:t>Ufficiale</w:t>
            </w:r>
          </w:p>
        </w:tc>
        <w:tc>
          <w:tcPr>
            <w:tcW w:w="2045" w:type="dxa"/>
          </w:tcPr>
          <w:p w14:paraId="409BB149" w14:textId="77777777" w:rsidR="00015A85" w:rsidRDefault="00000000">
            <w:r>
              <w:rPr>
                <w:sz w:val="15"/>
              </w:rPr>
              <w:t>Pastorale della Cultura - Diocesi di Torino</w:t>
            </w:r>
          </w:p>
        </w:tc>
        <w:tc>
          <w:tcPr>
            <w:tcW w:w="2045" w:type="dxa"/>
          </w:tcPr>
          <w:p w14:paraId="2FED0740" w14:textId="77777777" w:rsidR="00015A85" w:rsidRDefault="00000000">
            <w:r>
              <w:rPr>
                <w:sz w:val="15"/>
              </w:rPr>
              <w:t>5 maggio 2026</w:t>
            </w:r>
          </w:p>
        </w:tc>
        <w:tc>
          <w:tcPr>
            <w:tcW w:w="2045" w:type="dxa"/>
          </w:tcPr>
          <w:p w14:paraId="333BF1E6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1DBBE19E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3F1CA263" w14:textId="77777777">
        <w:trPr>
          <w:jc w:val="center"/>
        </w:trPr>
        <w:tc>
          <w:tcPr>
            <w:tcW w:w="2045" w:type="dxa"/>
          </w:tcPr>
          <w:p w14:paraId="4DB58479" w14:textId="77777777" w:rsidR="00015A85" w:rsidRDefault="00000000">
            <w:r>
              <w:rPr>
                <w:sz w:val="15"/>
              </w:rPr>
              <w:t>Ufficiale</w:t>
            </w:r>
          </w:p>
        </w:tc>
        <w:tc>
          <w:tcPr>
            <w:tcW w:w="2045" w:type="dxa"/>
          </w:tcPr>
          <w:p w14:paraId="47A7F44B" w14:textId="77777777" w:rsidR="00015A85" w:rsidRDefault="00000000">
            <w:r>
              <w:rPr>
                <w:sz w:val="15"/>
              </w:rPr>
              <w:t>Cartella stampa PDF pubblicata dalla Pastorale della Cultura</w:t>
            </w:r>
          </w:p>
        </w:tc>
        <w:tc>
          <w:tcPr>
            <w:tcW w:w="2045" w:type="dxa"/>
          </w:tcPr>
          <w:p w14:paraId="1153AF06" w14:textId="77777777" w:rsidR="00015A85" w:rsidRDefault="00000000">
            <w:r>
              <w:rPr>
                <w:sz w:val="15"/>
              </w:rPr>
              <w:t>maggio 2026</w:t>
            </w:r>
          </w:p>
        </w:tc>
        <w:tc>
          <w:tcPr>
            <w:tcW w:w="2045" w:type="dxa"/>
          </w:tcPr>
          <w:p w14:paraId="526E417C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6AD316C0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56B268DB" w14:textId="77777777">
        <w:trPr>
          <w:jc w:val="center"/>
        </w:trPr>
        <w:tc>
          <w:tcPr>
            <w:tcW w:w="2045" w:type="dxa"/>
          </w:tcPr>
          <w:p w14:paraId="488E7353" w14:textId="77777777" w:rsidR="00015A85" w:rsidRDefault="00000000">
            <w:r>
              <w:rPr>
                <w:sz w:val="15"/>
              </w:rPr>
              <w:t>Ufficiale</w:t>
            </w:r>
          </w:p>
        </w:tc>
        <w:tc>
          <w:tcPr>
            <w:tcW w:w="2045" w:type="dxa"/>
          </w:tcPr>
          <w:p w14:paraId="1BEB1C4F" w14:textId="77777777" w:rsidR="00015A85" w:rsidRDefault="00000000">
            <w:r>
              <w:rPr>
                <w:sz w:val="15"/>
              </w:rPr>
              <w:t>Calaméo - Cartella stampa Abitare il territorio</w:t>
            </w:r>
          </w:p>
        </w:tc>
        <w:tc>
          <w:tcPr>
            <w:tcW w:w="2045" w:type="dxa"/>
          </w:tcPr>
          <w:p w14:paraId="25A9BE6B" w14:textId="77777777" w:rsidR="00015A85" w:rsidRDefault="00000000">
            <w:r>
              <w:rPr>
                <w:sz w:val="15"/>
              </w:rPr>
              <w:t>maggio 2026</w:t>
            </w:r>
          </w:p>
        </w:tc>
        <w:tc>
          <w:tcPr>
            <w:tcW w:w="2045" w:type="dxa"/>
          </w:tcPr>
          <w:p w14:paraId="7BFADFCA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62684F2D" w14:textId="77777777" w:rsidR="00015A85" w:rsidRDefault="00000000">
            <w:r>
              <w:rPr>
                <w:sz w:val="15"/>
              </w:rPr>
              <w:t>medio/alto</w:t>
            </w:r>
          </w:p>
        </w:tc>
      </w:tr>
      <w:tr w:rsidR="00015A85" w14:paraId="345C9D19" w14:textId="77777777">
        <w:trPr>
          <w:jc w:val="center"/>
        </w:trPr>
        <w:tc>
          <w:tcPr>
            <w:tcW w:w="2045" w:type="dxa"/>
          </w:tcPr>
          <w:p w14:paraId="156D8EE6" w14:textId="77777777" w:rsidR="00015A85" w:rsidRDefault="00000000">
            <w:r>
              <w:rPr>
                <w:sz w:val="15"/>
              </w:rPr>
              <w:t>Salone OFF</w:t>
            </w:r>
          </w:p>
        </w:tc>
        <w:tc>
          <w:tcPr>
            <w:tcW w:w="2045" w:type="dxa"/>
          </w:tcPr>
          <w:p w14:paraId="270FD244" w14:textId="77777777" w:rsidR="00015A85" w:rsidRDefault="00000000">
            <w:r>
              <w:rPr>
                <w:sz w:val="15"/>
              </w:rPr>
              <w:t>Scheda “Sudan”</w:t>
            </w:r>
          </w:p>
        </w:tc>
        <w:tc>
          <w:tcPr>
            <w:tcW w:w="2045" w:type="dxa"/>
          </w:tcPr>
          <w:p w14:paraId="250243D6" w14:textId="77777777" w:rsidR="00015A85" w:rsidRDefault="00000000">
            <w:r>
              <w:rPr>
                <w:sz w:val="15"/>
              </w:rPr>
              <w:t>14 maggio 2026</w:t>
            </w:r>
          </w:p>
        </w:tc>
        <w:tc>
          <w:tcPr>
            <w:tcW w:w="2045" w:type="dxa"/>
          </w:tcPr>
          <w:p w14:paraId="62F12701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58724F64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63360687" w14:textId="77777777">
        <w:trPr>
          <w:jc w:val="center"/>
        </w:trPr>
        <w:tc>
          <w:tcPr>
            <w:tcW w:w="2045" w:type="dxa"/>
          </w:tcPr>
          <w:p w14:paraId="6003A5E4" w14:textId="77777777" w:rsidR="00015A85" w:rsidRDefault="00000000">
            <w:r>
              <w:rPr>
                <w:sz w:val="15"/>
              </w:rPr>
              <w:t>Salone OFF</w:t>
            </w:r>
          </w:p>
        </w:tc>
        <w:tc>
          <w:tcPr>
            <w:tcW w:w="2045" w:type="dxa"/>
          </w:tcPr>
          <w:p w14:paraId="0700058E" w14:textId="77777777" w:rsidR="00015A85" w:rsidRDefault="00000000">
            <w:r>
              <w:rPr>
                <w:sz w:val="15"/>
              </w:rPr>
              <w:t>Scheda “Tutto ciò che sai...”</w:t>
            </w:r>
          </w:p>
        </w:tc>
        <w:tc>
          <w:tcPr>
            <w:tcW w:w="2045" w:type="dxa"/>
          </w:tcPr>
          <w:p w14:paraId="26E1D761" w14:textId="77777777" w:rsidR="00015A85" w:rsidRDefault="00000000">
            <w:r>
              <w:rPr>
                <w:sz w:val="15"/>
              </w:rPr>
              <w:t>14 maggio 2026</w:t>
            </w:r>
          </w:p>
        </w:tc>
        <w:tc>
          <w:tcPr>
            <w:tcW w:w="2045" w:type="dxa"/>
          </w:tcPr>
          <w:p w14:paraId="41105FF5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2C3E0AEE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42DE1447" w14:textId="77777777">
        <w:trPr>
          <w:jc w:val="center"/>
        </w:trPr>
        <w:tc>
          <w:tcPr>
            <w:tcW w:w="2045" w:type="dxa"/>
          </w:tcPr>
          <w:p w14:paraId="2AA5607B" w14:textId="77777777" w:rsidR="00015A85" w:rsidRDefault="00000000">
            <w:r>
              <w:rPr>
                <w:sz w:val="15"/>
              </w:rPr>
              <w:t>Salone OFF</w:t>
            </w:r>
          </w:p>
        </w:tc>
        <w:tc>
          <w:tcPr>
            <w:tcW w:w="2045" w:type="dxa"/>
          </w:tcPr>
          <w:p w14:paraId="257316B1" w14:textId="77777777" w:rsidR="00015A85" w:rsidRDefault="00000000">
            <w:r>
              <w:rPr>
                <w:sz w:val="15"/>
              </w:rPr>
              <w:t>Scheda “Guerre sconosciute”</w:t>
            </w:r>
          </w:p>
        </w:tc>
        <w:tc>
          <w:tcPr>
            <w:tcW w:w="2045" w:type="dxa"/>
          </w:tcPr>
          <w:p w14:paraId="4B3A4D21" w14:textId="77777777" w:rsidR="00015A85" w:rsidRDefault="00000000">
            <w:r>
              <w:rPr>
                <w:sz w:val="15"/>
              </w:rPr>
              <w:t>14 maggio 2026</w:t>
            </w:r>
          </w:p>
        </w:tc>
        <w:tc>
          <w:tcPr>
            <w:tcW w:w="2045" w:type="dxa"/>
          </w:tcPr>
          <w:p w14:paraId="16ADDA1C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269525F6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70295C55" w14:textId="77777777">
        <w:trPr>
          <w:jc w:val="center"/>
        </w:trPr>
        <w:tc>
          <w:tcPr>
            <w:tcW w:w="2045" w:type="dxa"/>
          </w:tcPr>
          <w:p w14:paraId="5CBCAD53" w14:textId="77777777" w:rsidR="00015A85" w:rsidRDefault="00000000">
            <w:r>
              <w:rPr>
                <w:sz w:val="15"/>
              </w:rPr>
              <w:t>Salone OFF</w:t>
            </w:r>
          </w:p>
        </w:tc>
        <w:tc>
          <w:tcPr>
            <w:tcW w:w="2045" w:type="dxa"/>
          </w:tcPr>
          <w:p w14:paraId="4D523892" w14:textId="77777777" w:rsidR="00015A85" w:rsidRDefault="00000000">
            <w:r>
              <w:rPr>
                <w:sz w:val="15"/>
              </w:rPr>
              <w:t>Scheda “Incontri con gli autori di AtbEdizioni”</w:t>
            </w:r>
          </w:p>
        </w:tc>
        <w:tc>
          <w:tcPr>
            <w:tcW w:w="2045" w:type="dxa"/>
          </w:tcPr>
          <w:p w14:paraId="665116B3" w14:textId="77777777" w:rsidR="00015A85" w:rsidRDefault="00000000">
            <w:r>
              <w:rPr>
                <w:sz w:val="15"/>
              </w:rPr>
              <w:t>15 maggio 2026</w:t>
            </w:r>
          </w:p>
        </w:tc>
        <w:tc>
          <w:tcPr>
            <w:tcW w:w="2045" w:type="dxa"/>
          </w:tcPr>
          <w:p w14:paraId="4FE0ACD0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795294F4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52E4C38F" w14:textId="77777777">
        <w:trPr>
          <w:jc w:val="center"/>
        </w:trPr>
        <w:tc>
          <w:tcPr>
            <w:tcW w:w="2045" w:type="dxa"/>
          </w:tcPr>
          <w:p w14:paraId="7DC82748" w14:textId="77777777" w:rsidR="00015A85" w:rsidRDefault="00000000">
            <w:r>
              <w:rPr>
                <w:sz w:val="15"/>
              </w:rPr>
              <w:t>Salone OFF</w:t>
            </w:r>
          </w:p>
        </w:tc>
        <w:tc>
          <w:tcPr>
            <w:tcW w:w="2045" w:type="dxa"/>
          </w:tcPr>
          <w:p w14:paraId="0297DF7C" w14:textId="77777777" w:rsidR="00015A85" w:rsidRDefault="00000000">
            <w:r>
              <w:rPr>
                <w:sz w:val="15"/>
              </w:rPr>
              <w:t>Scheda “Parola, Fede e Responsabilità”</w:t>
            </w:r>
          </w:p>
        </w:tc>
        <w:tc>
          <w:tcPr>
            <w:tcW w:w="2045" w:type="dxa"/>
          </w:tcPr>
          <w:p w14:paraId="176541EF" w14:textId="77777777" w:rsidR="00015A85" w:rsidRDefault="00000000">
            <w:r>
              <w:rPr>
                <w:sz w:val="15"/>
              </w:rPr>
              <w:t>16 maggio 2026</w:t>
            </w:r>
          </w:p>
        </w:tc>
        <w:tc>
          <w:tcPr>
            <w:tcW w:w="2045" w:type="dxa"/>
          </w:tcPr>
          <w:p w14:paraId="229F35E9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50E3EC15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0E93E7A6" w14:textId="77777777">
        <w:trPr>
          <w:jc w:val="center"/>
        </w:trPr>
        <w:tc>
          <w:tcPr>
            <w:tcW w:w="2045" w:type="dxa"/>
          </w:tcPr>
          <w:p w14:paraId="2D2F2E4D" w14:textId="77777777" w:rsidR="00015A85" w:rsidRDefault="00000000">
            <w:r>
              <w:rPr>
                <w:sz w:val="15"/>
              </w:rPr>
              <w:t>Salone OFF</w:t>
            </w:r>
          </w:p>
        </w:tc>
        <w:tc>
          <w:tcPr>
            <w:tcW w:w="2045" w:type="dxa"/>
          </w:tcPr>
          <w:p w14:paraId="0610024A" w14:textId="77777777" w:rsidR="00015A85" w:rsidRDefault="00000000">
            <w:r>
              <w:rPr>
                <w:sz w:val="15"/>
              </w:rPr>
              <w:t>Scheda “La camicia nera”</w:t>
            </w:r>
          </w:p>
        </w:tc>
        <w:tc>
          <w:tcPr>
            <w:tcW w:w="2045" w:type="dxa"/>
          </w:tcPr>
          <w:p w14:paraId="2F347AD8" w14:textId="77777777" w:rsidR="00015A85" w:rsidRDefault="00000000">
            <w:r>
              <w:rPr>
                <w:sz w:val="15"/>
              </w:rPr>
              <w:t>16 maggio 2026</w:t>
            </w:r>
          </w:p>
        </w:tc>
        <w:tc>
          <w:tcPr>
            <w:tcW w:w="2045" w:type="dxa"/>
          </w:tcPr>
          <w:p w14:paraId="0B597F86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037DDCFF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10460518" w14:textId="77777777">
        <w:trPr>
          <w:jc w:val="center"/>
        </w:trPr>
        <w:tc>
          <w:tcPr>
            <w:tcW w:w="2045" w:type="dxa"/>
          </w:tcPr>
          <w:p w14:paraId="5B2A89F2" w14:textId="77777777" w:rsidR="00015A85" w:rsidRDefault="00000000">
            <w:r>
              <w:rPr>
                <w:sz w:val="15"/>
              </w:rPr>
              <w:t>Salone OFF</w:t>
            </w:r>
          </w:p>
        </w:tc>
        <w:tc>
          <w:tcPr>
            <w:tcW w:w="2045" w:type="dxa"/>
          </w:tcPr>
          <w:p w14:paraId="09FADD10" w14:textId="77777777" w:rsidR="00015A85" w:rsidRDefault="00000000">
            <w:r>
              <w:rPr>
                <w:sz w:val="15"/>
              </w:rPr>
              <w:t>Scheda “L’eroe dall’antica Grecia ai giorni nostri”</w:t>
            </w:r>
          </w:p>
        </w:tc>
        <w:tc>
          <w:tcPr>
            <w:tcW w:w="2045" w:type="dxa"/>
          </w:tcPr>
          <w:p w14:paraId="77FF619C" w14:textId="77777777" w:rsidR="00015A85" w:rsidRDefault="00000000">
            <w:r>
              <w:rPr>
                <w:sz w:val="15"/>
              </w:rPr>
              <w:t>17 maggio 2026</w:t>
            </w:r>
          </w:p>
        </w:tc>
        <w:tc>
          <w:tcPr>
            <w:tcW w:w="2045" w:type="dxa"/>
          </w:tcPr>
          <w:p w14:paraId="1B50A3B9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7FA5A208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5B30BF74" w14:textId="77777777">
        <w:trPr>
          <w:jc w:val="center"/>
        </w:trPr>
        <w:tc>
          <w:tcPr>
            <w:tcW w:w="2045" w:type="dxa"/>
          </w:tcPr>
          <w:p w14:paraId="693E2AAE" w14:textId="77777777" w:rsidR="00015A85" w:rsidRDefault="00000000">
            <w:r>
              <w:rPr>
                <w:sz w:val="15"/>
              </w:rPr>
              <w:t>Salone OFF</w:t>
            </w:r>
          </w:p>
        </w:tc>
        <w:tc>
          <w:tcPr>
            <w:tcW w:w="2045" w:type="dxa"/>
          </w:tcPr>
          <w:p w14:paraId="10F8418F" w14:textId="77777777" w:rsidR="00015A85" w:rsidRDefault="00000000">
            <w:r>
              <w:rPr>
                <w:sz w:val="15"/>
              </w:rPr>
              <w:t>Scheda “La Sindone”</w:t>
            </w:r>
          </w:p>
        </w:tc>
        <w:tc>
          <w:tcPr>
            <w:tcW w:w="2045" w:type="dxa"/>
          </w:tcPr>
          <w:p w14:paraId="1EF7D774" w14:textId="77777777" w:rsidR="00015A85" w:rsidRDefault="00000000">
            <w:r>
              <w:rPr>
                <w:sz w:val="15"/>
              </w:rPr>
              <w:t>17 maggio 2026</w:t>
            </w:r>
          </w:p>
        </w:tc>
        <w:tc>
          <w:tcPr>
            <w:tcW w:w="2045" w:type="dxa"/>
          </w:tcPr>
          <w:p w14:paraId="25114214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2220B0F1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745ACEC2" w14:textId="77777777">
        <w:trPr>
          <w:jc w:val="center"/>
        </w:trPr>
        <w:tc>
          <w:tcPr>
            <w:tcW w:w="2045" w:type="dxa"/>
          </w:tcPr>
          <w:p w14:paraId="782D9DED" w14:textId="77777777" w:rsidR="00015A85" w:rsidRDefault="00000000">
            <w:r>
              <w:rPr>
                <w:sz w:val="15"/>
              </w:rPr>
              <w:t>Salone OFF</w:t>
            </w:r>
          </w:p>
        </w:tc>
        <w:tc>
          <w:tcPr>
            <w:tcW w:w="2045" w:type="dxa"/>
          </w:tcPr>
          <w:p w14:paraId="091096AB" w14:textId="77777777" w:rsidR="00015A85" w:rsidRDefault="00000000">
            <w:r>
              <w:rPr>
                <w:sz w:val="15"/>
              </w:rPr>
              <w:t>Scheda “Concerto di musica sacra”</w:t>
            </w:r>
          </w:p>
        </w:tc>
        <w:tc>
          <w:tcPr>
            <w:tcW w:w="2045" w:type="dxa"/>
          </w:tcPr>
          <w:p w14:paraId="5C70E47A" w14:textId="77777777" w:rsidR="00015A85" w:rsidRDefault="00000000">
            <w:r>
              <w:rPr>
                <w:sz w:val="15"/>
              </w:rPr>
              <w:t>18 maggio 2026</w:t>
            </w:r>
          </w:p>
        </w:tc>
        <w:tc>
          <w:tcPr>
            <w:tcW w:w="2045" w:type="dxa"/>
          </w:tcPr>
          <w:p w14:paraId="71FA0BA9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209E4F74" w14:textId="77777777" w:rsidR="00015A85" w:rsidRDefault="00000000">
            <w:r>
              <w:rPr>
                <w:sz w:val="15"/>
              </w:rPr>
              <w:t>molto alto</w:t>
            </w:r>
          </w:p>
        </w:tc>
      </w:tr>
      <w:tr w:rsidR="00015A85" w14:paraId="5A6C8C57" w14:textId="77777777">
        <w:trPr>
          <w:jc w:val="center"/>
        </w:trPr>
        <w:tc>
          <w:tcPr>
            <w:tcW w:w="2045" w:type="dxa"/>
          </w:tcPr>
          <w:p w14:paraId="5ABADC77" w14:textId="7D3D4B27" w:rsidR="00015A85" w:rsidRDefault="00000000">
            <w:r>
              <w:rPr>
                <w:sz w:val="15"/>
              </w:rPr>
              <w:t>Stampa</w:t>
            </w:r>
            <w:r w:rsidR="00010A8A">
              <w:rPr>
                <w:sz w:val="15"/>
              </w:rPr>
              <w:t xml:space="preserve"> - </w:t>
            </w:r>
            <w:proofErr w:type="spellStart"/>
            <w:r w:rsidR="00010A8A">
              <w:rPr>
                <w:sz w:val="15"/>
              </w:rPr>
              <w:t>generalista</w:t>
            </w:r>
            <w:proofErr w:type="spellEnd"/>
          </w:p>
        </w:tc>
        <w:tc>
          <w:tcPr>
            <w:tcW w:w="2045" w:type="dxa"/>
          </w:tcPr>
          <w:p w14:paraId="4DA8A1F6" w14:textId="77777777" w:rsidR="00015A85" w:rsidRDefault="00000000">
            <w:r>
              <w:rPr>
                <w:sz w:val="15"/>
              </w:rPr>
              <w:t>TorinoSette / La Stampa - Agenda</w:t>
            </w:r>
          </w:p>
        </w:tc>
        <w:tc>
          <w:tcPr>
            <w:tcW w:w="2045" w:type="dxa"/>
          </w:tcPr>
          <w:p w14:paraId="595A4750" w14:textId="77777777" w:rsidR="00015A85" w:rsidRDefault="00000000">
            <w:r>
              <w:rPr>
                <w:sz w:val="15"/>
              </w:rPr>
              <w:t>15 maggio 2026</w:t>
            </w:r>
          </w:p>
        </w:tc>
        <w:tc>
          <w:tcPr>
            <w:tcW w:w="2045" w:type="dxa"/>
          </w:tcPr>
          <w:p w14:paraId="776EA5F2" w14:textId="77777777" w:rsidR="00015A85" w:rsidRDefault="00000000">
            <w:r>
              <w:rPr>
                <w:sz w:val="15"/>
              </w:rPr>
              <w:t>verificata, contenuto parziale online</w:t>
            </w:r>
          </w:p>
        </w:tc>
        <w:tc>
          <w:tcPr>
            <w:tcW w:w="2045" w:type="dxa"/>
          </w:tcPr>
          <w:p w14:paraId="6AE1259B" w14:textId="77777777" w:rsidR="00015A85" w:rsidRDefault="00000000">
            <w:r>
              <w:rPr>
                <w:sz w:val="15"/>
              </w:rPr>
              <w:t>alto</w:t>
            </w:r>
          </w:p>
        </w:tc>
      </w:tr>
      <w:tr w:rsidR="00015A85" w14:paraId="11873AB2" w14:textId="77777777">
        <w:trPr>
          <w:jc w:val="center"/>
        </w:trPr>
        <w:tc>
          <w:tcPr>
            <w:tcW w:w="2045" w:type="dxa"/>
          </w:tcPr>
          <w:p w14:paraId="1150C824" w14:textId="03D0FCE9" w:rsidR="00015A85" w:rsidRDefault="00010A8A">
            <w:r>
              <w:rPr>
                <w:sz w:val="15"/>
              </w:rPr>
              <w:t>Stampa -</w:t>
            </w:r>
            <w:r w:rsidR="00000000">
              <w:rPr>
                <w:sz w:val="15"/>
              </w:rPr>
              <w:t xml:space="preserve">Arte </w:t>
            </w:r>
            <w:proofErr w:type="spellStart"/>
            <w:r w:rsidR="00000000">
              <w:rPr>
                <w:sz w:val="15"/>
              </w:rPr>
              <w:t>contemporanea</w:t>
            </w:r>
            <w:proofErr w:type="spellEnd"/>
          </w:p>
        </w:tc>
        <w:tc>
          <w:tcPr>
            <w:tcW w:w="2045" w:type="dxa"/>
          </w:tcPr>
          <w:p w14:paraId="631ABB15" w14:textId="77777777" w:rsidR="00015A85" w:rsidRDefault="00000000">
            <w:r>
              <w:rPr>
                <w:sz w:val="15"/>
              </w:rPr>
              <w:t>Exibart - Sudan. Artisti contemporanei</w:t>
            </w:r>
          </w:p>
        </w:tc>
        <w:tc>
          <w:tcPr>
            <w:tcW w:w="2045" w:type="dxa"/>
          </w:tcPr>
          <w:p w14:paraId="138802B4" w14:textId="77777777" w:rsidR="00015A85" w:rsidRDefault="00000000">
            <w:r>
              <w:rPr>
                <w:sz w:val="15"/>
              </w:rPr>
              <w:t>maggio 2026</w:t>
            </w:r>
          </w:p>
        </w:tc>
        <w:tc>
          <w:tcPr>
            <w:tcW w:w="2045" w:type="dxa"/>
          </w:tcPr>
          <w:p w14:paraId="63DC6059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18690F93" w14:textId="77777777" w:rsidR="00015A85" w:rsidRDefault="00000000">
            <w:r>
              <w:rPr>
                <w:sz w:val="15"/>
              </w:rPr>
              <w:t>alto</w:t>
            </w:r>
          </w:p>
        </w:tc>
      </w:tr>
      <w:tr w:rsidR="00015A85" w14:paraId="100EADA2" w14:textId="77777777">
        <w:trPr>
          <w:jc w:val="center"/>
        </w:trPr>
        <w:tc>
          <w:tcPr>
            <w:tcW w:w="2045" w:type="dxa"/>
          </w:tcPr>
          <w:p w14:paraId="0BE36C4D" w14:textId="3CAAA4FF" w:rsidR="00015A85" w:rsidRDefault="00010A8A">
            <w:r>
              <w:rPr>
                <w:sz w:val="15"/>
              </w:rPr>
              <w:t xml:space="preserve">Stampa - </w:t>
            </w:r>
            <w:r w:rsidR="00000000">
              <w:rPr>
                <w:sz w:val="15"/>
              </w:rPr>
              <w:t xml:space="preserve">Arte </w:t>
            </w:r>
            <w:proofErr w:type="spellStart"/>
            <w:r w:rsidR="00000000">
              <w:rPr>
                <w:sz w:val="15"/>
              </w:rPr>
              <w:t>contemporanea</w:t>
            </w:r>
            <w:proofErr w:type="spellEnd"/>
          </w:p>
        </w:tc>
        <w:tc>
          <w:tcPr>
            <w:tcW w:w="2045" w:type="dxa"/>
          </w:tcPr>
          <w:p w14:paraId="2EBE6AD7" w14:textId="77777777" w:rsidR="00015A85" w:rsidRDefault="00000000">
            <w:r>
              <w:rPr>
                <w:sz w:val="15"/>
              </w:rPr>
              <w:t>Juliet Art Magazine - Sudan. Artisti contemporanei</w:t>
            </w:r>
          </w:p>
        </w:tc>
        <w:tc>
          <w:tcPr>
            <w:tcW w:w="2045" w:type="dxa"/>
          </w:tcPr>
          <w:p w14:paraId="5A157BAB" w14:textId="77777777" w:rsidR="00015A85" w:rsidRDefault="00000000">
            <w:r>
              <w:rPr>
                <w:sz w:val="15"/>
              </w:rPr>
              <w:t>maggio 2026</w:t>
            </w:r>
          </w:p>
        </w:tc>
        <w:tc>
          <w:tcPr>
            <w:tcW w:w="2045" w:type="dxa"/>
          </w:tcPr>
          <w:p w14:paraId="0536267E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096F5B4F" w14:textId="77777777" w:rsidR="00015A85" w:rsidRDefault="00000000">
            <w:r>
              <w:rPr>
                <w:sz w:val="15"/>
              </w:rPr>
              <w:t>alto</w:t>
            </w:r>
          </w:p>
        </w:tc>
      </w:tr>
      <w:tr w:rsidR="00015A85" w14:paraId="397FC192" w14:textId="77777777">
        <w:trPr>
          <w:jc w:val="center"/>
        </w:trPr>
        <w:tc>
          <w:tcPr>
            <w:tcW w:w="2045" w:type="dxa"/>
          </w:tcPr>
          <w:p w14:paraId="1E27E1B7" w14:textId="40CF4529" w:rsidR="00015A85" w:rsidRDefault="00010A8A">
            <w:r>
              <w:rPr>
                <w:sz w:val="15"/>
              </w:rPr>
              <w:t xml:space="preserve">Stampa - </w:t>
            </w:r>
            <w:r w:rsidR="00000000">
              <w:rPr>
                <w:sz w:val="15"/>
              </w:rPr>
              <w:t>Cultura/</w:t>
            </w:r>
            <w:proofErr w:type="spellStart"/>
            <w:r w:rsidR="00000000">
              <w:rPr>
                <w:sz w:val="15"/>
              </w:rPr>
              <w:t>Bioetica</w:t>
            </w:r>
            <w:proofErr w:type="spellEnd"/>
          </w:p>
        </w:tc>
        <w:tc>
          <w:tcPr>
            <w:tcW w:w="2045" w:type="dxa"/>
          </w:tcPr>
          <w:p w14:paraId="7B0AF65B" w14:textId="77777777" w:rsidR="00015A85" w:rsidRDefault="00000000">
            <w:r>
              <w:rPr>
                <w:sz w:val="15"/>
              </w:rPr>
              <w:t>Bioetica News Torino - mostre maggio 2026</w:t>
            </w:r>
          </w:p>
        </w:tc>
        <w:tc>
          <w:tcPr>
            <w:tcW w:w="2045" w:type="dxa"/>
          </w:tcPr>
          <w:p w14:paraId="6E99E8D5" w14:textId="77777777" w:rsidR="00015A85" w:rsidRDefault="00000000">
            <w:r>
              <w:rPr>
                <w:sz w:val="15"/>
              </w:rPr>
              <w:t>11 maggio 2026</w:t>
            </w:r>
          </w:p>
        </w:tc>
        <w:tc>
          <w:tcPr>
            <w:tcW w:w="2045" w:type="dxa"/>
          </w:tcPr>
          <w:p w14:paraId="21862340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32030912" w14:textId="77777777" w:rsidR="00015A85" w:rsidRDefault="00000000">
            <w:r>
              <w:rPr>
                <w:sz w:val="15"/>
              </w:rPr>
              <w:t>medio/alto</w:t>
            </w:r>
          </w:p>
        </w:tc>
      </w:tr>
      <w:tr w:rsidR="00015A85" w14:paraId="4B508A9C" w14:textId="77777777">
        <w:trPr>
          <w:jc w:val="center"/>
        </w:trPr>
        <w:tc>
          <w:tcPr>
            <w:tcW w:w="2045" w:type="dxa"/>
          </w:tcPr>
          <w:p w14:paraId="7531C332" w14:textId="64BD6C82" w:rsidR="00015A85" w:rsidRDefault="00010A8A">
            <w:r>
              <w:rPr>
                <w:sz w:val="15"/>
              </w:rPr>
              <w:t xml:space="preserve">Stampa - </w:t>
            </w:r>
            <w:r w:rsidR="00000000">
              <w:rPr>
                <w:sz w:val="15"/>
              </w:rPr>
              <w:t>Portale locale</w:t>
            </w:r>
          </w:p>
        </w:tc>
        <w:tc>
          <w:tcPr>
            <w:tcW w:w="2045" w:type="dxa"/>
          </w:tcPr>
          <w:p w14:paraId="111A481B" w14:textId="77777777" w:rsidR="00015A85" w:rsidRDefault="00000000">
            <w:r>
              <w:rPr>
                <w:sz w:val="15"/>
              </w:rPr>
              <w:t>PiemontePress - Abitare il territorio</w:t>
            </w:r>
          </w:p>
        </w:tc>
        <w:tc>
          <w:tcPr>
            <w:tcW w:w="2045" w:type="dxa"/>
          </w:tcPr>
          <w:p w14:paraId="384CFFDD" w14:textId="77777777" w:rsidR="00015A85" w:rsidRDefault="00000000">
            <w:r>
              <w:rPr>
                <w:sz w:val="15"/>
              </w:rPr>
              <w:t>maggio 2026</w:t>
            </w:r>
          </w:p>
        </w:tc>
        <w:tc>
          <w:tcPr>
            <w:tcW w:w="2045" w:type="dxa"/>
          </w:tcPr>
          <w:p w14:paraId="7D0082C5" w14:textId="77777777" w:rsidR="00015A85" w:rsidRDefault="00000000">
            <w:r>
              <w:rPr>
                <w:sz w:val="15"/>
              </w:rPr>
              <w:t>verificata via pagina indicizzata</w:t>
            </w:r>
          </w:p>
        </w:tc>
        <w:tc>
          <w:tcPr>
            <w:tcW w:w="2045" w:type="dxa"/>
          </w:tcPr>
          <w:p w14:paraId="17A5B655" w14:textId="77777777" w:rsidR="00015A85" w:rsidRDefault="00000000">
            <w:r>
              <w:rPr>
                <w:sz w:val="15"/>
              </w:rPr>
              <w:t>medio</w:t>
            </w:r>
          </w:p>
        </w:tc>
      </w:tr>
      <w:tr w:rsidR="00015A85" w14:paraId="6CE0A79C" w14:textId="77777777">
        <w:trPr>
          <w:jc w:val="center"/>
        </w:trPr>
        <w:tc>
          <w:tcPr>
            <w:tcW w:w="2045" w:type="dxa"/>
          </w:tcPr>
          <w:p w14:paraId="6BE25132" w14:textId="77777777" w:rsidR="00015A85" w:rsidRDefault="00000000">
            <w:r>
              <w:rPr>
                <w:sz w:val="15"/>
              </w:rPr>
              <w:t>Territorio</w:t>
            </w:r>
          </w:p>
        </w:tc>
        <w:tc>
          <w:tcPr>
            <w:tcW w:w="2045" w:type="dxa"/>
          </w:tcPr>
          <w:p w14:paraId="6451D2CA" w14:textId="77777777" w:rsidR="00015A85" w:rsidRDefault="00000000">
            <w:r>
              <w:rPr>
                <w:sz w:val="15"/>
              </w:rPr>
              <w:t>Santo Volto - verbale Consiglio Pastorale</w:t>
            </w:r>
          </w:p>
        </w:tc>
        <w:tc>
          <w:tcPr>
            <w:tcW w:w="2045" w:type="dxa"/>
          </w:tcPr>
          <w:p w14:paraId="32107151" w14:textId="77777777" w:rsidR="00015A85" w:rsidRDefault="00000000">
            <w:r>
              <w:rPr>
                <w:sz w:val="15"/>
              </w:rPr>
              <w:t>4 febbraio/9 marzo 2026</w:t>
            </w:r>
          </w:p>
        </w:tc>
        <w:tc>
          <w:tcPr>
            <w:tcW w:w="2045" w:type="dxa"/>
          </w:tcPr>
          <w:p w14:paraId="3BD7F36A" w14:textId="77777777" w:rsidR="00015A85" w:rsidRDefault="00000000">
            <w:r>
              <w:rPr>
                <w:sz w:val="15"/>
              </w:rPr>
              <w:t>verificata</w:t>
            </w:r>
          </w:p>
        </w:tc>
        <w:tc>
          <w:tcPr>
            <w:tcW w:w="2045" w:type="dxa"/>
          </w:tcPr>
          <w:p w14:paraId="66A1EBD1" w14:textId="77777777" w:rsidR="00015A85" w:rsidRDefault="00000000">
            <w:r>
              <w:rPr>
                <w:sz w:val="15"/>
              </w:rPr>
              <w:t>medio/alto</w:t>
            </w:r>
          </w:p>
        </w:tc>
      </w:tr>
      <w:tr w:rsidR="00015A85" w14:paraId="0F3EF17F" w14:textId="77777777">
        <w:trPr>
          <w:jc w:val="center"/>
        </w:trPr>
        <w:tc>
          <w:tcPr>
            <w:tcW w:w="2045" w:type="dxa"/>
          </w:tcPr>
          <w:p w14:paraId="018B0117" w14:textId="77777777" w:rsidR="00015A85" w:rsidRDefault="00000000">
            <w:r>
              <w:rPr>
                <w:sz w:val="15"/>
              </w:rPr>
              <w:t>Social</w:t>
            </w:r>
          </w:p>
        </w:tc>
        <w:tc>
          <w:tcPr>
            <w:tcW w:w="2045" w:type="dxa"/>
          </w:tcPr>
          <w:p w14:paraId="4CB574BF" w14:textId="77777777" w:rsidR="00015A85" w:rsidRDefault="00000000">
            <w:r>
              <w:rPr>
                <w:sz w:val="15"/>
              </w:rPr>
              <w:t>ATB Instagram/Facebook - rilanci dei singoli eventi</w:t>
            </w:r>
          </w:p>
        </w:tc>
        <w:tc>
          <w:tcPr>
            <w:tcW w:w="2045" w:type="dxa"/>
          </w:tcPr>
          <w:p w14:paraId="684C8F5D" w14:textId="77777777" w:rsidR="00015A85" w:rsidRDefault="00000000">
            <w:r>
              <w:rPr>
                <w:sz w:val="15"/>
              </w:rPr>
              <w:t>aprile-maggio 2026</w:t>
            </w:r>
          </w:p>
        </w:tc>
        <w:tc>
          <w:tcPr>
            <w:tcW w:w="2045" w:type="dxa"/>
          </w:tcPr>
          <w:p w14:paraId="5C24CF21" w14:textId="77777777" w:rsidR="00015A85" w:rsidRDefault="00000000">
            <w:r>
              <w:rPr>
                <w:sz w:val="15"/>
              </w:rPr>
              <w:t>verificata in più post</w:t>
            </w:r>
          </w:p>
        </w:tc>
        <w:tc>
          <w:tcPr>
            <w:tcW w:w="2045" w:type="dxa"/>
          </w:tcPr>
          <w:p w14:paraId="0B2B17DB" w14:textId="77777777" w:rsidR="00015A85" w:rsidRDefault="00000000">
            <w:r>
              <w:rPr>
                <w:sz w:val="15"/>
              </w:rPr>
              <w:t>medio</w:t>
            </w:r>
          </w:p>
        </w:tc>
      </w:tr>
      <w:tr w:rsidR="00015A85" w14:paraId="4A6D2769" w14:textId="77777777">
        <w:trPr>
          <w:jc w:val="center"/>
        </w:trPr>
        <w:tc>
          <w:tcPr>
            <w:tcW w:w="2045" w:type="dxa"/>
          </w:tcPr>
          <w:p w14:paraId="7CC34CCE" w14:textId="77777777" w:rsidR="00015A85" w:rsidRDefault="00000000">
            <w:r>
              <w:rPr>
                <w:sz w:val="15"/>
              </w:rPr>
              <w:t>Social/territorio</w:t>
            </w:r>
          </w:p>
        </w:tc>
        <w:tc>
          <w:tcPr>
            <w:tcW w:w="2045" w:type="dxa"/>
          </w:tcPr>
          <w:p w14:paraId="6B667976" w14:textId="77777777" w:rsidR="00015A85" w:rsidRDefault="00000000">
            <w:r>
              <w:rPr>
                <w:sz w:val="15"/>
              </w:rPr>
              <w:t>Pro Chiesa Centro Storico - rilancio concerto</w:t>
            </w:r>
          </w:p>
        </w:tc>
        <w:tc>
          <w:tcPr>
            <w:tcW w:w="2045" w:type="dxa"/>
          </w:tcPr>
          <w:p w14:paraId="554EA32B" w14:textId="77777777" w:rsidR="00015A85" w:rsidRDefault="00000000">
            <w:r>
              <w:rPr>
                <w:sz w:val="15"/>
              </w:rPr>
              <w:t>maggio 2026</w:t>
            </w:r>
          </w:p>
        </w:tc>
        <w:tc>
          <w:tcPr>
            <w:tcW w:w="2045" w:type="dxa"/>
          </w:tcPr>
          <w:p w14:paraId="44D699D6" w14:textId="77777777" w:rsidR="00015A85" w:rsidRDefault="00000000">
            <w:r>
              <w:rPr>
                <w:sz w:val="15"/>
              </w:rPr>
              <w:t>verificata via post Instagram</w:t>
            </w:r>
          </w:p>
        </w:tc>
        <w:tc>
          <w:tcPr>
            <w:tcW w:w="2045" w:type="dxa"/>
          </w:tcPr>
          <w:p w14:paraId="77D89230" w14:textId="77777777" w:rsidR="00015A85" w:rsidRDefault="00000000">
            <w:r>
              <w:rPr>
                <w:sz w:val="15"/>
              </w:rPr>
              <w:t>medio</w:t>
            </w:r>
          </w:p>
        </w:tc>
      </w:tr>
      <w:tr w:rsidR="00015A85" w14:paraId="55B07435" w14:textId="77777777">
        <w:trPr>
          <w:jc w:val="center"/>
        </w:trPr>
        <w:tc>
          <w:tcPr>
            <w:tcW w:w="2045" w:type="dxa"/>
          </w:tcPr>
          <w:p w14:paraId="588DB73E" w14:textId="77777777" w:rsidR="00015A85" w:rsidRDefault="00000000">
            <w:r>
              <w:rPr>
                <w:sz w:val="15"/>
              </w:rPr>
              <w:t>Da verificare</w:t>
            </w:r>
          </w:p>
        </w:tc>
        <w:tc>
          <w:tcPr>
            <w:tcW w:w="2045" w:type="dxa"/>
          </w:tcPr>
          <w:p w14:paraId="4FBBA608" w14:textId="77777777" w:rsidR="00015A85" w:rsidRDefault="00000000">
            <w:r>
              <w:rPr>
                <w:sz w:val="15"/>
              </w:rPr>
              <w:t>Circoscrizione 5 Facebook / gruppi territoriali</w:t>
            </w:r>
          </w:p>
        </w:tc>
        <w:tc>
          <w:tcPr>
            <w:tcW w:w="2045" w:type="dxa"/>
          </w:tcPr>
          <w:p w14:paraId="6CDD58F2" w14:textId="77777777" w:rsidR="00015A85" w:rsidRDefault="00000000">
            <w:r>
              <w:rPr>
                <w:sz w:val="15"/>
              </w:rPr>
              <w:t>maggio 2026</w:t>
            </w:r>
          </w:p>
        </w:tc>
        <w:tc>
          <w:tcPr>
            <w:tcW w:w="2045" w:type="dxa"/>
          </w:tcPr>
          <w:p w14:paraId="02AA262B" w14:textId="33E1F06E" w:rsidR="00015A85" w:rsidRDefault="001B5A8D">
            <w:proofErr w:type="spellStart"/>
            <w:r w:rsidRPr="001B5A8D">
              <w:rPr>
                <w:sz w:val="15"/>
              </w:rPr>
              <w:t>eventi</w:t>
            </w:r>
            <w:proofErr w:type="spellEnd"/>
            <w:r w:rsidRPr="001B5A8D">
              <w:rPr>
                <w:sz w:val="15"/>
              </w:rPr>
              <w:t xml:space="preserve"> </w:t>
            </w:r>
            <w:proofErr w:type="spellStart"/>
            <w:r w:rsidRPr="001B5A8D">
              <w:rPr>
                <w:sz w:val="15"/>
              </w:rPr>
              <w:t>collegati</w:t>
            </w:r>
            <w:proofErr w:type="spellEnd"/>
            <w:r w:rsidRPr="001B5A8D">
              <w:rPr>
                <w:sz w:val="15"/>
              </w:rPr>
              <w:t xml:space="preserve"> al </w:t>
            </w:r>
            <w:proofErr w:type="spellStart"/>
            <w:r w:rsidRPr="001B5A8D">
              <w:rPr>
                <w:sz w:val="15"/>
              </w:rPr>
              <w:t>progetto</w:t>
            </w:r>
            <w:proofErr w:type="spellEnd"/>
            <w:r w:rsidRPr="001B5A8D">
              <w:rPr>
                <w:sz w:val="15"/>
              </w:rPr>
              <w:t xml:space="preserve"> </w:t>
            </w:r>
            <w:proofErr w:type="spellStart"/>
            <w:r w:rsidRPr="001B5A8D">
              <w:rPr>
                <w:sz w:val="15"/>
              </w:rPr>
              <w:t>diffusi</w:t>
            </w:r>
            <w:proofErr w:type="spellEnd"/>
            <w:r w:rsidRPr="001B5A8D">
              <w:rPr>
                <w:sz w:val="15"/>
              </w:rPr>
              <w:t xml:space="preserve"> </w:t>
            </w:r>
            <w:proofErr w:type="spellStart"/>
            <w:r w:rsidRPr="001B5A8D">
              <w:rPr>
                <w:sz w:val="15"/>
              </w:rPr>
              <w:t>nel</w:t>
            </w:r>
            <w:proofErr w:type="spellEnd"/>
            <w:r w:rsidRPr="001B5A8D">
              <w:rPr>
                <w:sz w:val="15"/>
              </w:rPr>
              <w:t xml:space="preserve"> </w:t>
            </w:r>
            <w:proofErr w:type="spellStart"/>
            <w:r w:rsidRPr="001B5A8D">
              <w:rPr>
                <w:sz w:val="15"/>
              </w:rPr>
              <w:t>contesto</w:t>
            </w:r>
            <w:proofErr w:type="spellEnd"/>
            <w:r w:rsidRPr="001B5A8D">
              <w:rPr>
                <w:sz w:val="15"/>
              </w:rPr>
              <w:t xml:space="preserve"> della rete </w:t>
            </w:r>
            <w:proofErr w:type="spellStart"/>
            <w:r w:rsidRPr="001B5A8D">
              <w:rPr>
                <w:sz w:val="15"/>
              </w:rPr>
              <w:t>territoriale</w:t>
            </w:r>
            <w:proofErr w:type="spellEnd"/>
            <w:r w:rsidRPr="001B5A8D">
              <w:rPr>
                <w:sz w:val="15"/>
              </w:rPr>
              <w:t xml:space="preserve"> Salone OFF</w:t>
            </w:r>
          </w:p>
        </w:tc>
        <w:tc>
          <w:tcPr>
            <w:tcW w:w="2045" w:type="dxa"/>
          </w:tcPr>
          <w:p w14:paraId="5486E29D" w14:textId="0D1CE8CC" w:rsidR="00015A85" w:rsidRDefault="00000000">
            <w:r>
              <w:rPr>
                <w:sz w:val="15"/>
              </w:rPr>
              <w:t>alto</w:t>
            </w:r>
          </w:p>
        </w:tc>
      </w:tr>
      <w:tr w:rsidR="00015A85" w14:paraId="4FFCC6DA" w14:textId="77777777">
        <w:trPr>
          <w:jc w:val="center"/>
        </w:trPr>
        <w:tc>
          <w:tcPr>
            <w:tcW w:w="2045" w:type="dxa"/>
          </w:tcPr>
          <w:p w14:paraId="6D66F78F" w14:textId="77777777" w:rsidR="00015A85" w:rsidRDefault="00000000">
            <w:r>
              <w:rPr>
                <w:sz w:val="15"/>
              </w:rPr>
              <w:t>Non emersa</w:t>
            </w:r>
          </w:p>
        </w:tc>
        <w:tc>
          <w:tcPr>
            <w:tcW w:w="2045" w:type="dxa"/>
          </w:tcPr>
          <w:p w14:paraId="22340EC7" w14:textId="77777777" w:rsidR="00015A85" w:rsidRDefault="00000000">
            <w:r>
              <w:rPr>
                <w:sz w:val="15"/>
              </w:rPr>
              <w:t>Contemporary Art Torino Piemonte - Abitare/Sudan</w:t>
            </w:r>
          </w:p>
        </w:tc>
        <w:tc>
          <w:tcPr>
            <w:tcW w:w="2045" w:type="dxa"/>
          </w:tcPr>
          <w:p w14:paraId="4227BC70" w14:textId="77777777" w:rsidR="00015A85" w:rsidRDefault="00000000">
            <w:r>
              <w:rPr>
                <w:sz w:val="15"/>
              </w:rPr>
              <w:t>maggio 2026</w:t>
            </w:r>
          </w:p>
        </w:tc>
        <w:tc>
          <w:tcPr>
            <w:tcW w:w="2045" w:type="dxa"/>
          </w:tcPr>
          <w:p w14:paraId="0974EDDB" w14:textId="014AEC22" w:rsidR="00015A85" w:rsidRDefault="001B5A8D">
            <w:r w:rsidRPr="001B5A8D">
              <w:rPr>
                <w:sz w:val="15"/>
              </w:rPr>
              <w:t xml:space="preserve">non </w:t>
            </w:r>
            <w:proofErr w:type="spellStart"/>
            <w:r w:rsidRPr="001B5A8D">
              <w:rPr>
                <w:sz w:val="15"/>
              </w:rPr>
              <w:t>confermata</w:t>
            </w:r>
            <w:proofErr w:type="spellEnd"/>
            <w:r w:rsidRPr="001B5A8D">
              <w:rPr>
                <w:sz w:val="15"/>
              </w:rPr>
              <w:t xml:space="preserve">; </w:t>
            </w:r>
            <w:proofErr w:type="spellStart"/>
            <w:r w:rsidRPr="001B5A8D">
              <w:rPr>
                <w:sz w:val="15"/>
              </w:rPr>
              <w:t>presente</w:t>
            </w:r>
            <w:proofErr w:type="spellEnd"/>
            <w:r w:rsidRPr="001B5A8D">
              <w:rPr>
                <w:sz w:val="15"/>
              </w:rPr>
              <w:t xml:space="preserve"> il </w:t>
            </w:r>
            <w:proofErr w:type="spellStart"/>
            <w:r w:rsidRPr="001B5A8D">
              <w:rPr>
                <w:sz w:val="15"/>
              </w:rPr>
              <w:t>circuito</w:t>
            </w:r>
            <w:proofErr w:type="spellEnd"/>
            <w:r w:rsidRPr="001B5A8D">
              <w:rPr>
                <w:sz w:val="15"/>
              </w:rPr>
              <w:t xml:space="preserve"> Salone OFF </w:t>
            </w:r>
            <w:proofErr w:type="spellStart"/>
            <w:r w:rsidRPr="001B5A8D">
              <w:rPr>
                <w:sz w:val="15"/>
              </w:rPr>
              <w:t>territoriale</w:t>
            </w:r>
            <w:proofErr w:type="spellEnd"/>
          </w:p>
        </w:tc>
        <w:tc>
          <w:tcPr>
            <w:tcW w:w="2045" w:type="dxa"/>
          </w:tcPr>
          <w:p w14:paraId="65D5A3E0" w14:textId="4CD38005" w:rsidR="00015A85" w:rsidRDefault="001B5A8D">
            <w:r>
              <w:rPr>
                <w:sz w:val="15"/>
              </w:rPr>
              <w:t>media</w:t>
            </w:r>
          </w:p>
        </w:tc>
      </w:tr>
      <w:tr w:rsidR="00015A85" w14:paraId="74819B25" w14:textId="77777777">
        <w:trPr>
          <w:jc w:val="center"/>
        </w:trPr>
        <w:tc>
          <w:tcPr>
            <w:tcW w:w="2045" w:type="dxa"/>
          </w:tcPr>
          <w:p w14:paraId="2F658A6A" w14:textId="77777777" w:rsidR="00015A85" w:rsidRDefault="00000000">
            <w:r>
              <w:rPr>
                <w:sz w:val="15"/>
              </w:rPr>
              <w:t>Non emersa</w:t>
            </w:r>
          </w:p>
        </w:tc>
        <w:tc>
          <w:tcPr>
            <w:tcW w:w="2045" w:type="dxa"/>
          </w:tcPr>
          <w:p w14:paraId="657BC997" w14:textId="77777777" w:rsidR="00015A85" w:rsidRDefault="00000000">
            <w:r>
              <w:rPr>
                <w:sz w:val="15"/>
              </w:rPr>
              <w:t>Turismo Torino - Abitare il territorio</w:t>
            </w:r>
          </w:p>
        </w:tc>
        <w:tc>
          <w:tcPr>
            <w:tcW w:w="2045" w:type="dxa"/>
          </w:tcPr>
          <w:p w14:paraId="58F191D3" w14:textId="77777777" w:rsidR="00015A85" w:rsidRDefault="00000000">
            <w:r>
              <w:rPr>
                <w:sz w:val="15"/>
              </w:rPr>
              <w:t>maggio 2026</w:t>
            </w:r>
          </w:p>
        </w:tc>
        <w:tc>
          <w:tcPr>
            <w:tcW w:w="2045" w:type="dxa"/>
          </w:tcPr>
          <w:p w14:paraId="4674420A" w14:textId="77777777" w:rsidR="00015A85" w:rsidRDefault="00000000">
            <w:r>
              <w:rPr>
                <w:sz w:val="15"/>
              </w:rPr>
              <w:t>non confermata; presente invece Exostrati</w:t>
            </w:r>
          </w:p>
        </w:tc>
        <w:tc>
          <w:tcPr>
            <w:tcW w:w="2045" w:type="dxa"/>
          </w:tcPr>
          <w:p w14:paraId="7516532B" w14:textId="77777777" w:rsidR="00015A85" w:rsidRDefault="00000000">
            <w:r>
              <w:rPr>
                <w:sz w:val="15"/>
              </w:rPr>
              <w:t>da monitorare</w:t>
            </w:r>
          </w:p>
        </w:tc>
      </w:tr>
    </w:tbl>
    <w:p w14:paraId="7C62E3F7" w14:textId="0E3EA925" w:rsidR="00015A85" w:rsidRPr="001B5A8D" w:rsidRDefault="00000000" w:rsidP="001B5A8D">
      <w:pPr>
        <w:rPr>
          <w:rFonts w:asciiTheme="majorHAnsi" w:hAnsiTheme="majorHAnsi" w:cstheme="majorHAnsi"/>
          <w:b/>
          <w:bCs/>
          <w:sz w:val="36"/>
          <w:szCs w:val="36"/>
        </w:rPr>
      </w:pPr>
      <w:r>
        <w:br w:type="page"/>
      </w:r>
      <w:r w:rsidRPr="001B5A8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lastRenderedPageBreak/>
        <w:t>4. Fonti ufficiali e istituzionali</w:t>
      </w:r>
    </w:p>
    <w:p w14:paraId="78D079A8" w14:textId="02AE9E43" w:rsidR="00015A85" w:rsidRDefault="00000000">
      <w:pPr>
        <w:pStyle w:val="Titolo2"/>
      </w:pPr>
      <w:r>
        <w:t xml:space="preserve">ATB </w:t>
      </w:r>
      <w:proofErr w:type="spellStart"/>
      <w:r>
        <w:t>Associazione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-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ufficiale</w:t>
      </w:r>
      <w:proofErr w:type="spellEnd"/>
      <w:r>
        <w:t xml:space="preserve"> del </w:t>
      </w:r>
      <w:proofErr w:type="spellStart"/>
      <w:r>
        <w:t>programma</w:t>
      </w:r>
      <w:proofErr w:type="spellEnd"/>
    </w:p>
    <w:p w14:paraId="58C252F0" w14:textId="002F7EE9" w:rsidR="00F0216C" w:rsidRDefault="00F0216C" w:rsidP="00F0216C">
      <w:r>
        <w:rPr>
          <w:noProof/>
        </w:rPr>
        <mc:AlternateContent>
          <mc:Choice Requires="wpg">
            <w:drawing>
              <wp:anchor distT="45720" distB="45720" distL="182880" distR="182880" simplePos="0" relativeHeight="251337216" behindDoc="0" locked="0" layoutInCell="1" allowOverlap="1" wp14:anchorId="699BBA27" wp14:editId="5862F87C">
                <wp:simplePos x="0" y="0"/>
                <wp:positionH relativeFrom="margin">
                  <wp:posOffset>0</wp:posOffset>
                </wp:positionH>
                <wp:positionV relativeFrom="margin">
                  <wp:posOffset>822960</wp:posOffset>
                </wp:positionV>
                <wp:extent cx="2255520" cy="922020"/>
                <wp:effectExtent l="0" t="0" r="0" b="11430"/>
                <wp:wrapSquare wrapText="bothSides"/>
                <wp:docPr id="198" name="Grup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20" cy="922020"/>
                          <a:chOff x="0" y="0"/>
                          <a:chExt cx="3603975" cy="1424801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3B5D4" w14:textId="77777777" w:rsidR="00F0216C" w:rsidRDefault="00F0216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0" y="252693"/>
                            <a:ext cx="3603975" cy="1172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3646D" w14:textId="20D77913" w:rsidR="00F0216C" w:rsidRDefault="00F0216C" w:rsidP="00F0216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Fonte</w:t>
                              </w:r>
                              <w:r w:rsidRPr="00F0216C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r w:rsidRPr="00F0216C">
                                <w:rPr>
                                  <w:sz w:val="18"/>
                                  <w:szCs w:val="18"/>
                                </w:rPr>
                                <w:t xml:space="preserve">ATB </w:t>
                              </w:r>
                              <w:proofErr w:type="spellStart"/>
                              <w:r w:rsidRPr="00F0216C">
                                <w:rPr>
                                  <w:sz w:val="18"/>
                                  <w:szCs w:val="18"/>
                                </w:rPr>
                                <w:t>Associazione</w:t>
                              </w:r>
                              <w:proofErr w:type="spellEnd"/>
                              <w:r w:rsidRPr="00F0216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0216C">
                                <w:rPr>
                                  <w:sz w:val="18"/>
                                  <w:szCs w:val="18"/>
                                </w:rPr>
                                <w:t>Culturale</w:t>
                              </w:r>
                              <w:proofErr w:type="spellEnd"/>
                            </w:p>
                            <w:p w14:paraId="6327605A" w14:textId="69814F98" w:rsidR="00F0216C" w:rsidRDefault="00F0216C" w:rsidP="00F0216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Data: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12 – 26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maggio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2026</w:t>
                              </w:r>
                            </w:p>
                            <w:p w14:paraId="17F3DBF3" w14:textId="0487D19E" w:rsidR="00F0216C" w:rsidRDefault="00F0216C" w:rsidP="00F0216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Categoria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Fonte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ufficiale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progetto</w:t>
                              </w:r>
                              <w:proofErr w:type="spellEnd"/>
                            </w:p>
                            <w:p w14:paraId="3DC8E939" w14:textId="76693F11" w:rsidR="00F0216C" w:rsidRPr="00F0216C" w:rsidRDefault="00F0216C" w:rsidP="00F0216C">
                              <w:pPr>
                                <w:spacing w:after="0"/>
                                <w:rPr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Rilevanza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Fonte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primaria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progetto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BBA27" id="Gruppo 203" o:spid="_x0000_s1026" style="position:absolute;margin-left:0;margin-top:64.8pt;width:177.6pt;height:72.6pt;z-index:251337216;mso-wrap-distance-left:14.4pt;mso-wrap-distance-top:3.6pt;mso-wrap-distance-right:14.4pt;mso-wrap-distance-bottom:3.6pt;mso-position-horizontal-relative:margin;mso-position-vertical-relative:margin;mso-width-relative:margin;mso-height-relative:margin" coordsize="36039,1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">
                <v:rect id="Rettangolo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4f81bd [3204]" stroked="f" strokeweight="2pt">
                  <v:textbox>
                    <w:txbxContent>
                      <w:p w14:paraId="3A93B5D4" w14:textId="77777777" w:rsidR="00F0216C" w:rsidRDefault="00F0216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top:2526;width:36039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4FB3646D" w14:textId="20D77913" w:rsidR="00F0216C" w:rsidRDefault="00F0216C" w:rsidP="00F0216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Fonte</w:t>
                        </w:r>
                        <w:r w:rsidRPr="00F0216C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r w:rsidRPr="00F0216C">
                          <w:rPr>
                            <w:sz w:val="18"/>
                            <w:szCs w:val="18"/>
                          </w:rPr>
                          <w:t xml:space="preserve">ATB </w:t>
                        </w:r>
                        <w:proofErr w:type="spellStart"/>
                        <w:r w:rsidRPr="00F0216C">
                          <w:rPr>
                            <w:sz w:val="18"/>
                            <w:szCs w:val="18"/>
                          </w:rPr>
                          <w:t>Associazione</w:t>
                        </w:r>
                        <w:proofErr w:type="spellEnd"/>
                        <w:r w:rsidRPr="00F0216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F0216C">
                          <w:rPr>
                            <w:sz w:val="18"/>
                            <w:szCs w:val="18"/>
                          </w:rPr>
                          <w:t>Culturale</w:t>
                        </w:r>
                        <w:proofErr w:type="spellEnd"/>
                      </w:p>
                      <w:p w14:paraId="6327605A" w14:textId="69814F98" w:rsidR="00F0216C" w:rsidRDefault="00F0216C" w:rsidP="00F0216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Data: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12 – 26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maggio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2026</w:t>
                        </w:r>
                      </w:p>
                      <w:p w14:paraId="17F3DBF3" w14:textId="0487D19E" w:rsidR="00F0216C" w:rsidRDefault="00F0216C" w:rsidP="00F0216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Categoria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Fonte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ufficiale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progetto</w:t>
                        </w:r>
                        <w:proofErr w:type="spellEnd"/>
                      </w:p>
                      <w:p w14:paraId="3DC8E939" w14:textId="76693F11" w:rsidR="00F0216C" w:rsidRPr="00F0216C" w:rsidRDefault="00F0216C" w:rsidP="00F0216C">
                        <w:pPr>
                          <w:spacing w:after="0"/>
                          <w:rPr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Rilevanza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Fonte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primaria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progetto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5BC2C1E" w14:textId="34F4FCF6" w:rsidR="00015A85" w:rsidRDefault="00000000" w:rsidP="00F0216C">
      <w:pPr>
        <w:jc w:val="both"/>
      </w:pPr>
      <w:r>
        <w:t xml:space="preserve">La </w:t>
      </w:r>
      <w:proofErr w:type="spellStart"/>
      <w:r>
        <w:t>pagina</w:t>
      </w:r>
      <w:proofErr w:type="spellEnd"/>
      <w:r>
        <w:t xml:space="preserve"> ATB </w:t>
      </w:r>
      <w:proofErr w:type="spellStart"/>
      <w:r>
        <w:t>raccoglie</w:t>
      </w:r>
      <w:proofErr w:type="spellEnd"/>
      <w:r>
        <w:t xml:space="preserve"> </w:t>
      </w:r>
      <w:proofErr w:type="spellStart"/>
      <w:r>
        <w:t>l’intero</w:t>
      </w:r>
      <w:proofErr w:type="spellEnd"/>
      <w:r>
        <w:t xml:space="preserve"> programma di Abitare il territorio: mostra Sudan, incontri con Urciuoli/Berogno, Isabelle Russo, autori AtbEdizioni, don Gianluca Carrega, Michela Orio, Chiara Commisso, Bruno Barberis e concerto del quartetto vocale AQUATTRO. È la fonte primaria per calendario, luoghi, titoli e articolazione del format.</w:t>
      </w:r>
    </w:p>
    <w:p w14:paraId="6EF52EE5" w14:textId="04D5FA75" w:rsidR="00015A85" w:rsidRDefault="00B42279">
      <w:pPr>
        <w:pStyle w:val="Fonte"/>
      </w:pPr>
      <w:r w:rsidRPr="001B5A8D">
        <w:drawing>
          <wp:anchor distT="0" distB="0" distL="114300" distR="114300" simplePos="0" relativeHeight="251849216" behindDoc="1" locked="0" layoutInCell="1" allowOverlap="1" wp14:anchorId="55F624EB" wp14:editId="35AC2DD8">
            <wp:simplePos x="0" y="0"/>
            <wp:positionH relativeFrom="column">
              <wp:posOffset>3175</wp:posOffset>
            </wp:positionH>
            <wp:positionV relativeFrom="paragraph">
              <wp:posOffset>18075</wp:posOffset>
            </wp:positionV>
            <wp:extent cx="2498090" cy="1638935"/>
            <wp:effectExtent l="0" t="0" r="0" b="0"/>
            <wp:wrapSquare wrapText="bothSides"/>
            <wp:docPr id="2868502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02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b/>
        </w:rPr>
        <w:t xml:space="preserve">URL: </w:t>
      </w:r>
      <w:hyperlink r:id="rId10" w:history="1">
        <w:r w:rsidR="0088387D" w:rsidRPr="007D68F8">
          <w:rPr>
            <w:rStyle w:val="Collegamentoipertestuale"/>
          </w:rPr>
          <w:t>https://www.atbassociazioneculturale.org/programma/abitare-il-territorio-eventi-inseriti-nel-programma-del-salone-del-libro-off-2026</w:t>
        </w:r>
      </w:hyperlink>
      <w:r w:rsidR="0088387D">
        <w:rPr>
          <w:color w:val="464646"/>
        </w:rPr>
        <w:t xml:space="preserve"> </w:t>
      </w:r>
    </w:p>
    <w:p w14:paraId="5D6B34C4" w14:textId="77F20E3D" w:rsidR="00015A85" w:rsidRDefault="00015A85"/>
    <w:p w14:paraId="0555D63E" w14:textId="5CBA1F77" w:rsidR="00FD0F7D" w:rsidRDefault="00FD0F7D" w:rsidP="00FD0F7D">
      <w:pPr>
        <w:pStyle w:val="Titolo2"/>
      </w:pPr>
    </w:p>
    <w:p w14:paraId="6CEDB704" w14:textId="30CBD583" w:rsidR="00FD0F7D" w:rsidRDefault="00FD0F7D" w:rsidP="00FD0F7D">
      <w:pPr>
        <w:pStyle w:val="Titolo2"/>
      </w:pPr>
    </w:p>
    <w:p w14:paraId="47D2DB47" w14:textId="60EEB7CC" w:rsidR="00A747FF" w:rsidRDefault="00A747FF" w:rsidP="00A747FF"/>
    <w:p w14:paraId="649AF2F8" w14:textId="092B5ADA" w:rsidR="00A747FF" w:rsidRDefault="00A747FF" w:rsidP="00A747FF"/>
    <w:p w14:paraId="10224084" w14:textId="224E6337" w:rsidR="00FD0F7D" w:rsidRDefault="00000000" w:rsidP="00FD0F7D">
      <w:pPr>
        <w:pStyle w:val="Titolo2"/>
      </w:pPr>
      <w:r>
        <w:t xml:space="preserve">Pastorale della Cultura - </w:t>
      </w:r>
      <w:proofErr w:type="spellStart"/>
      <w:r>
        <w:t>Arcidiocesi</w:t>
      </w:r>
      <w:proofErr w:type="spellEnd"/>
      <w:r>
        <w:t xml:space="preserve"> di Torin</w:t>
      </w:r>
      <w:r w:rsidR="00FD0F7D">
        <w:t>o</w:t>
      </w:r>
    </w:p>
    <w:p w14:paraId="41DFC9D7" w14:textId="1BC63703" w:rsidR="00FD0F7D" w:rsidRPr="00FD0F7D" w:rsidRDefault="00B42279" w:rsidP="00FD0F7D">
      <w:r>
        <w:rPr>
          <w:noProof/>
        </w:rPr>
        <mc:AlternateContent>
          <mc:Choice Requires="wpg">
            <w:drawing>
              <wp:anchor distT="45720" distB="45720" distL="182880" distR="182880" simplePos="0" relativeHeight="251443712" behindDoc="0" locked="0" layoutInCell="1" allowOverlap="1" wp14:anchorId="0C3E5129" wp14:editId="27B1EA5F">
                <wp:simplePos x="0" y="0"/>
                <wp:positionH relativeFrom="margin">
                  <wp:posOffset>2916</wp:posOffset>
                </wp:positionH>
                <wp:positionV relativeFrom="margin">
                  <wp:posOffset>4280374</wp:posOffset>
                </wp:positionV>
                <wp:extent cx="2781300" cy="1424940"/>
                <wp:effectExtent l="0" t="0" r="0" b="3810"/>
                <wp:wrapSquare wrapText="bothSides"/>
                <wp:docPr id="1662265719" name="Grup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1424940"/>
                          <a:chOff x="0" y="15077"/>
                          <a:chExt cx="3640502" cy="1409724"/>
                        </a:xfrm>
                      </wpg:grpSpPr>
                      <wps:wsp>
                        <wps:cNvPr id="577288430" name="Rettangolo 577288430"/>
                        <wps:cNvSpPr/>
                        <wps:spPr>
                          <a:xfrm>
                            <a:off x="73054" y="15077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1BAFC" w14:textId="77777777" w:rsidR="00FD0F7D" w:rsidRDefault="00FD0F7D" w:rsidP="00FD0F7D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381157" name="Casella di testo 1836381157"/>
                        <wps:cNvSpPr txBox="1"/>
                        <wps:spPr>
                          <a:xfrm>
                            <a:off x="0" y="252693"/>
                            <a:ext cx="3603975" cy="1172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8C70E6" w14:textId="06CA273E" w:rsidR="00FD0F7D" w:rsidRDefault="00FD0F7D" w:rsidP="00FD0F7D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Fonte</w:t>
                              </w:r>
                              <w:r w:rsidRPr="00F0216C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Diocesi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di Torino /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Coordinamento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Pastorale Cultura</w:t>
                              </w:r>
                            </w:p>
                            <w:p w14:paraId="01D3F39C" w14:textId="4392E12C" w:rsidR="00FD0F7D" w:rsidRDefault="00FD0F7D" w:rsidP="00FD0F7D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Data: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maggio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2026</w:t>
                              </w:r>
                            </w:p>
                            <w:p w14:paraId="3B356929" w14:textId="6A8BD295" w:rsidR="00FD0F7D" w:rsidRDefault="00FD0F7D" w:rsidP="00FD0F7D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Categoria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Fonte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istituzionale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ecclesiale</w:t>
                              </w:r>
                              <w:proofErr w:type="spellEnd"/>
                            </w:p>
                            <w:p w14:paraId="0B101A4C" w14:textId="20A1870D" w:rsidR="00FD0F7D" w:rsidRPr="00F0216C" w:rsidRDefault="00FD0F7D" w:rsidP="00FD0F7D">
                              <w:pPr>
                                <w:spacing w:after="0"/>
                                <w:rPr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Rilevanza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Molto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alta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legittimazione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istituzionale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e pastorale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E5129" id="_x0000_s1029" style="position:absolute;margin-left:.25pt;margin-top:337.05pt;width:219pt;height:112.2pt;z-index:251443712;mso-wrap-distance-left:14.4pt;mso-wrap-distance-top:3.6pt;mso-wrap-distance-right:14.4pt;mso-wrap-distance-bottom:3.6pt;mso-position-horizontal-relative:margin;mso-position-vertical-relative:margin;mso-width-relative:margin;mso-height-relative:margin" coordorigin=",150" coordsize="3640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">
                <v:rect id="Rettangolo 577288430" o:spid="_x0000_s1030" style="position:absolute;left:730;top:150;width:35675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" fillcolor="#4f81bd [3204]" stroked="f" strokeweight="2pt">
                  <v:textbox>
                    <w:txbxContent>
                      <w:p w14:paraId="0D11BAFC" w14:textId="77777777" w:rsidR="00FD0F7D" w:rsidRDefault="00FD0F7D" w:rsidP="00FD0F7D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Casella di testo 1836381157" o:spid="_x0000_s1031" type="#_x0000_t202" style="position:absolute;top:2526;width:36039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" filled="f" stroked="f" strokeweight=".5pt">
                  <v:textbox inset=",7.2pt,,0">
                    <w:txbxContent>
                      <w:p w14:paraId="178C70E6" w14:textId="06CA273E" w:rsidR="00FD0F7D" w:rsidRDefault="00FD0F7D" w:rsidP="00FD0F7D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Fonte</w:t>
                        </w:r>
                        <w:r w:rsidRPr="00F0216C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Diocesi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di Torino /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Coordinamento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Pastorale Cultura</w:t>
                        </w:r>
                      </w:p>
                      <w:p w14:paraId="01D3F39C" w14:textId="4392E12C" w:rsidR="00FD0F7D" w:rsidRDefault="00FD0F7D" w:rsidP="00FD0F7D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Data: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maggio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2026</w:t>
                        </w:r>
                      </w:p>
                      <w:p w14:paraId="3B356929" w14:textId="6A8BD295" w:rsidR="00FD0F7D" w:rsidRDefault="00FD0F7D" w:rsidP="00FD0F7D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Categoria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Fonte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istituzionale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ecclesiale</w:t>
                        </w:r>
                        <w:proofErr w:type="spellEnd"/>
                      </w:p>
                      <w:p w14:paraId="0B101A4C" w14:textId="20A1870D" w:rsidR="00FD0F7D" w:rsidRPr="00F0216C" w:rsidRDefault="00FD0F7D" w:rsidP="00FD0F7D">
                        <w:pPr>
                          <w:spacing w:after="0"/>
                          <w:rPr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Rilevanza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Molto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alta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legittimazione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istituzionale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e pastorale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95CCFE7" w14:textId="0D554860" w:rsidR="00015A85" w:rsidRDefault="00000000" w:rsidP="00041D76">
      <w:pPr>
        <w:pStyle w:val="Corpotesto"/>
        <w:jc w:val="both"/>
      </w:pPr>
      <w:r>
        <w:t xml:space="preserve">La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presenta</w:t>
      </w:r>
      <w:proofErr w:type="spellEnd"/>
      <w:r>
        <w:t xml:space="preserve"> </w:t>
      </w:r>
      <w:proofErr w:type="spellStart"/>
      <w:r>
        <w:t>Abitare</w:t>
      </w:r>
      <w:proofErr w:type="spellEnd"/>
      <w:r>
        <w:t xml:space="preserve"> il territorio come progetto in collaborazione con la Pastorale della Cultura, nato per creare occasioni di incontro tra realtà culturali, istituzioni e comunità, con linguaggi diversi: arte, musica, </w:t>
      </w:r>
      <w:proofErr w:type="spellStart"/>
      <w:r>
        <w:t>teatro</w:t>
      </w:r>
      <w:proofErr w:type="spellEnd"/>
      <w:r>
        <w:t xml:space="preserve"> e </w:t>
      </w:r>
      <w:proofErr w:type="spellStart"/>
      <w:r>
        <w:t>riflessione</w:t>
      </w:r>
      <w:proofErr w:type="spellEnd"/>
      <w:r>
        <w:t>.</w:t>
      </w:r>
    </w:p>
    <w:p w14:paraId="78A0C953" w14:textId="56BCD721" w:rsidR="00015A85" w:rsidRDefault="00000000">
      <w:pPr>
        <w:pStyle w:val="Fonte"/>
      </w:pPr>
      <w:r>
        <w:rPr>
          <w:b/>
        </w:rPr>
        <w:t xml:space="preserve">URL: </w:t>
      </w:r>
      <w:hyperlink r:id="rId11" w:history="1">
        <w:r w:rsidR="0088387D" w:rsidRPr="007D68F8">
          <w:rPr>
            <w:rStyle w:val="Collegamentoipertestuale"/>
          </w:rPr>
          <w:t>https://www.diocesi.torino.it/cultura/arte-parola-spiritualita-in-dialogo/</w:t>
        </w:r>
      </w:hyperlink>
      <w:r w:rsidR="0088387D">
        <w:rPr>
          <w:color w:val="464646"/>
        </w:rPr>
        <w:t xml:space="preserve"> </w:t>
      </w:r>
    </w:p>
    <w:p w14:paraId="3C873DE1" w14:textId="34D65112" w:rsidR="00015A85" w:rsidRDefault="00B42279" w:rsidP="00905975">
      <w:pPr>
        <w:jc w:val="center"/>
      </w:pPr>
      <w:r w:rsidRPr="00905975">
        <w:drawing>
          <wp:anchor distT="0" distB="0" distL="114300" distR="114300" simplePos="0" relativeHeight="251457024" behindDoc="0" locked="0" layoutInCell="1" allowOverlap="1" wp14:anchorId="2FBB9C1F" wp14:editId="6F78FE20">
            <wp:simplePos x="0" y="0"/>
            <wp:positionH relativeFrom="column">
              <wp:posOffset>-3021670</wp:posOffset>
            </wp:positionH>
            <wp:positionV relativeFrom="paragraph">
              <wp:posOffset>402590</wp:posOffset>
            </wp:positionV>
            <wp:extent cx="2395220" cy="2462530"/>
            <wp:effectExtent l="0" t="0" r="5080" b="0"/>
            <wp:wrapTopAndBottom/>
            <wp:docPr id="1481355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55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4AC31" w14:textId="3CAD71C3" w:rsidR="00A747FF" w:rsidRDefault="00A747FF">
      <w:pPr>
        <w:pStyle w:val="Titolo2"/>
      </w:pPr>
    </w:p>
    <w:p w14:paraId="2B5DBDBA" w14:textId="1850B7D9" w:rsidR="00015A85" w:rsidRDefault="00000000">
      <w:pPr>
        <w:pStyle w:val="Titolo2"/>
      </w:pPr>
      <w:proofErr w:type="spellStart"/>
      <w:r>
        <w:t>Cartella</w:t>
      </w:r>
      <w:proofErr w:type="spellEnd"/>
      <w:r>
        <w:t xml:space="preserve"> </w:t>
      </w:r>
      <w:proofErr w:type="spellStart"/>
      <w:r>
        <w:t>stampa</w:t>
      </w:r>
      <w:proofErr w:type="spellEnd"/>
      <w:r>
        <w:t xml:space="preserve"> </w:t>
      </w:r>
      <w:proofErr w:type="spellStart"/>
      <w:r>
        <w:t>ufficiale</w:t>
      </w:r>
      <w:proofErr w:type="spellEnd"/>
      <w:r>
        <w:t xml:space="preserve"> </w:t>
      </w:r>
      <w:proofErr w:type="spellStart"/>
      <w:r>
        <w:t>pubblicata</w:t>
      </w:r>
      <w:proofErr w:type="spellEnd"/>
      <w:r>
        <w:t xml:space="preserve"> online</w:t>
      </w:r>
    </w:p>
    <w:p w14:paraId="42F08448" w14:textId="1980BC77" w:rsidR="00015A85" w:rsidRDefault="00A747FF" w:rsidP="00041D76">
      <w:pPr>
        <w:jc w:val="both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460096" behindDoc="0" locked="0" layoutInCell="1" allowOverlap="1" wp14:anchorId="31033FA7" wp14:editId="0FB9F3A2">
                <wp:simplePos x="0" y="0"/>
                <wp:positionH relativeFrom="margin">
                  <wp:posOffset>-27432</wp:posOffset>
                </wp:positionH>
                <wp:positionV relativeFrom="margin">
                  <wp:posOffset>714756</wp:posOffset>
                </wp:positionV>
                <wp:extent cx="2880360" cy="1325880"/>
                <wp:effectExtent l="0" t="0" r="0" b="7620"/>
                <wp:wrapSquare wrapText="bothSides"/>
                <wp:docPr id="900812617" name="Grup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1325880"/>
                          <a:chOff x="-24351" y="-70651"/>
                          <a:chExt cx="4809358" cy="1495452"/>
                        </a:xfrm>
                      </wpg:grpSpPr>
                      <wps:wsp>
                        <wps:cNvPr id="1133461339" name="Rettangolo 1133461339"/>
                        <wps:cNvSpPr/>
                        <wps:spPr>
                          <a:xfrm>
                            <a:off x="-24351" y="-70651"/>
                            <a:ext cx="3567448" cy="27060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DCF262" w14:textId="77777777" w:rsidR="00905975" w:rsidRDefault="00905975" w:rsidP="00905975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681152" name="Casella di testo 1297681152"/>
                        <wps:cNvSpPr txBox="1"/>
                        <wps:spPr>
                          <a:xfrm>
                            <a:off x="0" y="252693"/>
                            <a:ext cx="4785007" cy="1172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4B70BF" w14:textId="76B693D9" w:rsidR="00905975" w:rsidRDefault="00905975" w:rsidP="00905975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Fonte</w:t>
                              </w:r>
                              <w:r w:rsidRPr="00F0216C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Pastorale della Cultura - 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Diocesi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di Torino</w:t>
                              </w:r>
                            </w:p>
                            <w:p w14:paraId="69310C60" w14:textId="3B4C4278" w:rsidR="00905975" w:rsidRDefault="00905975" w:rsidP="00905975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Data: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maggio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2026</w:t>
                              </w:r>
                            </w:p>
                            <w:p w14:paraId="19B4B989" w14:textId="6EBEC742" w:rsidR="00905975" w:rsidRDefault="00905975" w:rsidP="00905975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Categoria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Press Kit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ufficale</w:t>
                              </w:r>
                              <w:proofErr w:type="spellEnd"/>
                            </w:p>
                            <w:p w14:paraId="453E8BE5" w14:textId="7FDE9B41" w:rsidR="00905975" w:rsidRPr="00F0216C" w:rsidRDefault="00905975" w:rsidP="00905975">
                              <w:pPr>
                                <w:spacing w:after="0"/>
                                <w:rPr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Rilevanza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Molto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alta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documento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di Progetto e di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ufficio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stampa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33FA7" id="_x0000_s1032" style="position:absolute;left:0;text-align:left;margin-left:-2.15pt;margin-top:56.3pt;width:226.8pt;height:104.4pt;z-index:251460096;mso-wrap-distance-left:14.4pt;mso-wrap-distance-top:3.6pt;mso-wrap-distance-right:14.4pt;mso-wrap-distance-bottom:3.6pt;mso-position-horizontal-relative:margin;mso-position-vertical-relative:margin;mso-width-relative:margin;mso-height-relative:margin" coordorigin="-243,-706" coordsize="48093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">
                <v:rect id="Rettangolo 1133461339" o:spid="_x0000_s1033" style="position:absolute;left:-243;top:-706;width:35673;height:2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" fillcolor="#4f81bd [3204]" stroked="f" strokeweight="2pt">
                  <v:textbox>
                    <w:txbxContent>
                      <w:p w14:paraId="5DDCF262" w14:textId="77777777" w:rsidR="00905975" w:rsidRDefault="00905975" w:rsidP="00905975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Casella di testo 1297681152" o:spid="_x0000_s1034" type="#_x0000_t202" style="position:absolute;top:2526;width:47850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" filled="f" stroked="f" strokeweight=".5pt">
                  <v:textbox inset=",7.2pt,,0">
                    <w:txbxContent>
                      <w:p w14:paraId="004B70BF" w14:textId="76B693D9" w:rsidR="00905975" w:rsidRDefault="00905975" w:rsidP="00905975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Fonte</w:t>
                        </w:r>
                        <w:r w:rsidRPr="00F0216C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Pastorale della Cultura - 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Diocesi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di Torino</w:t>
                        </w:r>
                      </w:p>
                      <w:p w14:paraId="69310C60" w14:textId="3B4C4278" w:rsidR="00905975" w:rsidRDefault="00905975" w:rsidP="00905975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Data: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maggio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2026</w:t>
                        </w:r>
                      </w:p>
                      <w:p w14:paraId="19B4B989" w14:textId="6EBEC742" w:rsidR="00905975" w:rsidRDefault="00905975" w:rsidP="00905975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Categoria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Press Kit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ufficale</w:t>
                        </w:r>
                        <w:proofErr w:type="spellEnd"/>
                      </w:p>
                      <w:p w14:paraId="453E8BE5" w14:textId="7FDE9B41" w:rsidR="00905975" w:rsidRPr="00F0216C" w:rsidRDefault="00905975" w:rsidP="00905975">
                        <w:pPr>
                          <w:spacing w:after="0"/>
                          <w:rPr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Rilevanza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Molto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alta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documento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di Progetto e di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ufficio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stampa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00000">
        <w:t xml:space="preserve">La </w:t>
      </w:r>
      <w:proofErr w:type="spellStart"/>
      <w:r w:rsidR="00000000">
        <w:t>cartella</w:t>
      </w:r>
      <w:proofErr w:type="spellEnd"/>
      <w:r w:rsidR="00000000">
        <w:t xml:space="preserve"> </w:t>
      </w:r>
      <w:proofErr w:type="spellStart"/>
      <w:r w:rsidR="00000000">
        <w:t>stampa</w:t>
      </w:r>
      <w:proofErr w:type="spellEnd"/>
      <w:r w:rsidR="00000000">
        <w:t xml:space="preserve"> </w:t>
      </w:r>
      <w:proofErr w:type="spellStart"/>
      <w:r w:rsidR="00000000">
        <w:t>pubblicata</w:t>
      </w:r>
      <w:proofErr w:type="spellEnd"/>
      <w:r w:rsidR="00000000">
        <w:t xml:space="preserve"> online </w:t>
      </w:r>
      <w:proofErr w:type="spellStart"/>
      <w:r w:rsidR="00000000">
        <w:t>contiene</w:t>
      </w:r>
      <w:proofErr w:type="spellEnd"/>
      <w:r w:rsidR="00000000">
        <w:t xml:space="preserve"> </w:t>
      </w:r>
      <w:proofErr w:type="spellStart"/>
      <w:r w:rsidR="00000000">
        <w:t>comunicato</w:t>
      </w:r>
      <w:proofErr w:type="spellEnd"/>
      <w:r w:rsidR="00000000">
        <w:t xml:space="preserve">, </w:t>
      </w:r>
      <w:proofErr w:type="spellStart"/>
      <w:r w:rsidR="00000000">
        <w:t>scheda</w:t>
      </w:r>
      <w:proofErr w:type="spellEnd"/>
      <w:r w:rsidR="00000000">
        <w:t xml:space="preserve"> </w:t>
      </w:r>
      <w:proofErr w:type="spellStart"/>
      <w:r w:rsidR="00000000">
        <w:t>progetto</w:t>
      </w:r>
      <w:proofErr w:type="spellEnd"/>
      <w:r w:rsidR="00000000">
        <w:t xml:space="preserve">, </w:t>
      </w:r>
      <w:proofErr w:type="spellStart"/>
      <w:r w:rsidR="00000000">
        <w:t>linee</w:t>
      </w:r>
      <w:proofErr w:type="spellEnd"/>
      <w:r w:rsidR="00000000">
        <w:t xml:space="preserve"> operative, </w:t>
      </w:r>
      <w:proofErr w:type="spellStart"/>
      <w:r w:rsidR="00000000">
        <w:t>programma</w:t>
      </w:r>
      <w:proofErr w:type="spellEnd"/>
      <w:r w:rsidR="00000000">
        <w:t xml:space="preserve"> </w:t>
      </w:r>
      <w:proofErr w:type="spellStart"/>
      <w:r w:rsidR="00000000">
        <w:t>eventi</w:t>
      </w:r>
      <w:proofErr w:type="spellEnd"/>
      <w:r w:rsidR="00000000">
        <w:t xml:space="preserve">, focus </w:t>
      </w:r>
      <w:proofErr w:type="spellStart"/>
      <w:r w:rsidR="00000000">
        <w:t>mostre</w:t>
      </w:r>
      <w:proofErr w:type="spellEnd"/>
      <w:r w:rsidR="00000000">
        <w:t xml:space="preserve">, </w:t>
      </w:r>
      <w:proofErr w:type="spellStart"/>
      <w:r w:rsidR="00000000">
        <w:t>relatori</w:t>
      </w:r>
      <w:proofErr w:type="spellEnd"/>
      <w:r w:rsidR="00000000">
        <w:t xml:space="preserve">, </w:t>
      </w:r>
      <w:proofErr w:type="spellStart"/>
      <w:r w:rsidR="00000000">
        <w:t>informazioni</w:t>
      </w:r>
      <w:proofErr w:type="spellEnd"/>
      <w:r w:rsidR="00000000">
        <w:t xml:space="preserve"> </w:t>
      </w:r>
      <w:proofErr w:type="spellStart"/>
      <w:r w:rsidR="00000000">
        <w:t>pratiche</w:t>
      </w:r>
      <w:proofErr w:type="spellEnd"/>
      <w:r w:rsidR="00000000">
        <w:t xml:space="preserve">, </w:t>
      </w:r>
      <w:proofErr w:type="spellStart"/>
      <w:r w:rsidR="00000000">
        <w:t>crediti</w:t>
      </w:r>
      <w:proofErr w:type="spellEnd"/>
      <w:r w:rsidR="00000000">
        <w:t xml:space="preserve"> e partner. È </w:t>
      </w:r>
      <w:proofErr w:type="spellStart"/>
      <w:r w:rsidR="00000000">
        <w:t>una</w:t>
      </w:r>
      <w:proofErr w:type="spellEnd"/>
      <w:r w:rsidR="00000000">
        <w:t xml:space="preserve"> </w:t>
      </w:r>
      <w:proofErr w:type="spellStart"/>
      <w:r w:rsidR="00000000">
        <w:t>prova</w:t>
      </w:r>
      <w:proofErr w:type="spellEnd"/>
      <w:r w:rsidR="00000000">
        <w:t xml:space="preserve"> </w:t>
      </w:r>
      <w:proofErr w:type="spellStart"/>
      <w:r w:rsidR="00000000">
        <w:t>documentale</w:t>
      </w:r>
      <w:proofErr w:type="spellEnd"/>
      <w:r w:rsidR="00000000">
        <w:t xml:space="preserve"> </w:t>
      </w:r>
      <w:proofErr w:type="spellStart"/>
      <w:r w:rsidR="00000000">
        <w:t>decisiva</w:t>
      </w:r>
      <w:proofErr w:type="spellEnd"/>
      <w:r w:rsidR="00000000">
        <w:t xml:space="preserve"> </w:t>
      </w:r>
      <w:proofErr w:type="spellStart"/>
      <w:r w:rsidR="00000000">
        <w:t>perché</w:t>
      </w:r>
      <w:proofErr w:type="spellEnd"/>
      <w:r w:rsidR="00000000">
        <w:t xml:space="preserve"> </w:t>
      </w:r>
      <w:proofErr w:type="spellStart"/>
      <w:r w:rsidR="00000000">
        <w:t>definisce</w:t>
      </w:r>
      <w:proofErr w:type="spellEnd"/>
      <w:r w:rsidR="00000000">
        <w:t xml:space="preserve"> il </w:t>
      </w:r>
      <w:proofErr w:type="spellStart"/>
      <w:r w:rsidR="00000000">
        <w:t>progetto</w:t>
      </w:r>
      <w:proofErr w:type="spellEnd"/>
      <w:r w:rsidR="00000000">
        <w:t xml:space="preserve"> come format </w:t>
      </w:r>
      <w:proofErr w:type="spellStart"/>
      <w:r w:rsidR="00000000">
        <w:t>culturale</w:t>
      </w:r>
      <w:proofErr w:type="spellEnd"/>
      <w:r w:rsidR="00000000">
        <w:t xml:space="preserve"> e pastorale </w:t>
      </w:r>
      <w:proofErr w:type="spellStart"/>
      <w:r w:rsidR="00000000">
        <w:t>replicabile</w:t>
      </w:r>
      <w:proofErr w:type="spellEnd"/>
      <w:r w:rsidR="00000000">
        <w:t>.</w:t>
      </w:r>
    </w:p>
    <w:p w14:paraId="200F899C" w14:textId="316E45C5" w:rsidR="00015A85" w:rsidRDefault="00000000">
      <w:pPr>
        <w:pStyle w:val="Fonte"/>
      </w:pPr>
      <w:r>
        <w:rPr>
          <w:b/>
        </w:rPr>
        <w:t xml:space="preserve">URL: </w:t>
      </w:r>
      <w:hyperlink r:id="rId13" w:history="1">
        <w:r w:rsidR="0088387D" w:rsidRPr="007D68F8">
          <w:rPr>
            <w:rStyle w:val="Collegamentoipertestuale"/>
          </w:rPr>
          <w:t>https://www.diocesi.torino.it/cultura/wp-content/uploads/sites/40/2026/05/CARTELLA-STAMPA-ABITARE-IL-TERRITORIO.pdf</w:t>
        </w:r>
      </w:hyperlink>
      <w:r w:rsidR="0088387D">
        <w:rPr>
          <w:color w:val="464646"/>
        </w:rPr>
        <w:t xml:space="preserve"> </w:t>
      </w:r>
    </w:p>
    <w:p w14:paraId="672B44A6" w14:textId="1A8534E1" w:rsidR="00015A85" w:rsidRDefault="00B42279" w:rsidP="00B42279">
      <w:r w:rsidRPr="00905975">
        <w:drawing>
          <wp:inline distT="0" distB="0" distL="0" distR="0" wp14:anchorId="4F1710B5" wp14:editId="42E8C060">
            <wp:extent cx="1861142" cy="2730321"/>
            <wp:effectExtent l="0" t="0" r="6350" b="0"/>
            <wp:docPr id="11031877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726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856" cy="278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8145" w14:textId="50066B34" w:rsidR="00B42279" w:rsidRDefault="00B42279">
      <w:pPr>
        <w:pStyle w:val="Titolo2"/>
      </w:pPr>
    </w:p>
    <w:p w14:paraId="01F5780A" w14:textId="704B8D0E" w:rsidR="00015A85" w:rsidRDefault="00000000">
      <w:pPr>
        <w:pStyle w:val="Titolo2"/>
      </w:pPr>
      <w:proofErr w:type="spellStart"/>
      <w:r>
        <w:t>Cartella</w:t>
      </w:r>
      <w:proofErr w:type="spellEnd"/>
      <w:r>
        <w:t xml:space="preserve"> </w:t>
      </w:r>
      <w:proofErr w:type="spellStart"/>
      <w:r>
        <w:t>stampa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Calaméo</w:t>
      </w:r>
      <w:proofErr w:type="spellEnd"/>
    </w:p>
    <w:p w14:paraId="49B77599" w14:textId="1063417A" w:rsidR="00A747FF" w:rsidRPr="00A747FF" w:rsidRDefault="00A747FF" w:rsidP="00A747FF"/>
    <w:p w14:paraId="79248D12" w14:textId="4AD39460" w:rsidR="00015A85" w:rsidRDefault="00B42279" w:rsidP="00041D76">
      <w:pPr>
        <w:pStyle w:val="Corpotesto"/>
        <w:jc w:val="both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346432" behindDoc="0" locked="0" layoutInCell="1" allowOverlap="1" wp14:anchorId="723DF16F" wp14:editId="67E383F6">
                <wp:simplePos x="0" y="0"/>
                <wp:positionH relativeFrom="margin">
                  <wp:posOffset>1905</wp:posOffset>
                </wp:positionH>
                <wp:positionV relativeFrom="margin">
                  <wp:posOffset>5918835</wp:posOffset>
                </wp:positionV>
                <wp:extent cx="2865755" cy="1309370"/>
                <wp:effectExtent l="0" t="0" r="0" b="5080"/>
                <wp:wrapSquare wrapText="bothSides"/>
                <wp:docPr id="1403037569" name="Grup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755" cy="1309370"/>
                          <a:chOff x="0" y="-52557"/>
                          <a:chExt cx="4785007" cy="1477358"/>
                        </a:xfrm>
                      </wpg:grpSpPr>
                      <wps:wsp>
                        <wps:cNvPr id="123732621" name="Rettangolo 123732621"/>
                        <wps:cNvSpPr/>
                        <wps:spPr>
                          <a:xfrm>
                            <a:off x="29220" y="-52557"/>
                            <a:ext cx="3567448" cy="27060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66013C" w14:textId="77777777" w:rsidR="00A747FF" w:rsidRDefault="00A747FF" w:rsidP="00A747F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943281" name="Casella di testo 723943281"/>
                        <wps:cNvSpPr txBox="1"/>
                        <wps:spPr>
                          <a:xfrm>
                            <a:off x="0" y="252693"/>
                            <a:ext cx="4785007" cy="1172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42EBE2" w14:textId="7984183F" w:rsidR="00A747FF" w:rsidRDefault="00A747FF" w:rsidP="00A747F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Fonte</w:t>
                              </w:r>
                              <w:r w:rsidRPr="00F0216C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Calameo</w:t>
                              </w:r>
                              <w:proofErr w:type="spellEnd"/>
                            </w:p>
                            <w:p w14:paraId="1B601885" w14:textId="77777777" w:rsidR="00A747FF" w:rsidRDefault="00A747FF" w:rsidP="00A747F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Data: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maggio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2026</w:t>
                              </w:r>
                            </w:p>
                            <w:p w14:paraId="50996182" w14:textId="4FA7C9C1" w:rsidR="00A747FF" w:rsidRDefault="00A747FF" w:rsidP="00A747F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Categoria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Diffusione</w:t>
                              </w:r>
                              <w:proofErr w:type="spellEnd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digitale</w:t>
                              </w:r>
                              <w:proofErr w:type="spellEnd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 del Press kit</w:t>
                              </w:r>
                            </w:p>
                            <w:p w14:paraId="273EA519" w14:textId="347F5AC9" w:rsidR="00A747FF" w:rsidRPr="00F0216C" w:rsidRDefault="00A747FF" w:rsidP="00A747FF">
                              <w:pPr>
                                <w:spacing w:after="0"/>
                                <w:rPr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Rilevanza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Medio/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alt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spellEnd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accessibilità</w:t>
                              </w:r>
                              <w:proofErr w:type="spellEnd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 e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archiviazione</w:t>
                              </w:r>
                              <w:proofErr w:type="spellEnd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pubblica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DF16F" id="_x0000_s1035" style="position:absolute;left:0;text-align:left;margin-left:.15pt;margin-top:466.05pt;width:225.65pt;height:103.1pt;z-index:251346432;mso-wrap-distance-left:14.4pt;mso-wrap-distance-top:3.6pt;mso-wrap-distance-right:14.4pt;mso-wrap-distance-bottom:3.6pt;mso-position-horizontal-relative:margin;mso-position-vertical-relative:margin;mso-width-relative:margin;mso-height-relative:margin" coordorigin=",-525" coordsize="47850,1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">
                <v:rect id="Rettangolo 123732621" o:spid="_x0000_s1036" style="position:absolute;left:292;top:-525;width:35674;height:2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" fillcolor="#4f81bd [3204]" stroked="f" strokeweight="2pt">
                  <v:textbox>
                    <w:txbxContent>
                      <w:p w14:paraId="2B66013C" w14:textId="77777777" w:rsidR="00A747FF" w:rsidRDefault="00A747FF" w:rsidP="00A747F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Casella di testo 723943281" o:spid="_x0000_s1037" type="#_x0000_t202" style="position:absolute;top:2526;width:47850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" filled="f" stroked="f" strokeweight=".5pt">
                  <v:textbox inset=",7.2pt,,0">
                    <w:txbxContent>
                      <w:p w14:paraId="4D42EBE2" w14:textId="7984183F" w:rsidR="00A747FF" w:rsidRDefault="00A747FF" w:rsidP="00A747F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Fonte</w:t>
                        </w:r>
                        <w:r w:rsidRPr="00F0216C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Calameo</w:t>
                        </w:r>
                        <w:proofErr w:type="spellEnd"/>
                      </w:p>
                      <w:p w14:paraId="1B601885" w14:textId="77777777" w:rsidR="00A747FF" w:rsidRDefault="00A747FF" w:rsidP="00A747F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Data: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maggio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2026</w:t>
                        </w:r>
                      </w:p>
                      <w:p w14:paraId="50996182" w14:textId="4FA7C9C1" w:rsidR="00A747FF" w:rsidRDefault="00A747FF" w:rsidP="00A747F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Categoria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Diffusione</w:t>
                        </w:r>
                        <w:proofErr w:type="spellEnd"/>
                        <w:r w:rsidR="00FF44B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digitale</w:t>
                        </w:r>
                        <w:proofErr w:type="spellEnd"/>
                        <w:r w:rsidR="00FF44B2">
                          <w:rPr>
                            <w:sz w:val="18"/>
                            <w:szCs w:val="18"/>
                          </w:rPr>
                          <w:t xml:space="preserve"> del Press kit</w:t>
                        </w:r>
                      </w:p>
                      <w:p w14:paraId="273EA519" w14:textId="347F5AC9" w:rsidR="00A747FF" w:rsidRPr="00F0216C" w:rsidRDefault="00A747FF" w:rsidP="00A747FF">
                        <w:pPr>
                          <w:spacing w:after="0"/>
                          <w:rPr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Rilevanza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FF44B2">
                          <w:rPr>
                            <w:sz w:val="18"/>
                            <w:szCs w:val="18"/>
                          </w:rPr>
                          <w:t>Medio/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alt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proofErr w:type="spellEnd"/>
                        <w:r w:rsidR="00FF44B2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accessibilità</w:t>
                        </w:r>
                        <w:proofErr w:type="spellEnd"/>
                        <w:r w:rsidR="00FF44B2">
                          <w:rPr>
                            <w:sz w:val="18"/>
                            <w:szCs w:val="18"/>
                          </w:rPr>
                          <w:t xml:space="preserve"> e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archiviazione</w:t>
                        </w:r>
                        <w:proofErr w:type="spellEnd"/>
                        <w:r w:rsidR="00FF44B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pubblica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00000">
        <w:t xml:space="preserve">La </w:t>
      </w:r>
      <w:proofErr w:type="spellStart"/>
      <w:r w:rsidR="00000000">
        <w:t>versione</w:t>
      </w:r>
      <w:proofErr w:type="spellEnd"/>
      <w:r w:rsidR="00000000">
        <w:t xml:space="preserve"> </w:t>
      </w:r>
      <w:proofErr w:type="spellStart"/>
      <w:r w:rsidR="00000000">
        <w:t>Calaméo</w:t>
      </w:r>
      <w:proofErr w:type="spellEnd"/>
      <w:r w:rsidR="00000000">
        <w:t xml:space="preserve"> della </w:t>
      </w:r>
      <w:proofErr w:type="spellStart"/>
      <w:r w:rsidR="00000000">
        <w:t>cartella</w:t>
      </w:r>
      <w:proofErr w:type="spellEnd"/>
      <w:r w:rsidR="00000000">
        <w:t xml:space="preserve"> </w:t>
      </w:r>
      <w:proofErr w:type="spellStart"/>
      <w:r w:rsidR="00000000">
        <w:t>stampa</w:t>
      </w:r>
      <w:proofErr w:type="spellEnd"/>
      <w:r w:rsidR="00000000">
        <w:t xml:space="preserve"> </w:t>
      </w:r>
      <w:proofErr w:type="spellStart"/>
      <w:r w:rsidR="00000000">
        <w:t>consente</w:t>
      </w:r>
      <w:proofErr w:type="spellEnd"/>
      <w:r w:rsidR="00000000">
        <w:t xml:space="preserve"> </w:t>
      </w:r>
      <w:proofErr w:type="spellStart"/>
      <w:r w:rsidR="00000000">
        <w:t>una</w:t>
      </w:r>
      <w:proofErr w:type="spellEnd"/>
      <w:r w:rsidR="00000000">
        <w:t xml:space="preserve"> </w:t>
      </w:r>
      <w:proofErr w:type="spellStart"/>
      <w:r w:rsidR="00000000">
        <w:t>consultazione</w:t>
      </w:r>
      <w:proofErr w:type="spellEnd"/>
      <w:r w:rsidR="00000000">
        <w:t xml:space="preserve"> </w:t>
      </w:r>
      <w:proofErr w:type="spellStart"/>
      <w:r w:rsidR="00000000">
        <w:t>pubblica</w:t>
      </w:r>
      <w:proofErr w:type="spellEnd"/>
      <w:r w:rsidR="00000000">
        <w:t xml:space="preserve"> e </w:t>
      </w:r>
      <w:proofErr w:type="spellStart"/>
      <w:r w:rsidR="00000000">
        <w:t>condivisibile</w:t>
      </w:r>
      <w:proofErr w:type="spellEnd"/>
      <w:r w:rsidR="00000000">
        <w:t xml:space="preserve"> del dossier di </w:t>
      </w:r>
      <w:proofErr w:type="spellStart"/>
      <w:r w:rsidR="00000000">
        <w:t>progetto</w:t>
      </w:r>
      <w:proofErr w:type="spellEnd"/>
      <w:r w:rsidR="00000000">
        <w:t xml:space="preserve">, utile come </w:t>
      </w:r>
      <w:proofErr w:type="spellStart"/>
      <w:r w:rsidR="00000000">
        <w:t>prova</w:t>
      </w:r>
      <w:proofErr w:type="spellEnd"/>
      <w:r w:rsidR="00000000">
        <w:t xml:space="preserve"> di </w:t>
      </w:r>
      <w:proofErr w:type="spellStart"/>
      <w:r w:rsidR="00000000">
        <w:t>diffusione</w:t>
      </w:r>
      <w:proofErr w:type="spellEnd"/>
      <w:r w:rsidR="00000000">
        <w:t xml:space="preserve"> </w:t>
      </w:r>
      <w:proofErr w:type="spellStart"/>
      <w:r w:rsidR="00000000">
        <w:t>digitale</w:t>
      </w:r>
      <w:proofErr w:type="spellEnd"/>
      <w:r w:rsidR="00000000">
        <w:t xml:space="preserve"> e come </w:t>
      </w:r>
      <w:proofErr w:type="spellStart"/>
      <w:r w:rsidR="00000000">
        <w:t>archivio</w:t>
      </w:r>
      <w:proofErr w:type="spellEnd"/>
      <w:r w:rsidR="00000000">
        <w:t xml:space="preserve"> </w:t>
      </w:r>
      <w:proofErr w:type="spellStart"/>
      <w:r w:rsidR="00000000">
        <w:t>consultabile</w:t>
      </w:r>
      <w:proofErr w:type="spellEnd"/>
      <w:r w:rsidR="00000000">
        <w:t>.</w:t>
      </w:r>
    </w:p>
    <w:p w14:paraId="0A44E53A" w14:textId="77E6DE92" w:rsidR="00015A85" w:rsidRDefault="00000000">
      <w:pPr>
        <w:pStyle w:val="Fonte"/>
      </w:pPr>
      <w:r>
        <w:rPr>
          <w:b/>
        </w:rPr>
        <w:t xml:space="preserve">URL: </w:t>
      </w:r>
      <w:hyperlink r:id="rId15" w:history="1">
        <w:r w:rsidR="0088387D" w:rsidRPr="007D68F8">
          <w:rPr>
            <w:rStyle w:val="Collegamentoipertestuale"/>
          </w:rPr>
          <w:t>https://www.calameo.com/books/005546860b33069e5607a</w:t>
        </w:r>
      </w:hyperlink>
      <w:r w:rsidR="0088387D">
        <w:rPr>
          <w:color w:val="464646"/>
        </w:rPr>
        <w:t xml:space="preserve"> </w:t>
      </w:r>
    </w:p>
    <w:p w14:paraId="785D04AB" w14:textId="5FABF4E6" w:rsidR="00015A85" w:rsidRDefault="00B42279">
      <w:r w:rsidRPr="00905975">
        <w:drawing>
          <wp:anchor distT="0" distB="0" distL="114300" distR="114300" simplePos="0" relativeHeight="251851264" behindDoc="0" locked="0" layoutInCell="1" allowOverlap="1" wp14:anchorId="7F7A2D75" wp14:editId="13171878">
            <wp:simplePos x="0" y="0"/>
            <wp:positionH relativeFrom="column">
              <wp:posOffset>-2969895</wp:posOffset>
            </wp:positionH>
            <wp:positionV relativeFrom="paragraph">
              <wp:posOffset>142240</wp:posOffset>
            </wp:positionV>
            <wp:extent cx="1699895" cy="1564640"/>
            <wp:effectExtent l="0" t="0" r="0" b="0"/>
            <wp:wrapSquare wrapText="bothSides"/>
            <wp:docPr id="9025726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72682" name=""/>
                    <pic:cNvPicPr/>
                  </pic:nvPicPr>
                  <pic:blipFill rotWithShape="1">
                    <a:blip r:embed="rId14"/>
                    <a:srcRect b="3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C4106" w14:textId="7FE06C69" w:rsidR="00041D76" w:rsidRDefault="00041D76" w:rsidP="00B42279"/>
    <w:p w14:paraId="5FE68F66" w14:textId="77777777" w:rsidR="00041D76" w:rsidRDefault="00041D76"/>
    <w:p w14:paraId="5F3D9F70" w14:textId="77777777" w:rsidR="00B42279" w:rsidRDefault="00B42279"/>
    <w:p w14:paraId="45A0F094" w14:textId="77777777" w:rsidR="00B42279" w:rsidRDefault="00B42279"/>
    <w:p w14:paraId="39510601" w14:textId="77777777" w:rsidR="00B42279" w:rsidRDefault="00B42279"/>
    <w:p w14:paraId="5E6C112B" w14:textId="77777777" w:rsidR="00B42279" w:rsidRDefault="00B42279">
      <w:pPr>
        <w:pStyle w:val="Titolo2"/>
      </w:pPr>
    </w:p>
    <w:p w14:paraId="238905B7" w14:textId="6F615262" w:rsidR="00015A85" w:rsidRDefault="00000000">
      <w:pPr>
        <w:pStyle w:val="Titolo2"/>
      </w:pPr>
      <w:r>
        <w:t xml:space="preserve">Santo </w:t>
      </w:r>
      <w:proofErr w:type="spellStart"/>
      <w:r>
        <w:t>Volto</w:t>
      </w:r>
      <w:proofErr w:type="spellEnd"/>
      <w:r>
        <w:t xml:space="preserve"> - verbale del Consiglio Pastorale</w:t>
      </w:r>
    </w:p>
    <w:p w14:paraId="5256D397" w14:textId="3A647B23" w:rsidR="00A747FF" w:rsidRPr="00A747FF" w:rsidRDefault="00A747FF" w:rsidP="00A747FF"/>
    <w:p w14:paraId="686FE5B7" w14:textId="3BD4CCA6" w:rsidR="00015A85" w:rsidRDefault="0088387D" w:rsidP="00041D76">
      <w:pPr>
        <w:pStyle w:val="Corpotesto"/>
        <w:jc w:val="both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405824" behindDoc="0" locked="0" layoutInCell="1" allowOverlap="1" wp14:anchorId="51B5AA44" wp14:editId="1E4A692F">
                <wp:simplePos x="0" y="0"/>
                <wp:positionH relativeFrom="margin">
                  <wp:posOffset>34925</wp:posOffset>
                </wp:positionH>
                <wp:positionV relativeFrom="margin">
                  <wp:posOffset>898525</wp:posOffset>
                </wp:positionV>
                <wp:extent cx="2880360" cy="1325880"/>
                <wp:effectExtent l="0" t="0" r="0" b="7620"/>
                <wp:wrapSquare wrapText="bothSides"/>
                <wp:docPr id="1290312184" name="Grup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1325880"/>
                          <a:chOff x="-24351" y="-70651"/>
                          <a:chExt cx="4809358" cy="1495452"/>
                        </a:xfrm>
                      </wpg:grpSpPr>
                      <wps:wsp>
                        <wps:cNvPr id="2117289698" name="Rettangolo 2117289698"/>
                        <wps:cNvSpPr/>
                        <wps:spPr>
                          <a:xfrm>
                            <a:off x="-24351" y="-70651"/>
                            <a:ext cx="3567448" cy="27060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0019E6" w14:textId="77777777" w:rsidR="00A747FF" w:rsidRDefault="00A747FF" w:rsidP="00A747F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911916" name="Casella di testo 423911916"/>
                        <wps:cNvSpPr txBox="1"/>
                        <wps:spPr>
                          <a:xfrm>
                            <a:off x="0" y="252693"/>
                            <a:ext cx="4785007" cy="1172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026700" w14:textId="131712AF" w:rsidR="00A747FF" w:rsidRDefault="00A747FF" w:rsidP="00A747F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Fonte</w:t>
                              </w:r>
                              <w:r w:rsidRPr="00F0216C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Pa</w:t>
                              </w:r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rrocchia</w:t>
                              </w:r>
                              <w:proofErr w:type="spellEnd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 Santo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Volto</w:t>
                              </w:r>
                              <w:proofErr w:type="spellEnd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Torino</w:t>
                              </w:r>
                            </w:p>
                            <w:p w14:paraId="3F365EFD" w14:textId="77663CC7" w:rsidR="00A747FF" w:rsidRDefault="00A747FF" w:rsidP="00A747F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Data: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4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febbraio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2026</w:t>
                              </w:r>
                            </w:p>
                            <w:p w14:paraId="23E6F0A5" w14:textId="10526342" w:rsidR="00A747FF" w:rsidRDefault="00A747FF" w:rsidP="00A747F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Categoria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 Fonte territorial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ecclesiale</w:t>
                              </w:r>
                              <w:proofErr w:type="spellEnd"/>
                            </w:p>
                            <w:p w14:paraId="6DAAB085" w14:textId="4D19E9E3" w:rsidR="00A747FF" w:rsidRPr="00F0216C" w:rsidRDefault="00A747FF" w:rsidP="00A747FF">
                              <w:pPr>
                                <w:spacing w:after="0"/>
                                <w:rPr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Rilevanza</w:t>
                              </w:r>
                              <w:proofErr w:type="spellEnd"/>
                              <w:r w:rsidRPr="00F0216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Molto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alta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attestazione</w:t>
                              </w:r>
                              <w:proofErr w:type="spellEnd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F44B2">
                                <w:rPr>
                                  <w:sz w:val="18"/>
                                  <w:szCs w:val="18"/>
                                </w:rPr>
                                <w:t>preliminare</w:t>
                              </w:r>
                              <w:proofErr w:type="spellEnd"/>
                              <w:r w:rsidR="00041D76">
                                <w:rPr>
                                  <w:sz w:val="18"/>
                                  <w:szCs w:val="18"/>
                                </w:rPr>
                                <w:t xml:space="preserve"> e </w:t>
                              </w:r>
                              <w:proofErr w:type="spellStart"/>
                              <w:r w:rsidR="00041D76">
                                <w:rPr>
                                  <w:sz w:val="18"/>
                                  <w:szCs w:val="18"/>
                                </w:rPr>
                                <w:t>radicamento</w:t>
                              </w:r>
                              <w:proofErr w:type="spellEnd"/>
                              <w:r w:rsidR="00041D76">
                                <w:rPr>
                                  <w:sz w:val="18"/>
                                  <w:szCs w:val="18"/>
                                </w:rPr>
                                <w:t xml:space="preserve"> locale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5AA44" id="_x0000_s1038" style="position:absolute;left:0;text-align:left;margin-left:2.75pt;margin-top:70.75pt;width:226.8pt;height:104.4pt;z-index:251405824;mso-wrap-distance-left:14.4pt;mso-wrap-distance-top:3.6pt;mso-wrap-distance-right:14.4pt;mso-wrap-distance-bottom:3.6pt;mso-position-horizontal-relative:margin;mso-position-vertical-relative:margin;mso-width-relative:margin;mso-height-relative:margin" coordorigin="-243,-706" coordsize="48093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">
                <v:rect id="Rettangolo 2117289698" o:spid="_x0000_s1039" style="position:absolute;left:-243;top:-706;width:35673;height:2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" fillcolor="#4f81bd [3204]" stroked="f" strokeweight="2pt">
                  <v:textbox>
                    <w:txbxContent>
                      <w:p w14:paraId="680019E6" w14:textId="77777777" w:rsidR="00A747FF" w:rsidRDefault="00A747FF" w:rsidP="00A747F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Casella di testo 423911916" o:spid="_x0000_s1040" type="#_x0000_t202" style="position:absolute;top:2526;width:47850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" filled="f" stroked="f" strokeweight=".5pt">
                  <v:textbox inset=",7.2pt,,0">
                    <w:txbxContent>
                      <w:p w14:paraId="68026700" w14:textId="131712AF" w:rsidR="00A747FF" w:rsidRDefault="00A747FF" w:rsidP="00A747F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Fonte</w:t>
                        </w:r>
                        <w:r w:rsidRPr="00F0216C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Pa</w:t>
                        </w:r>
                        <w:r w:rsidR="00FF44B2">
                          <w:rPr>
                            <w:sz w:val="18"/>
                            <w:szCs w:val="18"/>
                          </w:rPr>
                          <w:t>rrocchia</w:t>
                        </w:r>
                        <w:proofErr w:type="spellEnd"/>
                        <w:r w:rsidR="00FF44B2">
                          <w:rPr>
                            <w:sz w:val="18"/>
                            <w:szCs w:val="18"/>
                          </w:rPr>
                          <w:t xml:space="preserve"> Santo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Volto</w:t>
                        </w:r>
                        <w:proofErr w:type="spellEnd"/>
                        <w:r w:rsidR="00FF44B2">
                          <w:rPr>
                            <w:sz w:val="18"/>
                            <w:szCs w:val="18"/>
                          </w:rPr>
                          <w:t xml:space="preserve"> -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Torino</w:t>
                        </w:r>
                      </w:p>
                      <w:p w14:paraId="3F365EFD" w14:textId="77663CC7" w:rsidR="00A747FF" w:rsidRDefault="00A747FF" w:rsidP="00A747F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Data: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r w:rsidR="00FF44B2">
                          <w:rPr>
                            <w:sz w:val="18"/>
                            <w:szCs w:val="18"/>
                          </w:rPr>
                          <w:t xml:space="preserve">4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febbraio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2026</w:t>
                        </w:r>
                      </w:p>
                      <w:p w14:paraId="23E6F0A5" w14:textId="10526342" w:rsidR="00A747FF" w:rsidRDefault="00A747FF" w:rsidP="00A747F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Categoria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 w:rsidR="00FF44B2">
                          <w:rPr>
                            <w:sz w:val="18"/>
                            <w:szCs w:val="18"/>
                          </w:rPr>
                          <w:t xml:space="preserve"> Fonte territorial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ecclesiale</w:t>
                        </w:r>
                        <w:proofErr w:type="spellEnd"/>
                      </w:p>
                      <w:p w14:paraId="6DAAB085" w14:textId="4D19E9E3" w:rsidR="00A747FF" w:rsidRPr="00F0216C" w:rsidRDefault="00A747FF" w:rsidP="00A747FF">
                        <w:pPr>
                          <w:spacing w:after="0"/>
                          <w:rPr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Rilevanza</w:t>
                        </w:r>
                        <w:proofErr w:type="spellEnd"/>
                        <w:r w:rsidRPr="00F0216C">
                          <w:rPr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Molto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alta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attestazione</w:t>
                        </w:r>
                        <w:proofErr w:type="spellEnd"/>
                        <w:r w:rsidR="00FF44B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FF44B2">
                          <w:rPr>
                            <w:sz w:val="18"/>
                            <w:szCs w:val="18"/>
                          </w:rPr>
                          <w:t>preliminare</w:t>
                        </w:r>
                        <w:proofErr w:type="spellEnd"/>
                        <w:r w:rsidR="00041D76">
                          <w:rPr>
                            <w:sz w:val="18"/>
                            <w:szCs w:val="18"/>
                          </w:rPr>
                          <w:t xml:space="preserve"> e </w:t>
                        </w:r>
                        <w:proofErr w:type="spellStart"/>
                        <w:r w:rsidR="00041D76">
                          <w:rPr>
                            <w:sz w:val="18"/>
                            <w:szCs w:val="18"/>
                          </w:rPr>
                          <w:t>radicamento</w:t>
                        </w:r>
                        <w:proofErr w:type="spellEnd"/>
                        <w:r w:rsidR="00041D76">
                          <w:rPr>
                            <w:sz w:val="18"/>
                            <w:szCs w:val="18"/>
                          </w:rPr>
                          <w:t xml:space="preserve"> locale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00000">
        <w:t xml:space="preserve">Il verbale </w:t>
      </w:r>
      <w:proofErr w:type="spellStart"/>
      <w:r w:rsidR="00000000">
        <w:t>cita</w:t>
      </w:r>
      <w:proofErr w:type="spellEnd"/>
      <w:r w:rsidR="00000000">
        <w:t xml:space="preserve"> </w:t>
      </w:r>
      <w:proofErr w:type="spellStart"/>
      <w:r w:rsidR="00000000">
        <w:t>Abitare</w:t>
      </w:r>
      <w:proofErr w:type="spellEnd"/>
      <w:r w:rsidR="00000000">
        <w:t xml:space="preserve"> il </w:t>
      </w:r>
      <w:proofErr w:type="spellStart"/>
      <w:r w:rsidR="00000000">
        <w:t>territorio</w:t>
      </w:r>
      <w:proofErr w:type="spellEnd"/>
      <w:r w:rsidR="00000000">
        <w:t xml:space="preserve"> </w:t>
      </w:r>
      <w:proofErr w:type="spellStart"/>
      <w:r w:rsidR="00000000">
        <w:t>tra</w:t>
      </w:r>
      <w:proofErr w:type="spellEnd"/>
      <w:r w:rsidR="00000000">
        <w:t xml:space="preserve"> le </w:t>
      </w:r>
      <w:proofErr w:type="spellStart"/>
      <w:r w:rsidR="00000000">
        <w:t>attività</w:t>
      </w:r>
      <w:proofErr w:type="spellEnd"/>
      <w:r w:rsidR="00000000">
        <w:t xml:space="preserve"> </w:t>
      </w:r>
      <w:proofErr w:type="spellStart"/>
      <w:r w:rsidR="00000000">
        <w:t>previste</w:t>
      </w:r>
      <w:proofErr w:type="spellEnd"/>
      <w:r w:rsidR="00000000">
        <w:t xml:space="preserve"> in </w:t>
      </w:r>
      <w:proofErr w:type="spellStart"/>
      <w:r w:rsidR="00000000">
        <w:t>occasione</w:t>
      </w:r>
      <w:proofErr w:type="spellEnd"/>
      <w:r w:rsidR="00000000">
        <w:t xml:space="preserve"> del Salone del Libro OFF, a cura di Alessandro Allocco. È </w:t>
      </w:r>
      <w:proofErr w:type="spellStart"/>
      <w:r w:rsidR="00000000">
        <w:t>una</w:t>
      </w:r>
      <w:proofErr w:type="spellEnd"/>
      <w:r w:rsidR="00000000">
        <w:t xml:space="preserve"> </w:t>
      </w:r>
      <w:proofErr w:type="spellStart"/>
      <w:r w:rsidR="00000000">
        <w:t>prova</w:t>
      </w:r>
      <w:proofErr w:type="spellEnd"/>
      <w:r w:rsidR="00000000">
        <w:t xml:space="preserve"> </w:t>
      </w:r>
      <w:proofErr w:type="spellStart"/>
      <w:r w:rsidR="00000000">
        <w:t>dell’inserimento</w:t>
      </w:r>
      <w:proofErr w:type="spellEnd"/>
      <w:r w:rsidR="00000000">
        <w:t xml:space="preserve"> del </w:t>
      </w:r>
      <w:proofErr w:type="spellStart"/>
      <w:r w:rsidR="00000000">
        <w:t>progetto</w:t>
      </w:r>
      <w:proofErr w:type="spellEnd"/>
      <w:r w:rsidR="00000000">
        <w:t xml:space="preserve"> </w:t>
      </w:r>
      <w:proofErr w:type="spellStart"/>
      <w:r w:rsidR="00000000">
        <w:t>nella</w:t>
      </w:r>
      <w:proofErr w:type="spellEnd"/>
      <w:r w:rsidR="00000000">
        <w:t xml:space="preserve"> vita </w:t>
      </w:r>
      <w:proofErr w:type="spellStart"/>
      <w:r w:rsidR="00000000">
        <w:t>territoriale</w:t>
      </w:r>
      <w:proofErr w:type="spellEnd"/>
      <w:r w:rsidR="00000000">
        <w:t xml:space="preserve"> e pastorale del Santo </w:t>
      </w:r>
      <w:proofErr w:type="spellStart"/>
      <w:r w:rsidR="00000000">
        <w:t>Volto</w:t>
      </w:r>
      <w:proofErr w:type="spellEnd"/>
      <w:r w:rsidR="00000000">
        <w:t xml:space="preserve"> prima della </w:t>
      </w:r>
      <w:proofErr w:type="spellStart"/>
      <w:r w:rsidR="00000000">
        <w:t>fase</w:t>
      </w:r>
      <w:proofErr w:type="spellEnd"/>
      <w:r w:rsidR="00000000">
        <w:t xml:space="preserve"> </w:t>
      </w:r>
      <w:proofErr w:type="spellStart"/>
      <w:r w:rsidR="00000000">
        <w:t>pubblica</w:t>
      </w:r>
      <w:proofErr w:type="spellEnd"/>
      <w:r w:rsidR="00000000">
        <w:t>.</w:t>
      </w:r>
    </w:p>
    <w:p w14:paraId="27CC8C01" w14:textId="014736E2" w:rsidR="00015A85" w:rsidRDefault="00000000">
      <w:pPr>
        <w:pStyle w:val="Fonte"/>
      </w:pPr>
      <w:r>
        <w:rPr>
          <w:b/>
        </w:rPr>
        <w:t xml:space="preserve">URL: </w:t>
      </w:r>
      <w:hyperlink r:id="rId16" w:history="1">
        <w:r w:rsidR="0088387D" w:rsidRPr="007D68F8">
          <w:rPr>
            <w:rStyle w:val="Collegamentoipertestuale"/>
          </w:rPr>
          <w:t>https://www.santovolto.com/joomla30/index.php/consiglio-pastorale/221-verbale-del-4-febbraio-2026</w:t>
        </w:r>
      </w:hyperlink>
      <w:r w:rsidR="0088387D">
        <w:rPr>
          <w:color w:val="464646"/>
        </w:rPr>
        <w:t xml:space="preserve"> </w:t>
      </w:r>
    </w:p>
    <w:p w14:paraId="57B11499" w14:textId="69DA9B10" w:rsidR="00015A85" w:rsidRDefault="00B42279">
      <w:r w:rsidRPr="009D2AB5">
        <w:drawing>
          <wp:anchor distT="0" distB="0" distL="114300" distR="114300" simplePos="0" relativeHeight="251846144" behindDoc="0" locked="0" layoutInCell="1" allowOverlap="1" wp14:anchorId="22C9D090" wp14:editId="1F144CEA">
            <wp:simplePos x="0" y="0"/>
            <wp:positionH relativeFrom="column">
              <wp:posOffset>-3101340</wp:posOffset>
            </wp:positionH>
            <wp:positionV relativeFrom="paragraph">
              <wp:posOffset>36195</wp:posOffset>
            </wp:positionV>
            <wp:extent cx="3006090" cy="2002790"/>
            <wp:effectExtent l="0" t="0" r="3810" b="0"/>
            <wp:wrapSquare wrapText="bothSides"/>
            <wp:docPr id="1707798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98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E296E" w14:textId="77777777" w:rsidR="00041D76" w:rsidRDefault="00041D76">
      <w:pPr>
        <w:pStyle w:val="Titolo1"/>
      </w:pPr>
    </w:p>
    <w:p w14:paraId="5D4532C7" w14:textId="77777777" w:rsidR="0088387D" w:rsidRDefault="0088387D" w:rsidP="0088387D"/>
    <w:p w14:paraId="6DF12CAD" w14:textId="77777777" w:rsidR="0088387D" w:rsidRDefault="0088387D" w:rsidP="0088387D"/>
    <w:p w14:paraId="7263B309" w14:textId="77777777" w:rsidR="0088387D" w:rsidRDefault="0088387D" w:rsidP="0088387D"/>
    <w:p w14:paraId="043216AB" w14:textId="77777777" w:rsidR="0088387D" w:rsidRDefault="0088387D">
      <w:pPr>
        <w:pStyle w:val="Titolo1"/>
      </w:pPr>
    </w:p>
    <w:p w14:paraId="404762E2" w14:textId="77777777" w:rsidR="00912798" w:rsidRDefault="0088387D" w:rsidP="00912798">
      <w:pPr>
        <w:spacing w:after="0"/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</w:pPr>
      <w:r w:rsidRPr="0088387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5. </w:t>
      </w:r>
      <w:proofErr w:type="spellStart"/>
      <w:r w:rsidRPr="0088387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Schede</w:t>
      </w:r>
      <w:proofErr w:type="spellEnd"/>
      <w:r w:rsidRPr="0088387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88387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ufficiali</w:t>
      </w:r>
      <w:proofErr w:type="spellEnd"/>
      <w:r w:rsidRPr="0088387D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 del Salone OFF 2026</w:t>
      </w:r>
    </w:p>
    <w:p w14:paraId="4A250C61" w14:textId="3EFB0DA6" w:rsidR="00015A85" w:rsidRDefault="00000000" w:rsidP="00912798">
      <w:pPr>
        <w:spacing w:after="0"/>
        <w:jc w:val="both"/>
      </w:pPr>
      <w:r>
        <w:t xml:space="preserve">Le </w:t>
      </w:r>
      <w:proofErr w:type="spellStart"/>
      <w:r>
        <w:t>schede</w:t>
      </w:r>
      <w:proofErr w:type="spellEnd"/>
      <w:r>
        <w:t xml:space="preserve"> </w:t>
      </w:r>
      <w:proofErr w:type="spellStart"/>
      <w:r>
        <w:t>autonome</w:t>
      </w:r>
      <w:proofErr w:type="spellEnd"/>
      <w:r>
        <w:t xml:space="preserve"> del Salone OFF </w:t>
      </w:r>
      <w:proofErr w:type="spellStart"/>
      <w:r>
        <w:t>sono</w:t>
      </w:r>
      <w:proofErr w:type="spellEnd"/>
      <w:r>
        <w:t xml:space="preserve"> un </w:t>
      </w:r>
      <w:proofErr w:type="spellStart"/>
      <w:r>
        <w:t>elemento</w:t>
      </w:r>
      <w:proofErr w:type="spellEnd"/>
      <w:r>
        <w:t xml:space="preserve"> centrale della </w:t>
      </w:r>
      <w:proofErr w:type="spellStart"/>
      <w:r>
        <w:t>rassegna</w:t>
      </w:r>
      <w:proofErr w:type="spellEnd"/>
      <w:r>
        <w:t xml:space="preserve">: </w:t>
      </w:r>
      <w:proofErr w:type="spellStart"/>
      <w:r>
        <w:t>dimostrano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progetto</w:t>
      </w:r>
      <w:proofErr w:type="spellEnd"/>
      <w:r>
        <w:t xml:space="preserve"> non è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soltanto</w:t>
      </w:r>
      <w:proofErr w:type="spellEnd"/>
      <w:r>
        <w:t xml:space="preserve"> </w:t>
      </w:r>
      <w:proofErr w:type="spellStart"/>
      <w:r>
        <w:t>comunicato</w:t>
      </w:r>
      <w:proofErr w:type="spellEnd"/>
      <w:r>
        <w:t xml:space="preserve"> come </w:t>
      </w:r>
      <w:proofErr w:type="spellStart"/>
      <w:r>
        <w:t>blocco</w:t>
      </w:r>
      <w:proofErr w:type="spellEnd"/>
      <w:r>
        <w:t xml:space="preserve"> </w:t>
      </w:r>
      <w:proofErr w:type="spellStart"/>
      <w:r>
        <w:t>unico</w:t>
      </w:r>
      <w:proofErr w:type="spellEnd"/>
      <w:r>
        <w:t xml:space="preserve">, ma </w:t>
      </w:r>
      <w:proofErr w:type="spellStart"/>
      <w:r>
        <w:t>articolato</w:t>
      </w:r>
      <w:proofErr w:type="spellEnd"/>
      <w:r>
        <w:t xml:space="preserve"> in </w:t>
      </w:r>
      <w:proofErr w:type="spellStart"/>
      <w:r>
        <w:t>singoli</w:t>
      </w:r>
      <w:proofErr w:type="spellEnd"/>
      <w:r>
        <w:t xml:space="preserve"> </w:t>
      </w:r>
      <w:proofErr w:type="spellStart"/>
      <w:r>
        <w:t>appuntamenti</w:t>
      </w:r>
      <w:proofErr w:type="spellEnd"/>
      <w:r>
        <w:t xml:space="preserve"> </w:t>
      </w:r>
      <w:proofErr w:type="spellStart"/>
      <w:r>
        <w:t>riconosciuti</w:t>
      </w:r>
      <w:proofErr w:type="spellEnd"/>
      <w:r>
        <w:t xml:space="preserve"> e </w:t>
      </w:r>
      <w:proofErr w:type="spellStart"/>
      <w:r>
        <w:t>indicizzati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programma</w:t>
      </w:r>
      <w:proofErr w:type="spellEnd"/>
      <w:r>
        <w:t xml:space="preserve"> </w:t>
      </w:r>
      <w:proofErr w:type="spellStart"/>
      <w:r>
        <w:t>ufficiale</w:t>
      </w:r>
      <w:proofErr w:type="spellEnd"/>
      <w:r>
        <w:t>.</w:t>
      </w:r>
    </w:p>
    <w:p w14:paraId="66C7DE37" w14:textId="5487EC0B" w:rsidR="0088387D" w:rsidRDefault="00000000" w:rsidP="0088387D">
      <w:pPr>
        <w:pStyle w:val="Titolo2"/>
        <w:spacing w:before="0"/>
      </w:pPr>
      <w:r>
        <w:t xml:space="preserve">“Sudan”. </w:t>
      </w:r>
      <w:proofErr w:type="spellStart"/>
      <w:r>
        <w:t>Artisti</w:t>
      </w:r>
      <w:proofErr w:type="spellEnd"/>
      <w:r>
        <w:t xml:space="preserve"> </w:t>
      </w:r>
      <w:proofErr w:type="spellStart"/>
      <w:r>
        <w:t>contemporanei</w:t>
      </w:r>
      <w:proofErr w:type="spellEnd"/>
    </w:p>
    <w:p w14:paraId="5D9540CF" w14:textId="16F39EDE" w:rsidR="0088387D" w:rsidRPr="0088387D" w:rsidRDefault="0088387D" w:rsidP="0088387D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4B2D46B3" wp14:editId="596FBF24">
                <wp:simplePos x="0" y="0"/>
                <wp:positionH relativeFrom="column">
                  <wp:posOffset>-809</wp:posOffset>
                </wp:positionH>
                <wp:positionV relativeFrom="paragraph">
                  <wp:posOffset>5501</wp:posOffset>
                </wp:positionV>
                <wp:extent cx="2136140" cy="247015"/>
                <wp:effectExtent l="0" t="0" r="0" b="635"/>
                <wp:wrapNone/>
                <wp:docPr id="657012957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470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42C13" w14:textId="77777777" w:rsidR="0088387D" w:rsidRDefault="0088387D" w:rsidP="0088387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D46B3" id="Rettangolo 1" o:spid="_x0000_s1041" style="position:absolute;margin-left:-.05pt;margin-top:.45pt;width:168.2pt;height:19.45pt;z-index:2518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" fillcolor="#4f81bd [3204]" stroked="f" strokeweight="2pt">
                <v:textbox>
                  <w:txbxContent>
                    <w:p w14:paraId="41E42C13" w14:textId="77777777" w:rsidR="0088387D" w:rsidRDefault="0088387D" w:rsidP="0088387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F91D8F" w14:textId="11D95BCA" w:rsidR="0088387D" w:rsidRDefault="0088387D" w:rsidP="0088387D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8"/>
          <w:szCs w:val="18"/>
        </w:rPr>
        <w:t>Salone  Internazionale del Libro di Torino – Salone OFF</w:t>
      </w:r>
    </w:p>
    <w:p w14:paraId="69EFE0E5" w14:textId="74DAF7C2" w:rsidR="0088387D" w:rsidRDefault="0088387D" w:rsidP="0088387D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8"/>
          <w:szCs w:val="18"/>
        </w:rPr>
        <w:t>1</w:t>
      </w:r>
      <w:r w:rsidR="00870D28">
        <w:rPr>
          <w:sz w:val="18"/>
          <w:szCs w:val="18"/>
        </w:rPr>
        <w:t>2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maggio</w:t>
      </w:r>
      <w:proofErr w:type="spellEnd"/>
      <w:r>
        <w:rPr>
          <w:sz w:val="18"/>
          <w:szCs w:val="18"/>
        </w:rPr>
        <w:t xml:space="preserve"> 2026</w:t>
      </w:r>
      <w:r>
        <w:rPr>
          <w:sz w:val="18"/>
          <w:szCs w:val="18"/>
        </w:rPr>
        <w:t>, ore 15:00 – 18:00</w:t>
      </w:r>
    </w:p>
    <w:p w14:paraId="3293AB40" w14:textId="6371990E" w:rsidR="0088387D" w:rsidRDefault="0088387D" w:rsidP="0088387D">
      <w:pPr>
        <w:spacing w:after="0"/>
        <w:rPr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Mostre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arte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contemporanea</w:t>
      </w:r>
      <w:proofErr w:type="spellEnd"/>
    </w:p>
    <w:p w14:paraId="661D8BF7" w14:textId="2CFC2AF7" w:rsidR="0088387D" w:rsidRDefault="0088387D" w:rsidP="0088387D">
      <w:pPr>
        <w:spacing w:after="0"/>
        <w:rPr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</w:t>
      </w:r>
      <w:r>
        <w:rPr>
          <w:sz w:val="18"/>
          <w:szCs w:val="18"/>
        </w:rPr>
        <w:t xml:space="preserve">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scheda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ufficale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programma</w:t>
      </w:r>
      <w:proofErr w:type="spellEnd"/>
      <w:r>
        <w:rPr>
          <w:sz w:val="18"/>
          <w:szCs w:val="18"/>
        </w:rPr>
        <w:t xml:space="preserve"> Salone OFF</w:t>
      </w:r>
    </w:p>
    <w:p w14:paraId="25CF340C" w14:textId="77777777" w:rsidR="00912798" w:rsidRPr="00F0216C" w:rsidRDefault="00912798" w:rsidP="0088387D">
      <w:pPr>
        <w:spacing w:after="0"/>
        <w:rPr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22AEAD" w14:textId="7A914C2A" w:rsidR="00015A85" w:rsidRDefault="00B359CF" w:rsidP="00912798">
      <w:pPr>
        <w:pStyle w:val="Corpotesto"/>
        <w:jc w:val="both"/>
      </w:pPr>
      <w:r w:rsidRPr="00A513D2">
        <w:rPr>
          <w:color w:val="464646"/>
        </w:rPr>
        <w:drawing>
          <wp:anchor distT="0" distB="0" distL="114300" distR="114300" simplePos="0" relativeHeight="251890176" behindDoc="0" locked="0" layoutInCell="1" allowOverlap="1" wp14:anchorId="6A358A84" wp14:editId="00AD9753">
            <wp:simplePos x="0" y="0"/>
            <wp:positionH relativeFrom="column">
              <wp:posOffset>-3175</wp:posOffset>
            </wp:positionH>
            <wp:positionV relativeFrom="paragraph">
              <wp:posOffset>27305</wp:posOffset>
            </wp:positionV>
            <wp:extent cx="3830955" cy="2348865"/>
            <wp:effectExtent l="0" t="0" r="0" b="0"/>
            <wp:wrapSquare wrapText="bothSides"/>
            <wp:docPr id="19557601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6017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Scheda</w:t>
      </w:r>
      <w:proofErr w:type="spellEnd"/>
      <w:r w:rsidR="00000000">
        <w:t xml:space="preserve"> </w:t>
      </w:r>
      <w:proofErr w:type="spellStart"/>
      <w:r w:rsidR="00000000">
        <w:t>dedicata</w:t>
      </w:r>
      <w:proofErr w:type="spellEnd"/>
      <w:r w:rsidR="00000000">
        <w:t xml:space="preserve"> alla </w:t>
      </w:r>
      <w:proofErr w:type="spellStart"/>
      <w:r w:rsidR="00000000">
        <w:t>mostra</w:t>
      </w:r>
      <w:proofErr w:type="spellEnd"/>
      <w:r w:rsidR="00000000">
        <w:t xml:space="preserve"> </w:t>
      </w:r>
      <w:proofErr w:type="spellStart"/>
      <w:r w:rsidR="00000000">
        <w:t>collettiva</w:t>
      </w:r>
      <w:proofErr w:type="spellEnd"/>
      <w:r w:rsidR="00000000">
        <w:t xml:space="preserve"> con 32 opere di 11 </w:t>
      </w:r>
      <w:proofErr w:type="spellStart"/>
      <w:r w:rsidR="00000000">
        <w:t>artisti</w:t>
      </w:r>
      <w:proofErr w:type="spellEnd"/>
      <w:r w:rsidR="00000000">
        <w:t xml:space="preserve"> della </w:t>
      </w:r>
      <w:proofErr w:type="spellStart"/>
      <w:r w:rsidR="00000000">
        <w:t>collezione</w:t>
      </w:r>
      <w:proofErr w:type="spellEnd"/>
      <w:r w:rsidR="00000000">
        <w:t xml:space="preserve"> </w:t>
      </w:r>
      <w:proofErr w:type="spellStart"/>
      <w:r w:rsidR="00000000">
        <w:t>GliExtra</w:t>
      </w:r>
      <w:proofErr w:type="spellEnd"/>
      <w:r w:rsidR="00000000">
        <w:t xml:space="preserve">, </w:t>
      </w:r>
      <w:proofErr w:type="spellStart"/>
      <w:r w:rsidR="00000000">
        <w:t>realizzate</w:t>
      </w:r>
      <w:proofErr w:type="spellEnd"/>
      <w:r w:rsidR="00000000">
        <w:t xml:space="preserve"> </w:t>
      </w:r>
      <w:proofErr w:type="spellStart"/>
      <w:r w:rsidR="00000000">
        <w:t>tra</w:t>
      </w:r>
      <w:proofErr w:type="spellEnd"/>
      <w:r w:rsidR="00000000">
        <w:t xml:space="preserve"> anni Novanta e </w:t>
      </w:r>
      <w:proofErr w:type="spellStart"/>
      <w:r w:rsidR="00000000">
        <w:t>Duemila</w:t>
      </w:r>
      <w:proofErr w:type="spellEnd"/>
      <w:r w:rsidR="00000000">
        <w:t xml:space="preserve"> e </w:t>
      </w:r>
      <w:proofErr w:type="spellStart"/>
      <w:r w:rsidR="00000000">
        <w:t>presentate</w:t>
      </w:r>
      <w:proofErr w:type="spellEnd"/>
      <w:r w:rsidR="00000000">
        <w:t xml:space="preserve"> in Italia in forma </w:t>
      </w:r>
      <w:proofErr w:type="spellStart"/>
      <w:r w:rsidR="00000000">
        <w:t>collettiva</w:t>
      </w:r>
      <w:proofErr w:type="spellEnd"/>
      <w:r w:rsidR="00000000">
        <w:t xml:space="preserve">. </w:t>
      </w:r>
      <w:proofErr w:type="spellStart"/>
      <w:r w:rsidR="00000000">
        <w:t>Collocazione</w:t>
      </w:r>
      <w:proofErr w:type="spellEnd"/>
      <w:r w:rsidR="00000000">
        <w:t xml:space="preserve">: ATB </w:t>
      </w:r>
      <w:proofErr w:type="spellStart"/>
      <w:r w:rsidR="00000000">
        <w:t>Associazione</w:t>
      </w:r>
      <w:proofErr w:type="spellEnd"/>
      <w:r w:rsidR="00000000">
        <w:t xml:space="preserve"> </w:t>
      </w:r>
      <w:proofErr w:type="spellStart"/>
      <w:r w:rsidR="00000000">
        <w:t>Culturale</w:t>
      </w:r>
      <w:proofErr w:type="spellEnd"/>
      <w:r w:rsidR="00000000">
        <w:t xml:space="preserve">, </w:t>
      </w:r>
      <w:proofErr w:type="spellStart"/>
      <w:r w:rsidR="00000000">
        <w:t>Circoscrizione</w:t>
      </w:r>
      <w:proofErr w:type="spellEnd"/>
      <w:r w:rsidR="00000000">
        <w:t xml:space="preserve"> 7.</w:t>
      </w:r>
    </w:p>
    <w:p w14:paraId="2793F259" w14:textId="1605E0E4" w:rsidR="00015A85" w:rsidRDefault="00000000">
      <w:pPr>
        <w:pStyle w:val="Fonte"/>
        <w:rPr>
          <w:color w:val="464646"/>
        </w:rPr>
      </w:pPr>
      <w:r>
        <w:rPr>
          <w:b/>
        </w:rPr>
        <w:t xml:space="preserve">URL: </w:t>
      </w:r>
      <w:hyperlink r:id="rId19" w:history="1">
        <w:r w:rsidR="0088387D" w:rsidRPr="007D68F8">
          <w:rPr>
            <w:rStyle w:val="Collegamentoipertestuale"/>
          </w:rPr>
          <w:t>https://www.salonelibro.it/programma-eventi/sudan/21046</w:t>
        </w:r>
      </w:hyperlink>
    </w:p>
    <w:p w14:paraId="0C60A748" w14:textId="6A3EBF6F" w:rsidR="00912798" w:rsidRDefault="00912798">
      <w:pPr>
        <w:pStyle w:val="Fonte"/>
        <w:rPr>
          <w:color w:val="464646"/>
        </w:rPr>
      </w:pPr>
    </w:p>
    <w:p w14:paraId="1CD6B01A" w14:textId="5D0B57F2" w:rsidR="00912798" w:rsidRDefault="00912798">
      <w:pPr>
        <w:pStyle w:val="Fonte"/>
        <w:rPr>
          <w:color w:val="464646"/>
        </w:rPr>
      </w:pPr>
    </w:p>
    <w:p w14:paraId="0285E4D9" w14:textId="392225F1" w:rsidR="00A513D2" w:rsidRDefault="00A513D2">
      <w:pPr>
        <w:pStyle w:val="Fonte"/>
        <w:rPr>
          <w:color w:val="464646"/>
        </w:rPr>
      </w:pPr>
    </w:p>
    <w:p w14:paraId="66A359C8" w14:textId="77777777" w:rsidR="00912798" w:rsidRDefault="00912798">
      <w:pPr>
        <w:pStyle w:val="Fonte"/>
        <w:rPr>
          <w:color w:val="464646"/>
        </w:rPr>
      </w:pPr>
    </w:p>
    <w:p w14:paraId="240AF2C1" w14:textId="77777777" w:rsidR="00912798" w:rsidRDefault="00912798">
      <w:pPr>
        <w:pStyle w:val="Fonte"/>
        <w:rPr>
          <w:color w:val="464646"/>
        </w:rPr>
      </w:pPr>
    </w:p>
    <w:p w14:paraId="561F3155" w14:textId="3544945E" w:rsidR="00015A85" w:rsidRDefault="00000000">
      <w:pPr>
        <w:pStyle w:val="Titolo2"/>
      </w:pPr>
      <w:r>
        <w:t xml:space="preserve">“Tutto </w:t>
      </w:r>
      <w:proofErr w:type="spellStart"/>
      <w:r>
        <w:t>ciò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non è </w:t>
      </w:r>
      <w:proofErr w:type="spellStart"/>
      <w:r>
        <w:t>necessariamente</w:t>
      </w:r>
      <w:proofErr w:type="spellEnd"/>
      <w:r>
        <w:t xml:space="preserve"> </w:t>
      </w:r>
      <w:proofErr w:type="spellStart"/>
      <w:r>
        <w:t>sbagliato</w:t>
      </w:r>
      <w:proofErr w:type="spellEnd"/>
      <w:r>
        <w:t xml:space="preserve">, ma è </w:t>
      </w:r>
      <w:proofErr w:type="spellStart"/>
      <w:r>
        <w:t>migliorabile</w:t>
      </w:r>
      <w:proofErr w:type="spellEnd"/>
      <w:r>
        <w:t>”</w:t>
      </w:r>
    </w:p>
    <w:p w14:paraId="0BF0C736" w14:textId="244721ED" w:rsidR="00870D28" w:rsidRPr="00870D28" w:rsidRDefault="00870D28" w:rsidP="00870D28"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7ED4C40" wp14:editId="5C60C5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36140" cy="247015"/>
                <wp:effectExtent l="0" t="0" r="0" b="635"/>
                <wp:wrapNone/>
                <wp:docPr id="860858913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470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719D7" w14:textId="77777777" w:rsidR="00870D28" w:rsidRDefault="00870D28" w:rsidP="00870D2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D4C40" id="_x0000_s1042" style="position:absolute;margin-left:0;margin-top:-.05pt;width:168.2pt;height:19.45pt;z-index:25186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" fillcolor="#4f81bd [3204]" stroked="f" strokeweight="2pt">
                <v:textbox>
                  <w:txbxContent>
                    <w:p w14:paraId="2F1719D7" w14:textId="77777777" w:rsidR="00870D28" w:rsidRDefault="00870D28" w:rsidP="00870D2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4808DE" w14:textId="77777777" w:rsidR="00870D28" w:rsidRDefault="00870D28" w:rsidP="00870D28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Salone  Internazionale del Libro di Torino – Salone OFF</w:t>
      </w:r>
    </w:p>
    <w:p w14:paraId="7589006B" w14:textId="2990DAAE" w:rsidR="00870D28" w:rsidRDefault="00870D28" w:rsidP="00870D28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14 </w:t>
      </w:r>
      <w:proofErr w:type="spellStart"/>
      <w:r>
        <w:rPr>
          <w:sz w:val="18"/>
          <w:szCs w:val="18"/>
        </w:rPr>
        <w:t>maggio</w:t>
      </w:r>
      <w:proofErr w:type="spellEnd"/>
      <w:r>
        <w:rPr>
          <w:sz w:val="18"/>
          <w:szCs w:val="18"/>
        </w:rPr>
        <w:t xml:space="preserve"> 2026, ore 1</w:t>
      </w:r>
      <w:r>
        <w:rPr>
          <w:sz w:val="18"/>
          <w:szCs w:val="18"/>
        </w:rPr>
        <w:t>9</w:t>
      </w:r>
      <w:r>
        <w:rPr>
          <w:sz w:val="18"/>
          <w:szCs w:val="18"/>
        </w:rPr>
        <w:t xml:space="preserve">:00 – </w:t>
      </w:r>
      <w:r>
        <w:rPr>
          <w:sz w:val="18"/>
          <w:szCs w:val="18"/>
        </w:rPr>
        <w:t>20</w:t>
      </w:r>
      <w:r>
        <w:rPr>
          <w:sz w:val="18"/>
          <w:szCs w:val="18"/>
        </w:rPr>
        <w:t>:00</w:t>
      </w:r>
    </w:p>
    <w:p w14:paraId="23E1FC90" w14:textId="1CC7CF94" w:rsidR="00870D28" w:rsidRDefault="00870D28" w:rsidP="00870D28">
      <w:pPr>
        <w:spacing w:after="0"/>
        <w:rPr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Incontro - </w:t>
      </w:r>
      <w:proofErr w:type="spellStart"/>
      <w:r>
        <w:rPr>
          <w:sz w:val="18"/>
          <w:szCs w:val="18"/>
        </w:rPr>
        <w:t>spettacolo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divulgazione</w:t>
      </w:r>
      <w:proofErr w:type="spellEnd"/>
    </w:p>
    <w:p w14:paraId="650F3F5E" w14:textId="2E884BA2" w:rsidR="00A747FF" w:rsidRDefault="00870D28" w:rsidP="00912798">
      <w:pPr>
        <w:spacing w:after="0"/>
        <w:jc w:val="both"/>
        <w:rPr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scheda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ufficale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programma</w:t>
      </w:r>
      <w:proofErr w:type="spellEnd"/>
      <w:r>
        <w:rPr>
          <w:sz w:val="18"/>
          <w:szCs w:val="18"/>
        </w:rPr>
        <w:t xml:space="preserve"> Salone OFF</w:t>
      </w:r>
    </w:p>
    <w:p w14:paraId="3E5D3F6C" w14:textId="43F8A5AE" w:rsidR="00B359CF" w:rsidRPr="00A747FF" w:rsidRDefault="00B359CF" w:rsidP="00912798">
      <w:pPr>
        <w:spacing w:after="0"/>
        <w:jc w:val="both"/>
      </w:pPr>
      <w:r w:rsidRPr="00A513D2">
        <w:drawing>
          <wp:anchor distT="0" distB="0" distL="114300" distR="114300" simplePos="0" relativeHeight="251894272" behindDoc="0" locked="0" layoutInCell="1" allowOverlap="1" wp14:anchorId="14DAC441" wp14:editId="6B39D8DD">
            <wp:simplePos x="0" y="0"/>
            <wp:positionH relativeFrom="column">
              <wp:posOffset>-3175</wp:posOffset>
            </wp:positionH>
            <wp:positionV relativeFrom="paragraph">
              <wp:posOffset>161290</wp:posOffset>
            </wp:positionV>
            <wp:extent cx="4100195" cy="2729230"/>
            <wp:effectExtent l="0" t="0" r="0" b="0"/>
            <wp:wrapSquare wrapText="bothSides"/>
            <wp:docPr id="9785809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809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44B5F" w14:textId="10728784" w:rsidR="00015A85" w:rsidRDefault="00000000" w:rsidP="00B359CF">
      <w:pPr>
        <w:pStyle w:val="Corpotesto"/>
        <w:jc w:val="both"/>
      </w:pPr>
      <w:proofErr w:type="spellStart"/>
      <w:r>
        <w:t>Scheda</w:t>
      </w:r>
      <w:proofErr w:type="spellEnd"/>
      <w:r>
        <w:t xml:space="preserve"> </w:t>
      </w:r>
      <w:proofErr w:type="spellStart"/>
      <w:r>
        <w:t>dedicata</w:t>
      </w:r>
      <w:proofErr w:type="spellEnd"/>
      <w:r>
        <w:t xml:space="preserve"> al </w:t>
      </w:r>
      <w:proofErr w:type="spellStart"/>
      <w:r>
        <w:t>dialogo</w:t>
      </w:r>
      <w:proofErr w:type="spellEnd"/>
      <w:r>
        <w:t xml:space="preserve"> con Marta </w:t>
      </w:r>
      <w:proofErr w:type="spellStart"/>
      <w:r>
        <w:t>Berogno</w:t>
      </w:r>
      <w:proofErr w:type="spellEnd"/>
      <w:r>
        <w:t xml:space="preserve"> e Generoso Urciuoli </w:t>
      </w:r>
      <w:proofErr w:type="spellStart"/>
      <w:r>
        <w:t>presso</w:t>
      </w:r>
      <w:proofErr w:type="spellEnd"/>
      <w:r>
        <w:t xml:space="preserve"> Sala Emmaus del Santo </w:t>
      </w:r>
      <w:proofErr w:type="spellStart"/>
      <w:r>
        <w:t>Volto</w:t>
      </w:r>
      <w:proofErr w:type="spellEnd"/>
      <w:r>
        <w:t xml:space="preserve">, in </w:t>
      </w:r>
      <w:proofErr w:type="spellStart"/>
      <w:r>
        <w:t>collaborazione</w:t>
      </w:r>
      <w:proofErr w:type="spellEnd"/>
      <w:r>
        <w:t xml:space="preserve"> con la Pastorale della Cultura.</w:t>
      </w:r>
    </w:p>
    <w:p w14:paraId="4E6C2D90" w14:textId="291FCC98" w:rsidR="00015A85" w:rsidRDefault="00000000">
      <w:pPr>
        <w:pStyle w:val="Fonte"/>
      </w:pPr>
      <w:r>
        <w:rPr>
          <w:b/>
        </w:rPr>
        <w:t xml:space="preserve">URL: </w:t>
      </w:r>
      <w:hyperlink r:id="rId21" w:history="1">
        <w:r w:rsidR="00870D28" w:rsidRPr="007D68F8">
          <w:rPr>
            <w:rStyle w:val="Collegamentoipertestuale"/>
          </w:rPr>
          <w:t>https://www.salonelibro.it/programma-eventi/tutto_cio_che_sai_non_e_necessariamente_sbagliato_ma_e_migliorabile/24059</w:t>
        </w:r>
      </w:hyperlink>
      <w:r w:rsidR="00870D28">
        <w:rPr>
          <w:color w:val="464646"/>
        </w:rPr>
        <w:t xml:space="preserve"> </w:t>
      </w:r>
    </w:p>
    <w:p w14:paraId="3ADCDAB1" w14:textId="743B1C88" w:rsidR="00015A85" w:rsidRDefault="00015A85"/>
    <w:p w14:paraId="3AC90C7E" w14:textId="77777777" w:rsidR="00B359CF" w:rsidRDefault="00B359CF"/>
    <w:p w14:paraId="10DF7413" w14:textId="77777777" w:rsidR="00B359CF" w:rsidRDefault="00B359CF"/>
    <w:p w14:paraId="68768115" w14:textId="77777777" w:rsidR="00B359CF" w:rsidRDefault="00B359CF"/>
    <w:p w14:paraId="02C4C03C" w14:textId="77777777" w:rsidR="00B359CF" w:rsidRDefault="00B359CF"/>
    <w:p w14:paraId="45BE7A3D" w14:textId="77777777" w:rsidR="00015A85" w:rsidRDefault="00000000">
      <w:pPr>
        <w:pStyle w:val="Titolo2"/>
      </w:pPr>
      <w:r>
        <w:t xml:space="preserve">“Guerre </w:t>
      </w:r>
      <w:proofErr w:type="spellStart"/>
      <w:r>
        <w:t>sconosciute</w:t>
      </w:r>
      <w:proofErr w:type="spellEnd"/>
      <w:r>
        <w:t>”</w:t>
      </w:r>
    </w:p>
    <w:p w14:paraId="36B5D8D9" w14:textId="69E5F367" w:rsidR="00870D28" w:rsidRPr="00870D28" w:rsidRDefault="00870D28" w:rsidP="00870D28"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5B7B7F8" wp14:editId="641981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36463" cy="239910"/>
                <wp:effectExtent l="0" t="0" r="0" b="0"/>
                <wp:wrapNone/>
                <wp:docPr id="534571514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463" cy="2399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72B53" w14:textId="77777777" w:rsidR="00870D28" w:rsidRDefault="00870D28" w:rsidP="00870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7B7F8" id="_x0000_s1043" style="position:absolute;margin-left:0;margin-top:-.05pt;width:168.25pt;height:18.9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" fillcolor="#4f81bd [3204]" stroked="f" strokeweight="2pt">
                <v:textbox>
                  <w:txbxContent>
                    <w:p w14:paraId="4E172B53" w14:textId="77777777" w:rsidR="00870D28" w:rsidRDefault="00870D28" w:rsidP="00870D28"/>
                  </w:txbxContent>
                </v:textbox>
              </v:rect>
            </w:pict>
          </mc:Fallback>
        </mc:AlternateContent>
      </w:r>
    </w:p>
    <w:p w14:paraId="794CBCD1" w14:textId="77777777" w:rsidR="00870D28" w:rsidRDefault="00870D28" w:rsidP="00870D28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Salone  Internazionale del Libro di Torino – Salone OFF</w:t>
      </w:r>
    </w:p>
    <w:p w14:paraId="0FF4A2C7" w14:textId="0683BB5C" w:rsidR="00870D28" w:rsidRDefault="00870D28" w:rsidP="00870D28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14 </w:t>
      </w:r>
      <w:proofErr w:type="spellStart"/>
      <w:r>
        <w:rPr>
          <w:sz w:val="18"/>
          <w:szCs w:val="18"/>
        </w:rPr>
        <w:t>maggio</w:t>
      </w:r>
      <w:proofErr w:type="spellEnd"/>
      <w:r>
        <w:rPr>
          <w:sz w:val="18"/>
          <w:szCs w:val="18"/>
        </w:rPr>
        <w:t xml:space="preserve"> 2026, ore </w:t>
      </w:r>
      <w:r>
        <w:rPr>
          <w:sz w:val="18"/>
          <w:szCs w:val="18"/>
        </w:rPr>
        <w:t>20</w:t>
      </w:r>
      <w:r>
        <w:rPr>
          <w:sz w:val="18"/>
          <w:szCs w:val="18"/>
        </w:rPr>
        <w:t>:</w:t>
      </w:r>
      <w:r>
        <w:rPr>
          <w:sz w:val="18"/>
          <w:szCs w:val="18"/>
        </w:rPr>
        <w:t>3</w:t>
      </w:r>
      <w:r>
        <w:rPr>
          <w:sz w:val="18"/>
          <w:szCs w:val="18"/>
        </w:rPr>
        <w:t>0 – 2</w:t>
      </w:r>
      <w:r>
        <w:rPr>
          <w:sz w:val="18"/>
          <w:szCs w:val="18"/>
        </w:rPr>
        <w:t>1</w:t>
      </w:r>
      <w:r>
        <w:rPr>
          <w:sz w:val="18"/>
          <w:szCs w:val="18"/>
        </w:rPr>
        <w:t>:</w:t>
      </w:r>
      <w:r>
        <w:rPr>
          <w:sz w:val="18"/>
          <w:szCs w:val="18"/>
        </w:rPr>
        <w:t>5</w:t>
      </w:r>
      <w:r>
        <w:rPr>
          <w:sz w:val="18"/>
          <w:szCs w:val="18"/>
        </w:rPr>
        <w:t>0</w:t>
      </w:r>
    </w:p>
    <w:p w14:paraId="371561B8" w14:textId="3BCEC807" w:rsidR="00870D28" w:rsidRDefault="00870D28" w:rsidP="00870D28">
      <w:pPr>
        <w:spacing w:after="0"/>
        <w:rPr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Incontro</w:t>
      </w:r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arte</w:t>
      </w:r>
      <w:proofErr w:type="spellEnd"/>
      <w:r>
        <w:rPr>
          <w:sz w:val="18"/>
          <w:szCs w:val="18"/>
        </w:rPr>
        <w:t xml:space="preserve"> - </w:t>
      </w:r>
      <w:proofErr w:type="spellStart"/>
      <w:r>
        <w:rPr>
          <w:sz w:val="18"/>
          <w:szCs w:val="18"/>
        </w:rPr>
        <w:t>conflitti</w:t>
      </w:r>
      <w:proofErr w:type="spellEnd"/>
    </w:p>
    <w:p w14:paraId="4A5296E0" w14:textId="77777777" w:rsidR="00870D28" w:rsidRPr="00F0216C" w:rsidRDefault="00870D28" w:rsidP="00870D28">
      <w:pPr>
        <w:spacing w:after="0"/>
        <w:rPr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scheda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ufficale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programma</w:t>
      </w:r>
      <w:proofErr w:type="spellEnd"/>
      <w:r>
        <w:rPr>
          <w:sz w:val="18"/>
          <w:szCs w:val="18"/>
        </w:rPr>
        <w:t xml:space="preserve"> Salone OFF</w:t>
      </w:r>
    </w:p>
    <w:p w14:paraId="5E9A49EB" w14:textId="77777777" w:rsidR="009619D5" w:rsidRDefault="009619D5" w:rsidP="00870D28">
      <w:pPr>
        <w:pStyle w:val="Corpotesto"/>
      </w:pPr>
    </w:p>
    <w:p w14:paraId="662538C3" w14:textId="03D51303" w:rsidR="00870D28" w:rsidRDefault="00B359CF" w:rsidP="00B359CF">
      <w:pPr>
        <w:pStyle w:val="Corpotesto"/>
        <w:jc w:val="both"/>
      </w:pPr>
      <w:r w:rsidRPr="00A513D2">
        <w:drawing>
          <wp:anchor distT="0" distB="0" distL="114300" distR="114300" simplePos="0" relativeHeight="251897344" behindDoc="0" locked="0" layoutInCell="1" allowOverlap="1" wp14:anchorId="4208EE60" wp14:editId="3B6560D1">
            <wp:simplePos x="0" y="0"/>
            <wp:positionH relativeFrom="column">
              <wp:posOffset>-3175</wp:posOffset>
            </wp:positionH>
            <wp:positionV relativeFrom="paragraph">
              <wp:posOffset>67945</wp:posOffset>
            </wp:positionV>
            <wp:extent cx="4185285" cy="2798445"/>
            <wp:effectExtent l="0" t="0" r="5715" b="1905"/>
            <wp:wrapSquare wrapText="bothSides"/>
            <wp:docPr id="2527354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3541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Scheda</w:t>
      </w:r>
      <w:proofErr w:type="spellEnd"/>
      <w:r w:rsidR="00000000">
        <w:t xml:space="preserve"> </w:t>
      </w:r>
      <w:proofErr w:type="spellStart"/>
      <w:r w:rsidR="00000000">
        <w:t>dedicata</w:t>
      </w:r>
      <w:proofErr w:type="spellEnd"/>
      <w:r w:rsidR="00000000">
        <w:t xml:space="preserve"> a Isabelle Russo e alla </w:t>
      </w:r>
      <w:proofErr w:type="spellStart"/>
      <w:r w:rsidR="00000000">
        <w:t>collezione</w:t>
      </w:r>
      <w:proofErr w:type="spellEnd"/>
      <w:r w:rsidR="00000000">
        <w:t xml:space="preserve"> </w:t>
      </w:r>
      <w:proofErr w:type="spellStart"/>
      <w:r w:rsidR="00000000">
        <w:t>GliExtra</w:t>
      </w:r>
      <w:proofErr w:type="spellEnd"/>
      <w:r w:rsidR="00000000">
        <w:t xml:space="preserve">, con focus </w:t>
      </w:r>
      <w:proofErr w:type="spellStart"/>
      <w:r w:rsidR="00000000">
        <w:t>sul</w:t>
      </w:r>
      <w:proofErr w:type="spellEnd"/>
      <w:r w:rsidR="00000000">
        <w:t xml:space="preserve"> Sudan, sui </w:t>
      </w:r>
      <w:proofErr w:type="spellStart"/>
      <w:r w:rsidR="00000000">
        <w:t>conflitti</w:t>
      </w:r>
      <w:proofErr w:type="spellEnd"/>
      <w:r w:rsidR="00000000">
        <w:t xml:space="preserve">, </w:t>
      </w:r>
      <w:proofErr w:type="spellStart"/>
      <w:r w:rsidR="00000000">
        <w:t>sulla</w:t>
      </w:r>
      <w:proofErr w:type="spellEnd"/>
      <w:r w:rsidR="00000000">
        <w:t xml:space="preserve"> diaspora e </w:t>
      </w:r>
      <w:proofErr w:type="spellStart"/>
      <w:r w:rsidR="00000000">
        <w:t>sul</w:t>
      </w:r>
      <w:proofErr w:type="spellEnd"/>
      <w:r w:rsidR="00000000">
        <w:t xml:space="preserve"> </w:t>
      </w:r>
      <w:proofErr w:type="spellStart"/>
      <w:r w:rsidR="00000000">
        <w:t>sostegno</w:t>
      </w:r>
      <w:proofErr w:type="spellEnd"/>
      <w:r w:rsidR="00000000">
        <w:t xml:space="preserve"> </w:t>
      </w:r>
      <w:proofErr w:type="spellStart"/>
      <w:r w:rsidR="00000000">
        <w:t>concreto</w:t>
      </w:r>
      <w:proofErr w:type="spellEnd"/>
      <w:r w:rsidR="00000000">
        <w:t xml:space="preserve"> </w:t>
      </w:r>
      <w:proofErr w:type="spellStart"/>
      <w:r w:rsidR="00000000">
        <w:t>agli</w:t>
      </w:r>
      <w:proofErr w:type="spellEnd"/>
      <w:r w:rsidR="00000000">
        <w:t xml:space="preserve"> </w:t>
      </w:r>
      <w:proofErr w:type="spellStart"/>
      <w:r w:rsidR="00000000">
        <w:t>artisti</w:t>
      </w:r>
      <w:proofErr w:type="spellEnd"/>
      <w:r w:rsidR="00000000">
        <w:t xml:space="preserve"> </w:t>
      </w:r>
      <w:proofErr w:type="spellStart"/>
      <w:r w:rsidR="00000000">
        <w:t>attraverso</w:t>
      </w:r>
      <w:proofErr w:type="spellEnd"/>
      <w:r w:rsidR="00000000">
        <w:t xml:space="preserve"> la collezione.</w:t>
      </w:r>
    </w:p>
    <w:p w14:paraId="741EB2BC" w14:textId="7137C6DD" w:rsidR="00015A85" w:rsidRDefault="00000000" w:rsidP="00870D28">
      <w:pPr>
        <w:pStyle w:val="Corpotesto"/>
        <w:rPr>
          <w:color w:val="464646"/>
          <w:sz w:val="17"/>
        </w:rPr>
      </w:pPr>
      <w:r>
        <w:rPr>
          <w:b/>
          <w:sz w:val="17"/>
        </w:rPr>
        <w:t xml:space="preserve">URL: </w:t>
      </w:r>
      <w:hyperlink r:id="rId23" w:history="1">
        <w:r w:rsidR="00870D28" w:rsidRPr="007D68F8">
          <w:rPr>
            <w:rStyle w:val="Collegamentoipertestuale"/>
            <w:sz w:val="17"/>
          </w:rPr>
          <w:t>https://www.salonelibro.it/programma-eventi/guerre_sconosciute/20907</w:t>
        </w:r>
      </w:hyperlink>
      <w:r w:rsidR="00870D28">
        <w:rPr>
          <w:color w:val="464646"/>
          <w:sz w:val="17"/>
        </w:rPr>
        <w:t xml:space="preserve"> </w:t>
      </w:r>
    </w:p>
    <w:p w14:paraId="58EF357C" w14:textId="50D48040" w:rsidR="00A513D2" w:rsidRDefault="00A513D2" w:rsidP="00870D28">
      <w:pPr>
        <w:pStyle w:val="Corpotesto"/>
      </w:pPr>
    </w:p>
    <w:p w14:paraId="6BD28CD4" w14:textId="77777777" w:rsidR="00015A85" w:rsidRDefault="00015A85"/>
    <w:p w14:paraId="38B86C3E" w14:textId="77777777" w:rsidR="00A513D2" w:rsidRDefault="00A513D2"/>
    <w:p w14:paraId="7F5FE8F4" w14:textId="77777777" w:rsidR="00A513D2" w:rsidRDefault="00A513D2"/>
    <w:p w14:paraId="416599BB" w14:textId="77777777" w:rsidR="00A513D2" w:rsidRDefault="00A513D2"/>
    <w:p w14:paraId="0CA3B86C" w14:textId="77777777" w:rsidR="00A513D2" w:rsidRDefault="00A513D2"/>
    <w:p w14:paraId="0771868C" w14:textId="0257E8EA" w:rsidR="00015A85" w:rsidRDefault="009619D5">
      <w:pPr>
        <w:pStyle w:val="Titol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4D16DAE" wp14:editId="4B1A4216">
                <wp:simplePos x="0" y="0"/>
                <wp:positionH relativeFrom="column">
                  <wp:posOffset>-15875</wp:posOffset>
                </wp:positionH>
                <wp:positionV relativeFrom="paragraph">
                  <wp:posOffset>240665</wp:posOffset>
                </wp:positionV>
                <wp:extent cx="2136140" cy="239395"/>
                <wp:effectExtent l="0" t="0" r="0" b="0"/>
                <wp:wrapNone/>
                <wp:docPr id="1852547134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A5DC4" w14:textId="77777777" w:rsidR="00870D28" w:rsidRDefault="00870D28" w:rsidP="00870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16DAE" id="_x0000_s1044" style="position:absolute;margin-left:-1.25pt;margin-top:18.95pt;width:168.2pt;height:18.8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" fillcolor="#4f81bd [3204]" stroked="f" strokeweight="2pt">
                <v:textbox>
                  <w:txbxContent>
                    <w:p w14:paraId="276A5DC4" w14:textId="77777777" w:rsidR="00870D28" w:rsidRDefault="00870D28" w:rsidP="00870D28"/>
                  </w:txbxContent>
                </v:textbox>
              </v:rect>
            </w:pict>
          </mc:Fallback>
        </mc:AlternateContent>
      </w:r>
      <w:r w:rsidR="00000000">
        <w:t>“</w:t>
      </w:r>
      <w:proofErr w:type="spellStart"/>
      <w:r w:rsidR="00000000">
        <w:t>Incontri</w:t>
      </w:r>
      <w:proofErr w:type="spellEnd"/>
      <w:r w:rsidR="00000000">
        <w:t xml:space="preserve"> con </w:t>
      </w:r>
      <w:proofErr w:type="spellStart"/>
      <w:r w:rsidR="00000000">
        <w:t>gli</w:t>
      </w:r>
      <w:proofErr w:type="spellEnd"/>
      <w:r w:rsidR="00000000">
        <w:t xml:space="preserve"> </w:t>
      </w:r>
      <w:proofErr w:type="spellStart"/>
      <w:r w:rsidR="00000000">
        <w:t>autori</w:t>
      </w:r>
      <w:proofErr w:type="spellEnd"/>
      <w:r w:rsidR="00000000">
        <w:t xml:space="preserve"> di </w:t>
      </w:r>
      <w:proofErr w:type="spellStart"/>
      <w:r w:rsidR="00000000">
        <w:t>AtbEdizioni</w:t>
      </w:r>
      <w:proofErr w:type="spellEnd"/>
      <w:r w:rsidR="00000000">
        <w:t>”</w:t>
      </w:r>
    </w:p>
    <w:p w14:paraId="54C9C789" w14:textId="06FA7561" w:rsidR="00870D28" w:rsidRDefault="00870D28" w:rsidP="00A747FF"/>
    <w:p w14:paraId="58F2D0F0" w14:textId="41C8FDDB" w:rsidR="00870D28" w:rsidRDefault="00870D28" w:rsidP="00870D28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Salone  Internazionale del Libro di Torino – Salone OFF</w:t>
      </w:r>
    </w:p>
    <w:p w14:paraId="7646788D" w14:textId="3992141E" w:rsidR="00870D28" w:rsidRDefault="00870D28" w:rsidP="00870D28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15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2026, ore 19:30-20:30</w:t>
      </w:r>
    </w:p>
    <w:p w14:paraId="088BB29C" w14:textId="62ABB1C3" w:rsidR="00870D28" w:rsidRDefault="00870D28" w:rsidP="00870D28">
      <w:pPr>
        <w:spacing w:after="0"/>
        <w:rPr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7"/>
        </w:rPr>
        <w:t>Editoria</w:t>
      </w:r>
      <w:proofErr w:type="spellEnd"/>
      <w:r>
        <w:rPr>
          <w:sz w:val="17"/>
        </w:rPr>
        <w:t xml:space="preserve"> / </w:t>
      </w:r>
      <w:proofErr w:type="spellStart"/>
      <w:r>
        <w:rPr>
          <w:sz w:val="17"/>
        </w:rPr>
        <w:t>Museobook</w:t>
      </w:r>
      <w:proofErr w:type="spellEnd"/>
      <w:r>
        <w:rPr>
          <w:sz w:val="17"/>
        </w:rPr>
        <w:t xml:space="preserve"> / </w:t>
      </w:r>
      <w:proofErr w:type="spellStart"/>
      <w:r>
        <w:rPr>
          <w:sz w:val="17"/>
        </w:rPr>
        <w:t>transmedia</w:t>
      </w:r>
      <w:r>
        <w:rPr>
          <w:sz w:val="17"/>
        </w:rPr>
        <w:t>lità</w:t>
      </w:r>
      <w:proofErr w:type="spellEnd"/>
    </w:p>
    <w:p w14:paraId="724FC809" w14:textId="77777777" w:rsidR="00870D28" w:rsidRPr="00F0216C" w:rsidRDefault="00870D28" w:rsidP="00870D28">
      <w:pPr>
        <w:spacing w:after="0"/>
        <w:rPr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scheda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ufficale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programma</w:t>
      </w:r>
      <w:proofErr w:type="spellEnd"/>
      <w:r>
        <w:rPr>
          <w:sz w:val="18"/>
          <w:szCs w:val="18"/>
        </w:rPr>
        <w:t xml:space="preserve"> Salone OFF</w:t>
      </w:r>
    </w:p>
    <w:p w14:paraId="7F9FA107" w14:textId="77777777" w:rsidR="009619D5" w:rsidRDefault="009619D5" w:rsidP="009619D5"/>
    <w:p w14:paraId="16975BF0" w14:textId="3CA27131" w:rsidR="00015A85" w:rsidRDefault="00B359CF" w:rsidP="00B359CF">
      <w:pPr>
        <w:jc w:val="both"/>
      </w:pPr>
      <w:r w:rsidRPr="00A513D2">
        <w:drawing>
          <wp:anchor distT="0" distB="0" distL="114300" distR="114300" simplePos="0" relativeHeight="251900416" behindDoc="0" locked="0" layoutInCell="1" allowOverlap="1" wp14:anchorId="062C5E0A" wp14:editId="26FB80B6">
            <wp:simplePos x="0" y="0"/>
            <wp:positionH relativeFrom="column">
              <wp:posOffset>-3175</wp:posOffset>
            </wp:positionH>
            <wp:positionV relativeFrom="paragraph">
              <wp:posOffset>17145</wp:posOffset>
            </wp:positionV>
            <wp:extent cx="4222750" cy="2825750"/>
            <wp:effectExtent l="0" t="0" r="6350" b="0"/>
            <wp:wrapSquare wrapText="bothSides"/>
            <wp:docPr id="10282879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8793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Scheda</w:t>
      </w:r>
      <w:proofErr w:type="spellEnd"/>
      <w:r w:rsidR="00000000">
        <w:t xml:space="preserve"> </w:t>
      </w:r>
      <w:proofErr w:type="spellStart"/>
      <w:r w:rsidR="00000000">
        <w:t>dedicata</w:t>
      </w:r>
      <w:proofErr w:type="spellEnd"/>
      <w:r w:rsidR="00000000">
        <w:t xml:space="preserve"> a Marta Valls, Mariella Bogliacino, Edoardo Vaira, Demis Pascal e Maurizio Limongelli, con </w:t>
      </w:r>
      <w:proofErr w:type="spellStart"/>
      <w:r w:rsidR="00000000">
        <w:t>riferimento</w:t>
      </w:r>
      <w:proofErr w:type="spellEnd"/>
      <w:r w:rsidR="00000000">
        <w:t xml:space="preserve"> a libri </w:t>
      </w:r>
      <w:proofErr w:type="spellStart"/>
      <w:r w:rsidR="00000000">
        <w:t>d’arte</w:t>
      </w:r>
      <w:proofErr w:type="spellEnd"/>
      <w:r w:rsidR="00000000">
        <w:t xml:space="preserve">, opere </w:t>
      </w:r>
      <w:proofErr w:type="spellStart"/>
      <w:r w:rsidR="00000000">
        <w:t>ergodiche</w:t>
      </w:r>
      <w:proofErr w:type="spellEnd"/>
      <w:r w:rsidR="00000000">
        <w:t xml:space="preserve"> e </w:t>
      </w:r>
      <w:proofErr w:type="spellStart"/>
      <w:r w:rsidR="00000000">
        <w:t>transmediali</w:t>
      </w:r>
      <w:proofErr w:type="spellEnd"/>
      <w:r w:rsidR="00000000">
        <w:t xml:space="preserve"> e </w:t>
      </w:r>
      <w:proofErr w:type="spellStart"/>
      <w:r w:rsidR="00000000">
        <w:t>Museobook</w:t>
      </w:r>
      <w:proofErr w:type="spellEnd"/>
      <w:r w:rsidR="00000000">
        <w:t xml:space="preserve"> </w:t>
      </w:r>
      <w:proofErr w:type="spellStart"/>
      <w:r w:rsidR="00000000">
        <w:t>concepiti</w:t>
      </w:r>
      <w:proofErr w:type="spellEnd"/>
      <w:r w:rsidR="00000000">
        <w:t xml:space="preserve"> per </w:t>
      </w:r>
      <w:proofErr w:type="spellStart"/>
      <w:r w:rsidR="00000000">
        <w:t>contesti</w:t>
      </w:r>
      <w:proofErr w:type="spellEnd"/>
      <w:r w:rsidR="00000000">
        <w:t xml:space="preserve"> museali.</w:t>
      </w:r>
    </w:p>
    <w:p w14:paraId="47AEC6DA" w14:textId="587C890C" w:rsidR="00015A85" w:rsidRDefault="00000000">
      <w:pPr>
        <w:pStyle w:val="Fonte"/>
        <w:rPr>
          <w:color w:val="464646"/>
        </w:rPr>
      </w:pPr>
      <w:r>
        <w:rPr>
          <w:b/>
        </w:rPr>
        <w:t xml:space="preserve">URL: </w:t>
      </w:r>
      <w:hyperlink r:id="rId25" w:history="1">
        <w:r w:rsidR="009619D5" w:rsidRPr="007D68F8">
          <w:rPr>
            <w:rStyle w:val="Collegamentoipertestuale"/>
          </w:rPr>
          <w:t>https://www.salonelibro.it/programma-eventi/incontri_con_gli_autori_di_atbedizioni/20925</w:t>
        </w:r>
      </w:hyperlink>
      <w:r w:rsidR="009619D5">
        <w:rPr>
          <w:color w:val="464646"/>
        </w:rPr>
        <w:t xml:space="preserve"> </w:t>
      </w:r>
    </w:p>
    <w:p w14:paraId="53AC51BC" w14:textId="0662FD12" w:rsidR="00A513D2" w:rsidRDefault="00A513D2">
      <w:pPr>
        <w:pStyle w:val="Fonte"/>
      </w:pPr>
    </w:p>
    <w:p w14:paraId="0138CF9D" w14:textId="4415CBA6" w:rsidR="00015A85" w:rsidRDefault="00015A85"/>
    <w:p w14:paraId="3025A362" w14:textId="77777777" w:rsidR="00A513D2" w:rsidRDefault="00A513D2"/>
    <w:p w14:paraId="3AB24AC1" w14:textId="77777777" w:rsidR="00A513D2" w:rsidRDefault="00A513D2"/>
    <w:p w14:paraId="18A773E9" w14:textId="77777777" w:rsidR="00A513D2" w:rsidRDefault="00A513D2"/>
    <w:p w14:paraId="7B81596D" w14:textId="77777777" w:rsidR="00015A85" w:rsidRDefault="00000000">
      <w:pPr>
        <w:pStyle w:val="Titolo2"/>
      </w:pPr>
      <w:r>
        <w:t xml:space="preserve">“Parola, Fede e </w:t>
      </w:r>
      <w:proofErr w:type="spellStart"/>
      <w:r>
        <w:t>Responabilità</w:t>
      </w:r>
      <w:proofErr w:type="spellEnd"/>
      <w:r>
        <w:t>”</w:t>
      </w:r>
    </w:p>
    <w:p w14:paraId="525BE884" w14:textId="3DD002C3" w:rsidR="009619D5" w:rsidRPr="009619D5" w:rsidRDefault="009619D5" w:rsidP="009619D5"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006BD3E" wp14:editId="4D96DB8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36140" cy="239395"/>
                <wp:effectExtent l="0" t="0" r="0" b="0"/>
                <wp:wrapNone/>
                <wp:docPr id="1778375034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19B4F" w14:textId="77777777" w:rsidR="009619D5" w:rsidRDefault="009619D5" w:rsidP="00961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6BD3E" id="_x0000_s1045" style="position:absolute;margin-left:0;margin-top:-.05pt;width:168.2pt;height:18.8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" fillcolor="#4f81bd [3204]" stroked="f" strokeweight="2pt">
                <v:textbox>
                  <w:txbxContent>
                    <w:p w14:paraId="67A19B4F" w14:textId="77777777" w:rsidR="009619D5" w:rsidRDefault="009619D5" w:rsidP="009619D5"/>
                  </w:txbxContent>
                </v:textbox>
              </v:rect>
            </w:pict>
          </mc:Fallback>
        </mc:AlternateContent>
      </w:r>
    </w:p>
    <w:p w14:paraId="369E0E29" w14:textId="77777777" w:rsidR="009619D5" w:rsidRDefault="009619D5" w:rsidP="009619D5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Salone Internazionale del Libro - Salone OFF</w:t>
      </w:r>
      <w:r w:rsidRPr="00F0216C">
        <w:rPr>
          <w:b/>
          <w:bCs/>
          <w:sz w:val="18"/>
          <w:szCs w:val="18"/>
        </w:rPr>
        <w:t xml:space="preserve"> </w:t>
      </w:r>
    </w:p>
    <w:p w14:paraId="2C900F75" w14:textId="7F6090C0" w:rsidR="009619D5" w:rsidRDefault="009619D5" w:rsidP="009619D5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16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2026, ore 19:30-20:30</w:t>
      </w:r>
    </w:p>
    <w:p w14:paraId="7E3C9C4E" w14:textId="77777777" w:rsidR="009619D5" w:rsidRDefault="009619D5" w:rsidP="009619D5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7"/>
        </w:rPr>
        <w:t xml:space="preserve">Biblica / </w:t>
      </w:r>
      <w:proofErr w:type="spellStart"/>
      <w:r>
        <w:rPr>
          <w:sz w:val="17"/>
        </w:rPr>
        <w:t>spiritualità</w:t>
      </w:r>
      <w:proofErr w:type="spellEnd"/>
      <w:r>
        <w:rPr>
          <w:sz w:val="17"/>
        </w:rPr>
        <w:t xml:space="preserve"> / </w:t>
      </w:r>
      <w:proofErr w:type="spellStart"/>
      <w:r>
        <w:rPr>
          <w:sz w:val="17"/>
        </w:rPr>
        <w:t>contemporaneo</w:t>
      </w:r>
      <w:proofErr w:type="spellEnd"/>
    </w:p>
    <w:p w14:paraId="01263F69" w14:textId="77FB496C" w:rsidR="009619D5" w:rsidRPr="00F0216C" w:rsidRDefault="009619D5" w:rsidP="009619D5">
      <w:pPr>
        <w:spacing w:after="0"/>
        <w:rPr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scheda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ufficale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programma</w:t>
      </w:r>
      <w:proofErr w:type="spellEnd"/>
      <w:r>
        <w:rPr>
          <w:sz w:val="18"/>
          <w:szCs w:val="18"/>
        </w:rPr>
        <w:t xml:space="preserve"> Salone OFF</w:t>
      </w:r>
    </w:p>
    <w:p w14:paraId="5EED812D" w14:textId="2B3849CD" w:rsidR="00015A85" w:rsidRDefault="00B359CF" w:rsidP="00B359CF">
      <w:r w:rsidRPr="00A513D2">
        <w:drawing>
          <wp:anchor distT="0" distB="0" distL="114300" distR="114300" simplePos="0" relativeHeight="251905536" behindDoc="0" locked="0" layoutInCell="1" allowOverlap="1" wp14:anchorId="432BFB6F" wp14:editId="72C70C58">
            <wp:simplePos x="0" y="0"/>
            <wp:positionH relativeFrom="column">
              <wp:posOffset>-3175</wp:posOffset>
            </wp:positionH>
            <wp:positionV relativeFrom="paragraph">
              <wp:posOffset>36830</wp:posOffset>
            </wp:positionV>
            <wp:extent cx="4371340" cy="2825750"/>
            <wp:effectExtent l="0" t="0" r="0" b="0"/>
            <wp:wrapSquare wrapText="bothSides"/>
            <wp:docPr id="685677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7795" name=""/>
                    <pic:cNvPicPr/>
                  </pic:nvPicPr>
                  <pic:blipFill rotWithShape="1">
                    <a:blip r:embed="rId26"/>
                    <a:srcRect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8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619D5">
        <w:t>S</w:t>
      </w:r>
      <w:r w:rsidR="00000000">
        <w:t>cheda</w:t>
      </w:r>
      <w:proofErr w:type="spellEnd"/>
      <w:r w:rsidR="00000000">
        <w:t xml:space="preserve"> </w:t>
      </w:r>
      <w:proofErr w:type="spellStart"/>
      <w:r w:rsidR="00000000">
        <w:t>dedicata</w:t>
      </w:r>
      <w:proofErr w:type="spellEnd"/>
      <w:r w:rsidR="00000000">
        <w:t xml:space="preserve"> a don Gianluca Carrega, biblista e docente di Sacra Scrittura, sul rapporto tra parola, fede e responsabilità nel presente. Nota: la scheda ufficiale riporta “Responabilità”.</w:t>
      </w:r>
    </w:p>
    <w:p w14:paraId="58818CA3" w14:textId="145BD1C2" w:rsidR="00015A85" w:rsidRDefault="00000000">
      <w:pPr>
        <w:pStyle w:val="Fonte"/>
      </w:pPr>
      <w:r>
        <w:rPr>
          <w:b/>
        </w:rPr>
        <w:t xml:space="preserve">URL: </w:t>
      </w:r>
      <w:hyperlink r:id="rId27" w:history="1">
        <w:r w:rsidR="009619D5" w:rsidRPr="007D68F8">
          <w:rPr>
            <w:rStyle w:val="Collegamentoipertestuale"/>
          </w:rPr>
          <w:t>https://www.salonelibro.it/programma-eventi/parola_fede_e_responabilita/20937</w:t>
        </w:r>
      </w:hyperlink>
      <w:r w:rsidR="009619D5">
        <w:rPr>
          <w:color w:val="464646"/>
        </w:rPr>
        <w:t xml:space="preserve"> </w:t>
      </w:r>
    </w:p>
    <w:p w14:paraId="13201528" w14:textId="57FC8B42" w:rsidR="00015A85" w:rsidRDefault="00015A85"/>
    <w:p w14:paraId="3EF9F9DE" w14:textId="77777777" w:rsidR="009619D5" w:rsidRDefault="009619D5"/>
    <w:p w14:paraId="17D006B5" w14:textId="77777777" w:rsidR="009619D5" w:rsidRDefault="009619D5"/>
    <w:p w14:paraId="2542A7D8" w14:textId="77777777" w:rsidR="009619D5" w:rsidRDefault="009619D5"/>
    <w:p w14:paraId="50D85D1F" w14:textId="77777777" w:rsidR="00015A85" w:rsidRDefault="00000000">
      <w:pPr>
        <w:pStyle w:val="Titolo2"/>
      </w:pPr>
      <w:r>
        <w:t xml:space="preserve">“La </w:t>
      </w:r>
      <w:proofErr w:type="spellStart"/>
      <w:r>
        <w:t>camicia</w:t>
      </w:r>
      <w:proofErr w:type="spellEnd"/>
      <w:r>
        <w:t xml:space="preserve"> </w:t>
      </w:r>
      <w:proofErr w:type="spellStart"/>
      <w:r>
        <w:t>nera</w:t>
      </w:r>
      <w:proofErr w:type="spellEnd"/>
      <w:r>
        <w:t>”</w:t>
      </w:r>
    </w:p>
    <w:p w14:paraId="3FF4CA7F" w14:textId="498A247D" w:rsidR="009619D5" w:rsidRDefault="009619D5" w:rsidP="009619D5"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3A69B29" wp14:editId="5672D722">
                <wp:simplePos x="0" y="0"/>
                <wp:positionH relativeFrom="column">
                  <wp:posOffset>0</wp:posOffset>
                </wp:positionH>
                <wp:positionV relativeFrom="paragraph">
                  <wp:posOffset>45557</wp:posOffset>
                </wp:positionV>
                <wp:extent cx="2136140" cy="239395"/>
                <wp:effectExtent l="0" t="0" r="0" b="8255"/>
                <wp:wrapNone/>
                <wp:docPr id="68168443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A8340" w14:textId="77777777" w:rsidR="009619D5" w:rsidRDefault="009619D5" w:rsidP="00961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69B29" id="_x0000_s1046" style="position:absolute;margin-left:0;margin-top:3.6pt;width:168.2pt;height:18.8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" fillcolor="#4f81bd [3204]" stroked="f" strokeweight="2pt">
                <v:textbox>
                  <w:txbxContent>
                    <w:p w14:paraId="74FA8340" w14:textId="77777777" w:rsidR="009619D5" w:rsidRDefault="009619D5" w:rsidP="009619D5"/>
                  </w:txbxContent>
                </v:textbox>
              </v:rect>
            </w:pict>
          </mc:Fallback>
        </mc:AlternateContent>
      </w:r>
    </w:p>
    <w:p w14:paraId="3640DCBE" w14:textId="77777777" w:rsidR="009619D5" w:rsidRDefault="009619D5" w:rsidP="009619D5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Salone Internazionale del Libro - Salone OFF</w:t>
      </w:r>
      <w:r w:rsidRPr="00F0216C">
        <w:rPr>
          <w:b/>
          <w:bCs/>
          <w:sz w:val="18"/>
          <w:szCs w:val="18"/>
        </w:rPr>
        <w:t xml:space="preserve"> </w:t>
      </w:r>
    </w:p>
    <w:p w14:paraId="28C1D35E" w14:textId="2ED6859B" w:rsidR="009619D5" w:rsidRDefault="009619D5" w:rsidP="009619D5">
      <w:pPr>
        <w:spacing w:after="0"/>
        <w:rPr>
          <w:sz w:val="17"/>
        </w:rPr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</w:t>
      </w:r>
      <w:r>
        <w:rPr>
          <w:sz w:val="18"/>
          <w:szCs w:val="18"/>
        </w:rPr>
        <w:t xml:space="preserve"> </w:t>
      </w:r>
      <w:r>
        <w:rPr>
          <w:sz w:val="17"/>
        </w:rPr>
        <w:t xml:space="preserve">16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2026, ore 21:00-22:00</w:t>
      </w:r>
    </w:p>
    <w:p w14:paraId="3817B417" w14:textId="48A51083" w:rsidR="009619D5" w:rsidRDefault="009619D5" w:rsidP="009619D5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7"/>
        </w:rPr>
        <w:t xml:space="preserve">Teatro / </w:t>
      </w:r>
      <w:proofErr w:type="spellStart"/>
      <w:r>
        <w:rPr>
          <w:sz w:val="17"/>
        </w:rPr>
        <w:t>narrazione</w:t>
      </w:r>
      <w:proofErr w:type="spellEnd"/>
      <w:r>
        <w:rPr>
          <w:sz w:val="17"/>
        </w:rPr>
        <w:t xml:space="preserve"> / memoria</w:t>
      </w:r>
    </w:p>
    <w:p w14:paraId="0064B0F3" w14:textId="77777777" w:rsidR="009619D5" w:rsidRPr="00F0216C" w:rsidRDefault="009619D5" w:rsidP="009619D5">
      <w:pPr>
        <w:spacing w:after="0"/>
        <w:rPr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scheda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ufficale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programma</w:t>
      </w:r>
      <w:proofErr w:type="spellEnd"/>
      <w:r>
        <w:rPr>
          <w:sz w:val="18"/>
          <w:szCs w:val="18"/>
        </w:rPr>
        <w:t xml:space="preserve"> Salone OFF</w:t>
      </w:r>
    </w:p>
    <w:p w14:paraId="5D620C63" w14:textId="77777777" w:rsidR="0099613A" w:rsidRDefault="0099613A">
      <w:pPr>
        <w:pStyle w:val="Corpotesto"/>
      </w:pPr>
    </w:p>
    <w:p w14:paraId="65D65C44" w14:textId="2CA395A2" w:rsidR="00015A85" w:rsidRDefault="00B359CF" w:rsidP="00B359CF">
      <w:pPr>
        <w:pStyle w:val="Corpotesto"/>
        <w:jc w:val="both"/>
      </w:pPr>
      <w:r w:rsidRPr="00A513D2">
        <w:rPr>
          <w:color w:val="464646"/>
        </w:rPr>
        <w:drawing>
          <wp:anchor distT="0" distB="0" distL="114300" distR="114300" simplePos="0" relativeHeight="251909632" behindDoc="0" locked="0" layoutInCell="1" allowOverlap="1" wp14:anchorId="36C182F0" wp14:editId="5C1582A8">
            <wp:simplePos x="0" y="0"/>
            <wp:positionH relativeFrom="column">
              <wp:posOffset>-2771</wp:posOffset>
            </wp:positionH>
            <wp:positionV relativeFrom="paragraph">
              <wp:posOffset>135370</wp:posOffset>
            </wp:positionV>
            <wp:extent cx="4029754" cy="2715030"/>
            <wp:effectExtent l="0" t="0" r="8890" b="9525"/>
            <wp:wrapSquare wrapText="bothSides"/>
            <wp:docPr id="20150809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80927" name=""/>
                    <pic:cNvPicPr/>
                  </pic:nvPicPr>
                  <pic:blipFill rotWithShape="1">
                    <a:blip r:embed="rId28"/>
                    <a:srcRect b="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54" cy="271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Scheda</w:t>
      </w:r>
      <w:proofErr w:type="spellEnd"/>
      <w:r w:rsidR="00000000">
        <w:t xml:space="preserve"> </w:t>
      </w:r>
      <w:proofErr w:type="spellStart"/>
      <w:r w:rsidR="00000000">
        <w:t>dedicata</w:t>
      </w:r>
      <w:proofErr w:type="spellEnd"/>
      <w:r w:rsidR="00000000">
        <w:t xml:space="preserve"> </w:t>
      </w:r>
      <w:proofErr w:type="spellStart"/>
      <w:r w:rsidR="00000000">
        <w:t>allo</w:t>
      </w:r>
      <w:proofErr w:type="spellEnd"/>
      <w:r w:rsidR="00000000">
        <w:t xml:space="preserve"> </w:t>
      </w:r>
      <w:proofErr w:type="spellStart"/>
      <w:r w:rsidR="00000000">
        <w:t>spettacolo</w:t>
      </w:r>
      <w:proofErr w:type="spellEnd"/>
      <w:r w:rsidR="00000000">
        <w:t xml:space="preserve"> </w:t>
      </w:r>
      <w:proofErr w:type="spellStart"/>
      <w:r w:rsidR="00000000">
        <w:t>scritto</w:t>
      </w:r>
      <w:proofErr w:type="spellEnd"/>
      <w:r w:rsidR="00000000">
        <w:t xml:space="preserve"> e interpretato da Michela Orio, incentrato su memoria familiare, fascismo, violenza, scelte e presa di coscienza.</w:t>
      </w:r>
    </w:p>
    <w:p w14:paraId="6B9E945C" w14:textId="443E7F39" w:rsidR="00015A85" w:rsidRDefault="00000000">
      <w:pPr>
        <w:pStyle w:val="Fonte"/>
        <w:rPr>
          <w:color w:val="464646"/>
        </w:rPr>
      </w:pPr>
      <w:r>
        <w:rPr>
          <w:b/>
        </w:rPr>
        <w:t xml:space="preserve">URL: </w:t>
      </w:r>
      <w:hyperlink r:id="rId29" w:history="1">
        <w:r w:rsidR="009619D5" w:rsidRPr="007D68F8">
          <w:rPr>
            <w:rStyle w:val="Collegamentoipertestuale"/>
          </w:rPr>
          <w:t>https://www.salonelibro.it/programma-eventi/la_camicia_nera/20965</w:t>
        </w:r>
      </w:hyperlink>
    </w:p>
    <w:p w14:paraId="36FCF644" w14:textId="5C377D64" w:rsidR="00A513D2" w:rsidRDefault="00A513D2">
      <w:pPr>
        <w:pStyle w:val="Fonte"/>
        <w:rPr>
          <w:color w:val="464646"/>
        </w:rPr>
      </w:pPr>
    </w:p>
    <w:p w14:paraId="1F648353" w14:textId="1CE00A03" w:rsidR="009619D5" w:rsidRDefault="009619D5">
      <w:pPr>
        <w:pStyle w:val="Fonte"/>
      </w:pPr>
    </w:p>
    <w:p w14:paraId="596DF544" w14:textId="77777777" w:rsidR="00A513D2" w:rsidRDefault="00A513D2">
      <w:pPr>
        <w:pStyle w:val="Fonte"/>
      </w:pPr>
    </w:p>
    <w:p w14:paraId="0E2CE56E" w14:textId="77777777" w:rsidR="00A513D2" w:rsidRDefault="00A513D2">
      <w:pPr>
        <w:pStyle w:val="Fonte"/>
      </w:pPr>
    </w:p>
    <w:p w14:paraId="6C2D6CE8" w14:textId="77777777" w:rsidR="00A513D2" w:rsidRDefault="00A513D2">
      <w:pPr>
        <w:pStyle w:val="Fonte"/>
      </w:pPr>
    </w:p>
    <w:p w14:paraId="1DEEF2B2" w14:textId="77777777" w:rsidR="00A513D2" w:rsidRDefault="00A513D2">
      <w:pPr>
        <w:pStyle w:val="Fonte"/>
      </w:pPr>
    </w:p>
    <w:p w14:paraId="4833B542" w14:textId="77777777" w:rsidR="00A513D2" w:rsidRDefault="00A513D2">
      <w:pPr>
        <w:pStyle w:val="Fonte"/>
      </w:pPr>
    </w:p>
    <w:p w14:paraId="3228FD9A" w14:textId="398D4EB4" w:rsidR="009619D5" w:rsidRDefault="00000000" w:rsidP="009619D5">
      <w:pPr>
        <w:pStyle w:val="Titolo2"/>
      </w:pPr>
      <w:r>
        <w:t>“</w:t>
      </w:r>
      <w:proofErr w:type="spellStart"/>
      <w:r>
        <w:t>L’eroe</w:t>
      </w:r>
      <w:proofErr w:type="spellEnd"/>
      <w:r>
        <w:t xml:space="preserve"> </w:t>
      </w:r>
      <w:proofErr w:type="spellStart"/>
      <w:r>
        <w:t>dall’antica</w:t>
      </w:r>
      <w:proofErr w:type="spellEnd"/>
      <w:r>
        <w:t xml:space="preserve"> Grecia ai </w:t>
      </w:r>
      <w:proofErr w:type="spellStart"/>
      <w:r>
        <w:t>giorni</w:t>
      </w:r>
      <w:proofErr w:type="spellEnd"/>
      <w:r>
        <w:t xml:space="preserve"> </w:t>
      </w:r>
      <w:proofErr w:type="spellStart"/>
      <w:r w:rsidR="009619D5">
        <w:t>nostri</w:t>
      </w:r>
      <w:proofErr w:type="spellEnd"/>
    </w:p>
    <w:p w14:paraId="15FD32E5" w14:textId="0A97FED3" w:rsidR="009619D5" w:rsidRPr="009619D5" w:rsidRDefault="009619D5" w:rsidP="009619D5"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66985CF0" wp14:editId="2AF5CEC3">
                <wp:simplePos x="0" y="0"/>
                <wp:positionH relativeFrom="column">
                  <wp:posOffset>14584</wp:posOffset>
                </wp:positionH>
                <wp:positionV relativeFrom="paragraph">
                  <wp:posOffset>27671</wp:posOffset>
                </wp:positionV>
                <wp:extent cx="2136140" cy="239395"/>
                <wp:effectExtent l="0" t="0" r="0" b="0"/>
                <wp:wrapNone/>
                <wp:docPr id="470484806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CE483" w14:textId="77777777" w:rsidR="009619D5" w:rsidRDefault="009619D5" w:rsidP="009619D5"/>
                          <w:p w14:paraId="01866C2E" w14:textId="77777777" w:rsidR="009619D5" w:rsidRDefault="009619D5" w:rsidP="009619D5"/>
                          <w:p w14:paraId="5D6DCE18" w14:textId="77777777" w:rsidR="009619D5" w:rsidRDefault="009619D5" w:rsidP="009619D5"/>
                          <w:p w14:paraId="7FD731C5" w14:textId="77777777" w:rsidR="009619D5" w:rsidRDefault="009619D5" w:rsidP="00961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85CF0" id="_x0000_s1047" style="position:absolute;margin-left:1.15pt;margin-top:2.2pt;width:168.2pt;height:18.8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" fillcolor="#4f81bd [3204]" stroked="f" strokeweight="2pt">
                <v:textbox>
                  <w:txbxContent>
                    <w:p w14:paraId="59ECE483" w14:textId="77777777" w:rsidR="009619D5" w:rsidRDefault="009619D5" w:rsidP="009619D5"/>
                    <w:p w14:paraId="01866C2E" w14:textId="77777777" w:rsidR="009619D5" w:rsidRDefault="009619D5" w:rsidP="009619D5"/>
                    <w:p w14:paraId="5D6DCE18" w14:textId="77777777" w:rsidR="009619D5" w:rsidRDefault="009619D5" w:rsidP="009619D5"/>
                    <w:p w14:paraId="7FD731C5" w14:textId="77777777" w:rsidR="009619D5" w:rsidRDefault="009619D5" w:rsidP="009619D5"/>
                  </w:txbxContent>
                </v:textbox>
              </v:rect>
            </w:pict>
          </mc:Fallback>
        </mc:AlternateContent>
      </w:r>
    </w:p>
    <w:p w14:paraId="4B452F25" w14:textId="3E00D061" w:rsidR="009619D5" w:rsidRDefault="009619D5" w:rsidP="009619D5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Salone Internazionale del Libro - Salone OFF</w:t>
      </w:r>
      <w:r w:rsidRPr="00F0216C">
        <w:rPr>
          <w:b/>
          <w:bCs/>
          <w:sz w:val="18"/>
          <w:szCs w:val="18"/>
        </w:rPr>
        <w:t xml:space="preserve"> </w:t>
      </w:r>
    </w:p>
    <w:p w14:paraId="3896BE33" w14:textId="06159873" w:rsidR="009619D5" w:rsidRDefault="009619D5" w:rsidP="009619D5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17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2026, ore 17:30-18:30</w:t>
      </w:r>
    </w:p>
    <w:p w14:paraId="69F9FFED" w14:textId="77777777" w:rsidR="00B359CF" w:rsidRDefault="009619D5" w:rsidP="00B359CF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7"/>
        </w:rPr>
        <w:t>Classici</w:t>
      </w:r>
      <w:proofErr w:type="spellEnd"/>
      <w:r>
        <w:rPr>
          <w:sz w:val="17"/>
        </w:rPr>
        <w:t xml:space="preserve"> / </w:t>
      </w:r>
      <w:proofErr w:type="spellStart"/>
      <w:r>
        <w:rPr>
          <w:sz w:val="17"/>
        </w:rPr>
        <w:t>letteratura</w:t>
      </w:r>
      <w:proofErr w:type="spellEnd"/>
      <w:r>
        <w:rPr>
          <w:sz w:val="17"/>
        </w:rPr>
        <w:t xml:space="preserve"> / </w:t>
      </w:r>
      <w:proofErr w:type="spellStart"/>
      <w:r>
        <w:rPr>
          <w:sz w:val="17"/>
        </w:rPr>
        <w:t>contemporaneo</w:t>
      </w:r>
      <w:proofErr w:type="spellEnd"/>
    </w:p>
    <w:p w14:paraId="7AC80E10" w14:textId="22993103" w:rsidR="009619D5" w:rsidRDefault="009619D5" w:rsidP="00B359CF">
      <w:pPr>
        <w:spacing w:after="0"/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scheda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ufficale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programma</w:t>
      </w:r>
      <w:proofErr w:type="spellEnd"/>
      <w:r>
        <w:rPr>
          <w:sz w:val="18"/>
          <w:szCs w:val="18"/>
        </w:rPr>
        <w:t xml:space="preserve"> Salone OFF</w:t>
      </w:r>
    </w:p>
    <w:p w14:paraId="5AF3114D" w14:textId="113E6AF0" w:rsidR="00015A85" w:rsidRDefault="00B359CF" w:rsidP="00B359CF">
      <w:pPr>
        <w:pStyle w:val="Corpotesto"/>
        <w:jc w:val="both"/>
      </w:pPr>
      <w:r w:rsidRPr="00A513D2">
        <w:rPr>
          <w:color w:val="464646"/>
        </w:rPr>
        <w:drawing>
          <wp:anchor distT="0" distB="0" distL="114300" distR="114300" simplePos="0" relativeHeight="251915776" behindDoc="0" locked="0" layoutInCell="1" allowOverlap="1" wp14:anchorId="77E44B15" wp14:editId="274A406D">
            <wp:simplePos x="0" y="0"/>
            <wp:positionH relativeFrom="column">
              <wp:posOffset>-3175</wp:posOffset>
            </wp:positionH>
            <wp:positionV relativeFrom="paragraph">
              <wp:posOffset>160020</wp:posOffset>
            </wp:positionV>
            <wp:extent cx="4055745" cy="2576195"/>
            <wp:effectExtent l="0" t="0" r="1905" b="0"/>
            <wp:wrapSquare wrapText="bothSides"/>
            <wp:docPr id="2012770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708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Scheda</w:t>
      </w:r>
      <w:proofErr w:type="spellEnd"/>
      <w:r w:rsidR="00000000">
        <w:t xml:space="preserve"> </w:t>
      </w:r>
      <w:proofErr w:type="spellStart"/>
      <w:r w:rsidR="00000000">
        <w:t>dedicata</w:t>
      </w:r>
      <w:proofErr w:type="spellEnd"/>
      <w:r w:rsidR="00000000">
        <w:t xml:space="preserve"> </w:t>
      </w:r>
      <w:proofErr w:type="spellStart"/>
      <w:r w:rsidR="00000000">
        <w:t>all’intervento</w:t>
      </w:r>
      <w:proofErr w:type="spellEnd"/>
      <w:r w:rsidR="00000000">
        <w:t xml:space="preserve"> di Chiara Commisso, docente di latino e greco e revisore di testi scolastici per Paravia, sulla figura dell’eroe tra mito, letteratura e contemporaneità.</w:t>
      </w:r>
    </w:p>
    <w:p w14:paraId="39EB9A54" w14:textId="3830AA6E" w:rsidR="00015A85" w:rsidRDefault="00000000">
      <w:pPr>
        <w:pStyle w:val="Fonte"/>
        <w:rPr>
          <w:color w:val="464646"/>
        </w:rPr>
      </w:pPr>
      <w:r>
        <w:rPr>
          <w:b/>
        </w:rPr>
        <w:t xml:space="preserve">URL: </w:t>
      </w:r>
      <w:hyperlink r:id="rId31" w:history="1">
        <w:r w:rsidR="009619D5" w:rsidRPr="007D68F8">
          <w:rPr>
            <w:rStyle w:val="Collegamentoipertestuale"/>
          </w:rPr>
          <w:t>https://www.salonelibro.it/programma-eventi/leroe_dallantica_grecia_ai_giorni_nostri/20955</w:t>
        </w:r>
      </w:hyperlink>
    </w:p>
    <w:p w14:paraId="3B3B23A6" w14:textId="011DFF4F" w:rsidR="00A513D2" w:rsidRDefault="00A513D2">
      <w:pPr>
        <w:pStyle w:val="Fonte"/>
        <w:rPr>
          <w:color w:val="464646"/>
        </w:rPr>
      </w:pPr>
    </w:p>
    <w:p w14:paraId="1795E2C7" w14:textId="77777777" w:rsidR="009619D5" w:rsidRDefault="009619D5">
      <w:pPr>
        <w:pStyle w:val="Fonte"/>
      </w:pPr>
    </w:p>
    <w:p w14:paraId="582F0776" w14:textId="77777777" w:rsidR="00A513D2" w:rsidRDefault="00A513D2">
      <w:pPr>
        <w:pStyle w:val="Fonte"/>
      </w:pPr>
    </w:p>
    <w:p w14:paraId="2DB47F57" w14:textId="77777777" w:rsidR="00A513D2" w:rsidRDefault="00A513D2">
      <w:pPr>
        <w:pStyle w:val="Fonte"/>
      </w:pPr>
    </w:p>
    <w:p w14:paraId="60954439" w14:textId="77777777" w:rsidR="00A513D2" w:rsidRDefault="00A513D2">
      <w:pPr>
        <w:pStyle w:val="Fonte"/>
      </w:pPr>
    </w:p>
    <w:p w14:paraId="7CB4105F" w14:textId="44767209" w:rsidR="00015A85" w:rsidRDefault="00000000">
      <w:pPr>
        <w:pStyle w:val="Titolo2"/>
      </w:pPr>
      <w:r>
        <w:t>“La Sindone</w:t>
      </w:r>
      <w:r w:rsidR="00A513D2">
        <w:t xml:space="preserve">: </w:t>
      </w:r>
      <w:proofErr w:type="spellStart"/>
      <w:r w:rsidR="00A513D2">
        <w:t>specchio</w:t>
      </w:r>
      <w:proofErr w:type="spellEnd"/>
      <w:r w:rsidR="00A513D2">
        <w:t xml:space="preserve"> del Vangelo e </w:t>
      </w:r>
      <w:proofErr w:type="spellStart"/>
      <w:r w:rsidR="00A513D2">
        <w:t>provocazione</w:t>
      </w:r>
      <w:proofErr w:type="spellEnd"/>
      <w:r w:rsidR="00A513D2">
        <w:t xml:space="preserve"> </w:t>
      </w:r>
      <w:proofErr w:type="spellStart"/>
      <w:r w:rsidR="00A513D2">
        <w:t>all’intelligenza</w:t>
      </w:r>
      <w:proofErr w:type="spellEnd"/>
      <w:r>
        <w:t>”</w:t>
      </w:r>
    </w:p>
    <w:p w14:paraId="6B6A15D8" w14:textId="66EE258C" w:rsidR="0099613A" w:rsidRDefault="0099613A" w:rsidP="00A747FF"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923544F" wp14:editId="3B663C7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36140" cy="239395"/>
                <wp:effectExtent l="0" t="0" r="0" b="0"/>
                <wp:wrapNone/>
                <wp:docPr id="330772293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83ECC" w14:textId="77777777" w:rsidR="0099613A" w:rsidRDefault="0099613A" w:rsidP="0099613A"/>
                          <w:p w14:paraId="634DD181" w14:textId="77777777" w:rsidR="0099613A" w:rsidRDefault="0099613A" w:rsidP="0099613A"/>
                          <w:p w14:paraId="3B6B20F3" w14:textId="77777777" w:rsidR="0099613A" w:rsidRDefault="0099613A" w:rsidP="0099613A"/>
                          <w:p w14:paraId="17DBD103" w14:textId="77777777" w:rsidR="0099613A" w:rsidRDefault="0099613A" w:rsidP="00996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3544F" id="_x0000_s1048" style="position:absolute;margin-left:0;margin-top:-.05pt;width:168.2pt;height:18.8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" fillcolor="#4f81bd [3204]" stroked="f" strokeweight="2pt">
                <v:textbox>
                  <w:txbxContent>
                    <w:p w14:paraId="1CB83ECC" w14:textId="77777777" w:rsidR="0099613A" w:rsidRDefault="0099613A" w:rsidP="0099613A"/>
                    <w:p w14:paraId="634DD181" w14:textId="77777777" w:rsidR="0099613A" w:rsidRDefault="0099613A" w:rsidP="0099613A"/>
                    <w:p w14:paraId="3B6B20F3" w14:textId="77777777" w:rsidR="0099613A" w:rsidRDefault="0099613A" w:rsidP="0099613A"/>
                    <w:p w14:paraId="17DBD103" w14:textId="77777777" w:rsidR="0099613A" w:rsidRDefault="0099613A" w:rsidP="0099613A"/>
                  </w:txbxContent>
                </v:textbox>
              </v:rect>
            </w:pict>
          </mc:Fallback>
        </mc:AlternateContent>
      </w:r>
    </w:p>
    <w:p w14:paraId="5FD4FFF8" w14:textId="77777777" w:rsidR="0099613A" w:rsidRDefault="0099613A" w:rsidP="0099613A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Salone Internazionale del Libro - Salone OFF</w:t>
      </w:r>
      <w:r w:rsidRPr="00F0216C">
        <w:rPr>
          <w:b/>
          <w:bCs/>
          <w:sz w:val="18"/>
          <w:szCs w:val="18"/>
        </w:rPr>
        <w:t xml:space="preserve"> </w:t>
      </w:r>
    </w:p>
    <w:p w14:paraId="096CBAB8" w14:textId="61B98E01" w:rsidR="0099613A" w:rsidRDefault="0099613A" w:rsidP="0099613A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17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2026, ore </w:t>
      </w:r>
      <w:r>
        <w:rPr>
          <w:sz w:val="17"/>
        </w:rPr>
        <w:t>20</w:t>
      </w:r>
      <w:r>
        <w:rPr>
          <w:sz w:val="17"/>
        </w:rPr>
        <w:t>:30-</w:t>
      </w:r>
      <w:r>
        <w:rPr>
          <w:sz w:val="17"/>
        </w:rPr>
        <w:t>21:</w:t>
      </w:r>
      <w:r>
        <w:rPr>
          <w:sz w:val="17"/>
        </w:rPr>
        <w:t>30</w:t>
      </w:r>
    </w:p>
    <w:p w14:paraId="2B43CE5B" w14:textId="45BEC093" w:rsidR="0099613A" w:rsidRDefault="0099613A" w:rsidP="0099613A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Sindonologia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scienza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fede</w:t>
      </w:r>
      <w:proofErr w:type="spellEnd"/>
    </w:p>
    <w:p w14:paraId="635044A9" w14:textId="5E9783FD" w:rsidR="0099613A" w:rsidRDefault="0099613A" w:rsidP="0099613A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scheda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ufficale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programma</w:t>
      </w:r>
      <w:proofErr w:type="spellEnd"/>
      <w:r>
        <w:rPr>
          <w:sz w:val="18"/>
          <w:szCs w:val="18"/>
        </w:rPr>
        <w:t xml:space="preserve"> Salone OFF</w:t>
      </w:r>
    </w:p>
    <w:p w14:paraId="6729DA7D" w14:textId="7C3C2561" w:rsidR="00015A85" w:rsidRDefault="00B359CF" w:rsidP="00B359CF">
      <w:pPr>
        <w:pStyle w:val="Corpotesto"/>
        <w:jc w:val="both"/>
      </w:pPr>
      <w:r w:rsidRPr="00912798">
        <w:drawing>
          <wp:anchor distT="0" distB="0" distL="114300" distR="114300" simplePos="0" relativeHeight="251918848" behindDoc="0" locked="0" layoutInCell="1" allowOverlap="1" wp14:anchorId="25A8D2DC" wp14:editId="40F89708">
            <wp:simplePos x="0" y="0"/>
            <wp:positionH relativeFrom="column">
              <wp:posOffset>-3175</wp:posOffset>
            </wp:positionH>
            <wp:positionV relativeFrom="paragraph">
              <wp:posOffset>18415</wp:posOffset>
            </wp:positionV>
            <wp:extent cx="4322445" cy="2814955"/>
            <wp:effectExtent l="0" t="0" r="1905" b="4445"/>
            <wp:wrapSquare wrapText="bothSides"/>
            <wp:docPr id="8552590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5905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Scheda</w:t>
      </w:r>
      <w:proofErr w:type="spellEnd"/>
      <w:r w:rsidR="00000000">
        <w:t xml:space="preserve"> </w:t>
      </w:r>
      <w:proofErr w:type="spellStart"/>
      <w:r w:rsidR="00000000">
        <w:t>dedicata</w:t>
      </w:r>
      <w:proofErr w:type="spellEnd"/>
      <w:r w:rsidR="00000000">
        <w:t xml:space="preserve"> </w:t>
      </w:r>
      <w:proofErr w:type="spellStart"/>
      <w:r w:rsidR="00000000">
        <w:t>all’intervento</w:t>
      </w:r>
      <w:proofErr w:type="spellEnd"/>
      <w:r w:rsidR="00000000">
        <w:t xml:space="preserve"> di Bruno Barberis, presentato come tra i maggiori studiosi della Sindone e già docente di Fisica matematica all’Università di Torino.</w:t>
      </w:r>
    </w:p>
    <w:p w14:paraId="4BAFD988" w14:textId="76C4F01B" w:rsidR="00015A85" w:rsidRDefault="00000000">
      <w:pPr>
        <w:pStyle w:val="Fonte"/>
        <w:rPr>
          <w:color w:val="464646"/>
        </w:rPr>
      </w:pPr>
      <w:r>
        <w:rPr>
          <w:b/>
        </w:rPr>
        <w:t xml:space="preserve">URL: </w:t>
      </w:r>
      <w:hyperlink r:id="rId33" w:history="1">
        <w:r w:rsidR="0099613A" w:rsidRPr="007D68F8">
          <w:rPr>
            <w:rStyle w:val="Collegamentoipertestuale"/>
          </w:rPr>
          <w:t>https://www.salonelibro.it/programma-eventi/la_sindone/20963</w:t>
        </w:r>
      </w:hyperlink>
      <w:r w:rsidR="0099613A">
        <w:rPr>
          <w:color w:val="464646"/>
        </w:rPr>
        <w:t xml:space="preserve"> </w:t>
      </w:r>
    </w:p>
    <w:p w14:paraId="5447208B" w14:textId="3128B6A5" w:rsidR="00912798" w:rsidRDefault="00912798">
      <w:pPr>
        <w:pStyle w:val="Fonte"/>
      </w:pPr>
    </w:p>
    <w:p w14:paraId="02C29154" w14:textId="77777777" w:rsidR="00015A85" w:rsidRDefault="00015A85"/>
    <w:p w14:paraId="7F2BBECD" w14:textId="77777777" w:rsidR="00912798" w:rsidRDefault="00912798"/>
    <w:p w14:paraId="5A8CEBE8" w14:textId="77777777" w:rsidR="00912798" w:rsidRDefault="00912798"/>
    <w:p w14:paraId="08B5493C" w14:textId="77777777" w:rsidR="00912798" w:rsidRDefault="00912798"/>
    <w:p w14:paraId="7D4DFFFB" w14:textId="77777777" w:rsidR="00015A85" w:rsidRDefault="00000000">
      <w:pPr>
        <w:pStyle w:val="Titolo2"/>
      </w:pPr>
      <w:r>
        <w:t>“Concerto di musica sacra”</w:t>
      </w:r>
    </w:p>
    <w:p w14:paraId="437856B6" w14:textId="394907D9" w:rsidR="0099613A" w:rsidRPr="0099613A" w:rsidRDefault="0099613A" w:rsidP="0099613A"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41BED943" wp14:editId="51A1B9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36140" cy="239395"/>
                <wp:effectExtent l="0" t="0" r="0" b="0"/>
                <wp:wrapNone/>
                <wp:docPr id="639512994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34CF2" w14:textId="77777777" w:rsidR="0099613A" w:rsidRDefault="0099613A" w:rsidP="0099613A"/>
                          <w:p w14:paraId="65CBCF08" w14:textId="77777777" w:rsidR="0099613A" w:rsidRDefault="0099613A" w:rsidP="0099613A"/>
                          <w:p w14:paraId="56D24E21" w14:textId="77777777" w:rsidR="0099613A" w:rsidRDefault="0099613A" w:rsidP="0099613A"/>
                          <w:p w14:paraId="5D0C3B3A" w14:textId="77777777" w:rsidR="0099613A" w:rsidRDefault="0099613A" w:rsidP="00996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ED943" id="_x0000_s1049" style="position:absolute;margin-left:0;margin-top:0;width:168.2pt;height:18.8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" fillcolor="#4f81bd [3204]" stroked="f" strokeweight="2pt">
                <v:textbox>
                  <w:txbxContent>
                    <w:p w14:paraId="7AA34CF2" w14:textId="77777777" w:rsidR="0099613A" w:rsidRDefault="0099613A" w:rsidP="0099613A"/>
                    <w:p w14:paraId="65CBCF08" w14:textId="77777777" w:rsidR="0099613A" w:rsidRDefault="0099613A" w:rsidP="0099613A"/>
                    <w:p w14:paraId="56D24E21" w14:textId="77777777" w:rsidR="0099613A" w:rsidRDefault="0099613A" w:rsidP="0099613A"/>
                    <w:p w14:paraId="5D0C3B3A" w14:textId="77777777" w:rsidR="0099613A" w:rsidRDefault="0099613A" w:rsidP="0099613A"/>
                  </w:txbxContent>
                </v:textbox>
              </v:rect>
            </w:pict>
          </mc:Fallback>
        </mc:AlternateContent>
      </w:r>
    </w:p>
    <w:p w14:paraId="3C9904CD" w14:textId="77777777" w:rsidR="0099613A" w:rsidRDefault="0099613A" w:rsidP="0099613A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Salone Internazionale del Libro - Salone OFF</w:t>
      </w:r>
      <w:r w:rsidRPr="00F0216C">
        <w:rPr>
          <w:b/>
          <w:bCs/>
          <w:sz w:val="18"/>
          <w:szCs w:val="18"/>
        </w:rPr>
        <w:t xml:space="preserve"> </w:t>
      </w:r>
    </w:p>
    <w:p w14:paraId="555A05DC" w14:textId="77777777" w:rsidR="0099613A" w:rsidRDefault="0099613A" w:rsidP="0099613A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17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2026, ore 21:00 – 22:00</w:t>
      </w:r>
    </w:p>
    <w:p w14:paraId="799FBD82" w14:textId="77777777" w:rsidR="0099613A" w:rsidRDefault="0099613A" w:rsidP="0099613A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Musica sacra / concerto</w:t>
      </w:r>
    </w:p>
    <w:p w14:paraId="00361659" w14:textId="77777777" w:rsidR="0099613A" w:rsidRDefault="0099613A" w:rsidP="0099613A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scheda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ufficale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programma</w:t>
      </w:r>
      <w:proofErr w:type="spellEnd"/>
      <w:r>
        <w:rPr>
          <w:sz w:val="18"/>
          <w:szCs w:val="18"/>
        </w:rPr>
        <w:t xml:space="preserve"> Salone OFF</w:t>
      </w:r>
    </w:p>
    <w:p w14:paraId="5DB1661E" w14:textId="058A15A3" w:rsidR="00015A85" w:rsidRDefault="00B359CF" w:rsidP="00B359CF">
      <w:pPr>
        <w:pStyle w:val="Corpotesto"/>
        <w:jc w:val="both"/>
      </w:pPr>
      <w:r w:rsidRPr="00912798">
        <w:drawing>
          <wp:anchor distT="0" distB="0" distL="114300" distR="114300" simplePos="0" relativeHeight="251920896" behindDoc="0" locked="0" layoutInCell="1" allowOverlap="1" wp14:anchorId="43B20559" wp14:editId="1DB20D73">
            <wp:simplePos x="0" y="0"/>
            <wp:positionH relativeFrom="column">
              <wp:posOffset>-3175</wp:posOffset>
            </wp:positionH>
            <wp:positionV relativeFrom="paragraph">
              <wp:posOffset>130810</wp:posOffset>
            </wp:positionV>
            <wp:extent cx="4619625" cy="2837180"/>
            <wp:effectExtent l="0" t="0" r="9525" b="1270"/>
            <wp:wrapSquare wrapText="bothSides"/>
            <wp:docPr id="5537874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87403" name=""/>
                    <pic:cNvPicPr/>
                  </pic:nvPicPr>
                  <pic:blipFill rotWithShape="1">
                    <a:blip r:embed="rId34"/>
                    <a:srcRect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3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Scheda</w:t>
      </w:r>
      <w:proofErr w:type="spellEnd"/>
      <w:r w:rsidR="00000000">
        <w:t xml:space="preserve"> </w:t>
      </w:r>
      <w:proofErr w:type="spellStart"/>
      <w:r w:rsidR="00000000">
        <w:t>dedicata</w:t>
      </w:r>
      <w:proofErr w:type="spellEnd"/>
      <w:r w:rsidR="00000000">
        <w:t xml:space="preserve"> al </w:t>
      </w:r>
      <w:proofErr w:type="spellStart"/>
      <w:r w:rsidR="00000000">
        <w:t>quartetto</w:t>
      </w:r>
      <w:proofErr w:type="spellEnd"/>
      <w:r w:rsidR="00000000">
        <w:t xml:space="preserve"> </w:t>
      </w:r>
      <w:proofErr w:type="spellStart"/>
      <w:r w:rsidR="00000000">
        <w:t>vocale</w:t>
      </w:r>
      <w:proofErr w:type="spellEnd"/>
      <w:r w:rsidR="00000000">
        <w:t xml:space="preserve"> AQUATTRO con Monica Argenton</w:t>
      </w:r>
      <w:r w:rsidR="00912798">
        <w:t xml:space="preserve"> (Pianoforte)</w:t>
      </w:r>
      <w:r w:rsidR="00000000">
        <w:t>, Elena Miglietta</w:t>
      </w:r>
      <w:r w:rsidR="00912798">
        <w:t xml:space="preserve"> (Oboe)</w:t>
      </w:r>
      <w:r w:rsidR="00000000">
        <w:t xml:space="preserve"> e Maurice </w:t>
      </w:r>
      <w:proofErr w:type="spellStart"/>
      <w:r w:rsidR="00000000">
        <w:t>Beack</w:t>
      </w:r>
      <w:proofErr w:type="spellEnd"/>
      <w:r w:rsidR="00912798">
        <w:t xml:space="preserve"> (Organo a </w:t>
      </w:r>
      <w:proofErr w:type="spellStart"/>
      <w:r w:rsidR="00912798">
        <w:t>canne</w:t>
      </w:r>
      <w:proofErr w:type="spellEnd"/>
      <w:r w:rsidR="00912798">
        <w:t>)</w:t>
      </w:r>
      <w:r w:rsidR="00000000">
        <w:t xml:space="preserve">, con </w:t>
      </w:r>
      <w:proofErr w:type="spellStart"/>
      <w:r w:rsidR="00000000">
        <w:t>programma</w:t>
      </w:r>
      <w:proofErr w:type="spellEnd"/>
      <w:r w:rsidR="00000000">
        <w:t xml:space="preserve"> </w:t>
      </w:r>
      <w:proofErr w:type="spellStart"/>
      <w:r w:rsidR="00000000">
        <w:t>comprendente</w:t>
      </w:r>
      <w:proofErr w:type="spellEnd"/>
      <w:r w:rsidR="00000000">
        <w:t xml:space="preserve"> Gjeilo, Trotta, Peradze, Gorczycki e Kedrov.</w:t>
      </w:r>
    </w:p>
    <w:p w14:paraId="79A784DB" w14:textId="3922C270" w:rsidR="00015A85" w:rsidRDefault="00000000">
      <w:pPr>
        <w:pStyle w:val="Fonte"/>
      </w:pPr>
      <w:r>
        <w:rPr>
          <w:b/>
        </w:rPr>
        <w:t xml:space="preserve">URL: </w:t>
      </w:r>
      <w:hyperlink r:id="rId35" w:history="1">
        <w:r w:rsidR="0099613A" w:rsidRPr="007D68F8">
          <w:rPr>
            <w:rStyle w:val="Collegamentoipertestuale"/>
          </w:rPr>
          <w:t>https://www.salonelibro.it/programma-eventi/concerto_di_musica_sacra/20950</w:t>
        </w:r>
      </w:hyperlink>
      <w:r w:rsidR="0099613A">
        <w:rPr>
          <w:color w:val="464646"/>
        </w:rPr>
        <w:t xml:space="preserve"> </w:t>
      </w:r>
    </w:p>
    <w:p w14:paraId="3652D6CE" w14:textId="193B5686" w:rsidR="00015A85" w:rsidRDefault="00015A85"/>
    <w:p w14:paraId="23076C7D" w14:textId="45CAC15B" w:rsidR="00015A85" w:rsidRDefault="00000000">
      <w:pPr>
        <w:pStyle w:val="Titolo1"/>
      </w:pPr>
      <w:r>
        <w:lastRenderedPageBreak/>
        <w:t>6. Stampa, media e piattaforme culturali</w:t>
      </w:r>
    </w:p>
    <w:p w14:paraId="6ED9AE1B" w14:textId="4604E31D" w:rsidR="00015A85" w:rsidRDefault="00000000">
      <w:pPr>
        <w:pStyle w:val="Titolo2"/>
      </w:pPr>
      <w:r>
        <w:t xml:space="preserve">TorinoSette / La Stampa </w:t>
      </w:r>
      <w:r w:rsidR="00A747FF">
        <w:t>–</w:t>
      </w:r>
      <w:r>
        <w:t xml:space="preserve"> Agenda</w:t>
      </w:r>
    </w:p>
    <w:p w14:paraId="614969EB" w14:textId="31BADA4D" w:rsidR="00B26B70" w:rsidRDefault="00B26B70" w:rsidP="00B26B70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La Stampa - </w:t>
      </w:r>
      <w:proofErr w:type="spellStart"/>
      <w:r>
        <w:rPr>
          <w:sz w:val="17"/>
        </w:rPr>
        <w:t>TorinoSette</w:t>
      </w:r>
      <w:proofErr w:type="spellEnd"/>
      <w:r w:rsidRPr="00F0216C">
        <w:rPr>
          <w:b/>
          <w:bCs/>
          <w:sz w:val="18"/>
          <w:szCs w:val="18"/>
        </w:rPr>
        <w:t xml:space="preserve"> </w:t>
      </w:r>
    </w:p>
    <w:p w14:paraId="587149D7" w14:textId="13060FE3" w:rsidR="00B26B70" w:rsidRDefault="00B26B70" w:rsidP="00B26B70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15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</w:t>
      </w:r>
    </w:p>
    <w:p w14:paraId="0D2AA569" w14:textId="34A92E30" w:rsidR="00B26B70" w:rsidRDefault="00B26B70" w:rsidP="00B26B70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Agenda </w:t>
      </w:r>
      <w:proofErr w:type="spellStart"/>
      <w:r>
        <w:rPr>
          <w:sz w:val="18"/>
          <w:szCs w:val="18"/>
        </w:rPr>
        <w:t>culturale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stampa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cittadina</w:t>
      </w:r>
      <w:proofErr w:type="spellEnd"/>
      <w:r w:rsidR="000C29AF">
        <w:rPr>
          <w:sz w:val="18"/>
          <w:szCs w:val="18"/>
        </w:rPr>
        <w:t xml:space="preserve"> e </w:t>
      </w:r>
      <w:proofErr w:type="spellStart"/>
      <w:r w:rsidR="000C29AF">
        <w:rPr>
          <w:sz w:val="18"/>
          <w:szCs w:val="18"/>
        </w:rPr>
        <w:t>nazionale</w:t>
      </w:r>
      <w:proofErr w:type="spellEnd"/>
    </w:p>
    <w:p w14:paraId="38185AA0" w14:textId="09649B37" w:rsidR="00B26B70" w:rsidRDefault="000C29AF" w:rsidP="00B26B70">
      <w:r w:rsidRPr="000C29AF">
        <w:drawing>
          <wp:anchor distT="0" distB="0" distL="114300" distR="114300" simplePos="0" relativeHeight="251922944" behindDoc="0" locked="0" layoutInCell="1" allowOverlap="1" wp14:anchorId="406CC618" wp14:editId="16B532BE">
            <wp:simplePos x="0" y="0"/>
            <wp:positionH relativeFrom="column">
              <wp:posOffset>-46856</wp:posOffset>
            </wp:positionH>
            <wp:positionV relativeFrom="paragraph">
              <wp:posOffset>306505</wp:posOffset>
            </wp:positionV>
            <wp:extent cx="4435642" cy="1945800"/>
            <wp:effectExtent l="0" t="0" r="3175" b="0"/>
            <wp:wrapSquare wrapText="bothSides"/>
            <wp:docPr id="667711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117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5642" cy="194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26B70" w:rsidRPr="00F0216C">
        <w:rPr>
          <w:b/>
          <w:bCs/>
          <w:sz w:val="18"/>
          <w:szCs w:val="18"/>
        </w:rPr>
        <w:t>Rilevanza</w:t>
      </w:r>
      <w:proofErr w:type="spellEnd"/>
      <w:r w:rsidR="00B26B70" w:rsidRPr="00F0216C">
        <w:rPr>
          <w:b/>
          <w:bCs/>
          <w:sz w:val="18"/>
          <w:szCs w:val="18"/>
        </w:rPr>
        <w:t>:</w:t>
      </w:r>
      <w:r w:rsidR="00B26B70">
        <w:rPr>
          <w:sz w:val="18"/>
          <w:szCs w:val="18"/>
        </w:rPr>
        <w:t xml:space="preserve"> </w:t>
      </w:r>
      <w:r w:rsidR="00B26B70">
        <w:rPr>
          <w:sz w:val="18"/>
          <w:szCs w:val="18"/>
        </w:rPr>
        <w:t xml:space="preserve">Alta - media </w:t>
      </w:r>
      <w:proofErr w:type="spellStart"/>
      <w:r w:rsidR="00B26B70">
        <w:rPr>
          <w:sz w:val="18"/>
          <w:szCs w:val="18"/>
        </w:rPr>
        <w:t>cittadino</w:t>
      </w:r>
      <w:proofErr w:type="spellEnd"/>
      <w:r w:rsidR="00B26B70">
        <w:rPr>
          <w:sz w:val="18"/>
          <w:szCs w:val="18"/>
        </w:rPr>
        <w:t xml:space="preserve"> </w:t>
      </w:r>
      <w:proofErr w:type="spellStart"/>
      <w:r w:rsidR="00B26B70">
        <w:rPr>
          <w:sz w:val="18"/>
          <w:szCs w:val="18"/>
        </w:rPr>
        <w:t>autorevole</w:t>
      </w:r>
      <w:proofErr w:type="spellEnd"/>
    </w:p>
    <w:p w14:paraId="145A0798" w14:textId="3D0F8889" w:rsidR="00015A85" w:rsidRDefault="00000000" w:rsidP="000C29AF">
      <w:pPr>
        <w:pStyle w:val="Corpotesto"/>
        <w:jc w:val="both"/>
      </w:pPr>
      <w:proofErr w:type="spellStart"/>
      <w:r>
        <w:t>TorinoSette</w:t>
      </w:r>
      <w:proofErr w:type="spellEnd"/>
      <w:r>
        <w:t xml:space="preserve"> </w:t>
      </w:r>
      <w:proofErr w:type="spellStart"/>
      <w:r>
        <w:t>inserisce</w:t>
      </w:r>
      <w:proofErr w:type="spellEnd"/>
      <w:r>
        <w:t xml:space="preserve"> </w:t>
      </w:r>
      <w:proofErr w:type="spellStart"/>
      <w:r>
        <w:t>Abitare</w:t>
      </w:r>
      <w:proofErr w:type="spellEnd"/>
      <w:r>
        <w:t xml:space="preserve"> il territorio nell’agenda culturale del periodo Salone OFF, con riferimento all’incontro nella Sala Emmaus con gli autori di AtbEdizioni. Il contenuto online è parziale, ma la citazione indicizzata è significativa per il posizionamento cittadino.</w:t>
      </w:r>
    </w:p>
    <w:p w14:paraId="5CE220D1" w14:textId="4521CCD2" w:rsidR="00015A85" w:rsidRDefault="00000000">
      <w:pPr>
        <w:pStyle w:val="Fonte"/>
      </w:pPr>
      <w:r>
        <w:rPr>
          <w:b/>
        </w:rPr>
        <w:t xml:space="preserve">URL: </w:t>
      </w:r>
      <w:hyperlink r:id="rId37" w:history="1">
        <w:r w:rsidR="00B26B70" w:rsidRPr="007D68F8">
          <w:rPr>
            <w:rStyle w:val="Collegamentoipertestuale"/>
          </w:rPr>
          <w:t>https://www.lastampa.it/torinosette/2026/05/1</w:t>
        </w:r>
        <w:r w:rsidR="00B26B70" w:rsidRPr="007D68F8">
          <w:rPr>
            <w:rStyle w:val="Collegamentoipertestuale"/>
          </w:rPr>
          <w:t>5/news/agenda-15622749/</w:t>
        </w:r>
      </w:hyperlink>
      <w:r w:rsidR="00B26B70">
        <w:rPr>
          <w:color w:val="464646"/>
        </w:rPr>
        <w:t xml:space="preserve"> </w:t>
      </w:r>
    </w:p>
    <w:p w14:paraId="6EA9D17A" w14:textId="5B272FE0" w:rsidR="00015A85" w:rsidRDefault="00015A85"/>
    <w:p w14:paraId="03D61E99" w14:textId="0B3D6615" w:rsidR="00015A85" w:rsidRDefault="00000000">
      <w:pPr>
        <w:pStyle w:val="Titolo2"/>
      </w:pPr>
      <w:r>
        <w:t xml:space="preserve">Exibart - Sudan. </w:t>
      </w:r>
      <w:proofErr w:type="spellStart"/>
      <w:r>
        <w:t>Artisti</w:t>
      </w:r>
      <w:proofErr w:type="spellEnd"/>
      <w:r>
        <w:t xml:space="preserve"> </w:t>
      </w:r>
      <w:proofErr w:type="spellStart"/>
      <w:r>
        <w:t>contemporane</w:t>
      </w:r>
      <w:r w:rsidR="00A747FF">
        <w:t>i</w:t>
      </w:r>
      <w:proofErr w:type="spellEnd"/>
    </w:p>
    <w:p w14:paraId="49BD4BDE" w14:textId="6F817D2B" w:rsidR="00B26B70" w:rsidRDefault="00B26B70" w:rsidP="00B26B70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proofErr w:type="spellStart"/>
      <w:r>
        <w:rPr>
          <w:sz w:val="17"/>
        </w:rPr>
        <w:t>Exibart</w:t>
      </w:r>
      <w:proofErr w:type="spellEnd"/>
      <w:r w:rsidRPr="00F0216C">
        <w:rPr>
          <w:b/>
          <w:bCs/>
          <w:sz w:val="18"/>
          <w:szCs w:val="18"/>
        </w:rPr>
        <w:t xml:space="preserve"> </w:t>
      </w:r>
    </w:p>
    <w:p w14:paraId="7E145491" w14:textId="1F2E4524" w:rsidR="00B26B70" w:rsidRDefault="00B26B70" w:rsidP="00B26B70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</w:t>
      </w:r>
    </w:p>
    <w:p w14:paraId="6CFD4578" w14:textId="3F2D4AD3" w:rsidR="00B26B70" w:rsidRDefault="00B26B70" w:rsidP="00B26B70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piattaforma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arte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cultura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contemporanee</w:t>
      </w:r>
      <w:proofErr w:type="spellEnd"/>
    </w:p>
    <w:p w14:paraId="4B5F041B" w14:textId="57DCF288" w:rsidR="00B26B70" w:rsidRDefault="00B26B70" w:rsidP="00B26B70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Alta – </w:t>
      </w:r>
      <w:proofErr w:type="spellStart"/>
      <w:r>
        <w:rPr>
          <w:sz w:val="18"/>
          <w:szCs w:val="18"/>
        </w:rPr>
        <w:t>riconoscimento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sistema</w:t>
      </w:r>
      <w:proofErr w:type="spellEnd"/>
      <w:r>
        <w:rPr>
          <w:sz w:val="18"/>
          <w:szCs w:val="18"/>
        </w:rPr>
        <w:t xml:space="preserve"> dell’arte </w:t>
      </w:r>
      <w:proofErr w:type="spellStart"/>
      <w:r>
        <w:rPr>
          <w:sz w:val="18"/>
          <w:szCs w:val="18"/>
        </w:rPr>
        <w:t>contemporanea</w:t>
      </w:r>
      <w:proofErr w:type="spellEnd"/>
    </w:p>
    <w:p w14:paraId="59ABDF16" w14:textId="3402EF72" w:rsidR="00015A85" w:rsidRDefault="002C29C9" w:rsidP="002C29C9">
      <w:pPr>
        <w:pStyle w:val="Corpotesto"/>
        <w:jc w:val="both"/>
      </w:pPr>
      <w:r w:rsidRPr="00241F54">
        <w:drawing>
          <wp:anchor distT="0" distB="0" distL="114300" distR="114300" simplePos="0" relativeHeight="251924992" behindDoc="0" locked="0" layoutInCell="1" allowOverlap="1" wp14:anchorId="40D505B3" wp14:editId="75BE3967">
            <wp:simplePos x="0" y="0"/>
            <wp:positionH relativeFrom="column">
              <wp:posOffset>1270</wp:posOffset>
            </wp:positionH>
            <wp:positionV relativeFrom="paragraph">
              <wp:posOffset>5080</wp:posOffset>
            </wp:positionV>
            <wp:extent cx="2744470" cy="3985260"/>
            <wp:effectExtent l="0" t="0" r="0" b="0"/>
            <wp:wrapSquare wrapText="bothSides"/>
            <wp:docPr id="10376960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9606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Exibart</w:t>
      </w:r>
      <w:proofErr w:type="spellEnd"/>
      <w:r w:rsidR="00000000">
        <w:t xml:space="preserve"> </w:t>
      </w:r>
      <w:proofErr w:type="spellStart"/>
      <w:r w:rsidR="00000000">
        <w:t>pubblica</w:t>
      </w:r>
      <w:proofErr w:type="spellEnd"/>
      <w:r w:rsidR="00000000">
        <w:t xml:space="preserve"> la </w:t>
      </w:r>
      <w:proofErr w:type="spellStart"/>
      <w:r w:rsidR="00000000">
        <w:t>scheda</w:t>
      </w:r>
      <w:proofErr w:type="spellEnd"/>
      <w:r w:rsidR="00000000">
        <w:t xml:space="preserve"> della mostra Sudan. Artisti contemporanei, indicando ATB Associazione Culturale, date, sede, curatela Allocco/Russo e focus sulla collezione GliExtra.</w:t>
      </w:r>
    </w:p>
    <w:p w14:paraId="319A3891" w14:textId="6F809C8E" w:rsidR="00015A85" w:rsidRDefault="00000000">
      <w:pPr>
        <w:pStyle w:val="Fonte"/>
      </w:pPr>
      <w:r>
        <w:rPr>
          <w:b/>
        </w:rPr>
        <w:t xml:space="preserve">URL: </w:t>
      </w:r>
      <w:hyperlink r:id="rId39" w:history="1">
        <w:r w:rsidR="00B26B70" w:rsidRPr="007D68F8">
          <w:rPr>
            <w:rStyle w:val="Collegamentoipertestuale"/>
          </w:rPr>
          <w:t>https://www.exibart.com/evento-arte/sudan-artisti-contemporanei/</w:t>
        </w:r>
      </w:hyperlink>
      <w:r w:rsidR="00B26B70">
        <w:rPr>
          <w:color w:val="464646"/>
        </w:rPr>
        <w:t xml:space="preserve"> </w:t>
      </w:r>
    </w:p>
    <w:p w14:paraId="163F3A58" w14:textId="520E43E4" w:rsidR="00015A85" w:rsidRDefault="00015A85"/>
    <w:p w14:paraId="33E6FAB0" w14:textId="77777777" w:rsidR="002C29C9" w:rsidRDefault="002C29C9"/>
    <w:p w14:paraId="2837DA27" w14:textId="77777777" w:rsidR="002C29C9" w:rsidRDefault="002C29C9"/>
    <w:p w14:paraId="2A723088" w14:textId="77777777" w:rsidR="002C29C9" w:rsidRDefault="002C29C9"/>
    <w:p w14:paraId="561C5766" w14:textId="77777777" w:rsidR="002C29C9" w:rsidRDefault="002C29C9"/>
    <w:p w14:paraId="11B859D5" w14:textId="77777777" w:rsidR="002C29C9" w:rsidRDefault="002C29C9"/>
    <w:p w14:paraId="07AE032E" w14:textId="77777777" w:rsidR="002C29C9" w:rsidRDefault="002C29C9"/>
    <w:p w14:paraId="13FEB41E" w14:textId="77777777" w:rsidR="002C29C9" w:rsidRDefault="002C29C9"/>
    <w:p w14:paraId="07217880" w14:textId="77777777" w:rsidR="002C29C9" w:rsidRDefault="002C29C9"/>
    <w:p w14:paraId="07A4C227" w14:textId="77777777" w:rsidR="002C29C9" w:rsidRDefault="002C29C9"/>
    <w:p w14:paraId="1245A630" w14:textId="77777777" w:rsidR="002C29C9" w:rsidRDefault="002C29C9"/>
    <w:p w14:paraId="12AE0316" w14:textId="77777777" w:rsidR="00015A85" w:rsidRDefault="00000000">
      <w:pPr>
        <w:pStyle w:val="Titolo2"/>
      </w:pPr>
      <w:r>
        <w:t xml:space="preserve">Juliet Art Magazine - Sudan. </w:t>
      </w:r>
      <w:proofErr w:type="spellStart"/>
      <w:r>
        <w:t>Artisti</w:t>
      </w:r>
      <w:proofErr w:type="spellEnd"/>
      <w:r>
        <w:t xml:space="preserve"> </w:t>
      </w:r>
      <w:proofErr w:type="spellStart"/>
      <w:r>
        <w:t>contemporanei</w:t>
      </w:r>
      <w:proofErr w:type="spellEnd"/>
    </w:p>
    <w:p w14:paraId="10F47203" w14:textId="517ADB17" w:rsidR="00B26B70" w:rsidRDefault="00B26B70" w:rsidP="00B26B70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Juliet Art Magazine</w:t>
      </w:r>
      <w:r w:rsidRPr="00F0216C">
        <w:rPr>
          <w:b/>
          <w:bCs/>
          <w:sz w:val="18"/>
          <w:szCs w:val="18"/>
        </w:rPr>
        <w:t xml:space="preserve"> </w:t>
      </w:r>
    </w:p>
    <w:p w14:paraId="0CC68E9F" w14:textId="19356B92" w:rsidR="00B26B70" w:rsidRDefault="00B26B70" w:rsidP="00B26B70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</w:t>
      </w:r>
    </w:p>
    <w:p w14:paraId="385A1FB6" w14:textId="66FA7E28" w:rsidR="00B26B70" w:rsidRDefault="00B26B70" w:rsidP="00B26B70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Piattaforma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arte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contemporanea</w:t>
      </w:r>
      <w:proofErr w:type="spellEnd"/>
    </w:p>
    <w:p w14:paraId="747F5A90" w14:textId="139F8CD2" w:rsidR="00B26B70" w:rsidRDefault="00B26B70" w:rsidP="00B26B70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Alta – </w:t>
      </w:r>
      <w:proofErr w:type="spellStart"/>
      <w:r>
        <w:rPr>
          <w:sz w:val="18"/>
          <w:szCs w:val="18"/>
        </w:rPr>
        <w:t>piattaforma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arte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contemporanea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accreditata</w:t>
      </w:r>
      <w:proofErr w:type="spellEnd"/>
    </w:p>
    <w:p w14:paraId="0F01E14B" w14:textId="1570F00A" w:rsidR="00015A85" w:rsidRDefault="002C29C9">
      <w:pPr>
        <w:pStyle w:val="Corpotesto"/>
      </w:pPr>
      <w:r w:rsidRPr="002C29C9">
        <w:drawing>
          <wp:anchor distT="0" distB="0" distL="114300" distR="114300" simplePos="0" relativeHeight="251927040" behindDoc="0" locked="0" layoutInCell="1" allowOverlap="1" wp14:anchorId="210010E8" wp14:editId="1684B569">
            <wp:simplePos x="0" y="0"/>
            <wp:positionH relativeFrom="column">
              <wp:posOffset>1270</wp:posOffset>
            </wp:positionH>
            <wp:positionV relativeFrom="paragraph">
              <wp:posOffset>10361</wp:posOffset>
            </wp:positionV>
            <wp:extent cx="3205801" cy="3272589"/>
            <wp:effectExtent l="0" t="0" r="0" b="4445"/>
            <wp:wrapSquare wrapText="bothSides"/>
            <wp:docPr id="7064901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9017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05801" cy="327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 xml:space="preserve">Juliet Art Magazine </w:t>
      </w:r>
      <w:proofErr w:type="spellStart"/>
      <w:r w:rsidR="00000000">
        <w:t>segnala</w:t>
      </w:r>
      <w:proofErr w:type="spellEnd"/>
      <w:r w:rsidR="00000000">
        <w:t xml:space="preserve"> la mostra Sudan, rafforzando la visibilità dell’evento nel circuito dell’arte contemporanea e confermando la collaborazione ATB/GliExtra.</w:t>
      </w:r>
    </w:p>
    <w:p w14:paraId="562CB5D0" w14:textId="2441DD25" w:rsidR="00015A85" w:rsidRDefault="00000000">
      <w:pPr>
        <w:pStyle w:val="Fonte"/>
      </w:pPr>
      <w:r>
        <w:rPr>
          <w:b/>
        </w:rPr>
        <w:t xml:space="preserve">URL: </w:t>
      </w:r>
      <w:hyperlink r:id="rId41" w:history="1">
        <w:r w:rsidR="00B26B70" w:rsidRPr="007D68F8">
          <w:rPr>
            <w:rStyle w:val="Collegamentoipertestuale"/>
          </w:rPr>
          <w:t>https://www.juliet-artmagazine.com/events/sudan-artisti-contemporanei/</w:t>
        </w:r>
      </w:hyperlink>
      <w:r w:rsidR="00B26B70">
        <w:rPr>
          <w:color w:val="464646"/>
        </w:rPr>
        <w:t xml:space="preserve"> </w:t>
      </w:r>
    </w:p>
    <w:p w14:paraId="2C71FE1D" w14:textId="4A61651D" w:rsidR="00015A85" w:rsidRDefault="00015A85"/>
    <w:p w14:paraId="5470DAC5" w14:textId="77777777" w:rsidR="002C29C9" w:rsidRDefault="002C29C9"/>
    <w:p w14:paraId="127D9EB8" w14:textId="77777777" w:rsidR="002C29C9" w:rsidRDefault="002C29C9"/>
    <w:p w14:paraId="1731D9CB" w14:textId="77777777" w:rsidR="002C29C9" w:rsidRDefault="002C29C9"/>
    <w:p w14:paraId="4A3F058D" w14:textId="77777777" w:rsidR="002C29C9" w:rsidRDefault="002C29C9"/>
    <w:p w14:paraId="107EC059" w14:textId="77777777" w:rsidR="002C29C9" w:rsidRDefault="002C29C9"/>
    <w:p w14:paraId="18C5D5AB" w14:textId="77777777" w:rsidR="002C29C9" w:rsidRDefault="002C29C9"/>
    <w:p w14:paraId="13FFEE61" w14:textId="77777777" w:rsidR="002C29C9" w:rsidRDefault="002C29C9"/>
    <w:p w14:paraId="38EA5927" w14:textId="77777777" w:rsidR="002C29C9" w:rsidRDefault="002C29C9"/>
    <w:p w14:paraId="2C2E6D96" w14:textId="26191734" w:rsidR="00015A85" w:rsidRDefault="00000000">
      <w:pPr>
        <w:pStyle w:val="Titolo2"/>
      </w:pPr>
      <w:proofErr w:type="spellStart"/>
      <w:r>
        <w:t>Bioetica</w:t>
      </w:r>
      <w:proofErr w:type="spellEnd"/>
      <w:r>
        <w:t xml:space="preserve"> News Torino - </w:t>
      </w:r>
      <w:proofErr w:type="spellStart"/>
      <w:r>
        <w:t>Bioetica</w:t>
      </w:r>
      <w:proofErr w:type="spellEnd"/>
      <w:r>
        <w:t xml:space="preserve"> e Arte</w:t>
      </w:r>
    </w:p>
    <w:p w14:paraId="2D8FB236" w14:textId="44D4D8D5" w:rsidR="00B26B70" w:rsidRDefault="00B26B70" w:rsidP="00B26B70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proofErr w:type="spellStart"/>
      <w:r>
        <w:rPr>
          <w:sz w:val="17"/>
        </w:rPr>
        <w:t>Bioetica</w:t>
      </w:r>
      <w:proofErr w:type="spellEnd"/>
      <w:r>
        <w:rPr>
          <w:sz w:val="17"/>
        </w:rPr>
        <w:t xml:space="preserve"> News Torino</w:t>
      </w:r>
      <w:r w:rsidRPr="00F0216C">
        <w:rPr>
          <w:b/>
          <w:bCs/>
          <w:sz w:val="18"/>
          <w:szCs w:val="18"/>
        </w:rPr>
        <w:t xml:space="preserve"> </w:t>
      </w:r>
    </w:p>
    <w:p w14:paraId="7CB48FC4" w14:textId="66AB70E1" w:rsidR="00B26B70" w:rsidRDefault="00B26B70" w:rsidP="00B26B70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1</w:t>
      </w:r>
      <w:r>
        <w:rPr>
          <w:sz w:val="17"/>
        </w:rPr>
        <w:t>1</w:t>
      </w:r>
      <w:r>
        <w:rPr>
          <w:sz w:val="17"/>
        </w:rPr>
        <w:t xml:space="preserve">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</w:t>
      </w:r>
    </w:p>
    <w:p w14:paraId="35FC3D5A" w14:textId="0C982F88" w:rsidR="00B26B70" w:rsidRDefault="00B26B70" w:rsidP="00B26B70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cultura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arte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attualità</w:t>
      </w:r>
      <w:proofErr w:type="spellEnd"/>
    </w:p>
    <w:p w14:paraId="28CA75F2" w14:textId="16CF1201" w:rsidR="00B26B70" w:rsidRDefault="002C29C9" w:rsidP="002C29C9">
      <w:pPr>
        <w:jc w:val="both"/>
      </w:pPr>
      <w:r w:rsidRPr="002C29C9">
        <w:drawing>
          <wp:anchor distT="0" distB="0" distL="114300" distR="114300" simplePos="0" relativeHeight="251930112" behindDoc="0" locked="0" layoutInCell="1" allowOverlap="1" wp14:anchorId="610386D6" wp14:editId="10A81FB7">
            <wp:simplePos x="0" y="0"/>
            <wp:positionH relativeFrom="column">
              <wp:posOffset>-318770</wp:posOffset>
            </wp:positionH>
            <wp:positionV relativeFrom="paragraph">
              <wp:posOffset>299085</wp:posOffset>
            </wp:positionV>
            <wp:extent cx="5547360" cy="2778760"/>
            <wp:effectExtent l="0" t="0" r="0" b="2540"/>
            <wp:wrapSquare wrapText="bothSides"/>
            <wp:docPr id="7711530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5306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26B70" w:rsidRPr="00F0216C">
        <w:rPr>
          <w:b/>
          <w:bCs/>
          <w:sz w:val="18"/>
          <w:szCs w:val="18"/>
        </w:rPr>
        <w:t>Rilevanza</w:t>
      </w:r>
      <w:proofErr w:type="spellEnd"/>
      <w:r w:rsidR="00B26B70" w:rsidRPr="00F0216C">
        <w:rPr>
          <w:b/>
          <w:bCs/>
          <w:sz w:val="18"/>
          <w:szCs w:val="18"/>
        </w:rPr>
        <w:t>:</w:t>
      </w:r>
      <w:r w:rsidR="00B26B70">
        <w:rPr>
          <w:sz w:val="18"/>
          <w:szCs w:val="18"/>
        </w:rPr>
        <w:t xml:space="preserve"> M</w:t>
      </w:r>
      <w:r w:rsidR="00B26B70">
        <w:rPr>
          <w:sz w:val="18"/>
          <w:szCs w:val="18"/>
        </w:rPr>
        <w:t>edio/</w:t>
      </w:r>
      <w:proofErr w:type="spellStart"/>
      <w:r w:rsidR="00B26B70">
        <w:rPr>
          <w:sz w:val="18"/>
          <w:szCs w:val="18"/>
        </w:rPr>
        <w:t>alta</w:t>
      </w:r>
      <w:proofErr w:type="spellEnd"/>
      <w:r w:rsidR="00B26B70">
        <w:rPr>
          <w:sz w:val="18"/>
          <w:szCs w:val="18"/>
        </w:rPr>
        <w:t xml:space="preserve"> – </w:t>
      </w:r>
      <w:proofErr w:type="spellStart"/>
      <w:r w:rsidR="00B26B70">
        <w:rPr>
          <w:sz w:val="18"/>
          <w:szCs w:val="18"/>
        </w:rPr>
        <w:t>lettura</w:t>
      </w:r>
      <w:proofErr w:type="spellEnd"/>
      <w:r w:rsidR="00B26B70">
        <w:rPr>
          <w:sz w:val="18"/>
          <w:szCs w:val="18"/>
        </w:rPr>
        <w:t xml:space="preserve"> </w:t>
      </w:r>
      <w:proofErr w:type="spellStart"/>
      <w:r w:rsidR="00B26B70">
        <w:rPr>
          <w:sz w:val="18"/>
          <w:szCs w:val="18"/>
        </w:rPr>
        <w:t>culturale</w:t>
      </w:r>
      <w:proofErr w:type="spellEnd"/>
      <w:r w:rsidR="00B26B70">
        <w:rPr>
          <w:sz w:val="18"/>
          <w:szCs w:val="18"/>
        </w:rPr>
        <w:t xml:space="preserve"> e civile</w:t>
      </w:r>
    </w:p>
    <w:p w14:paraId="2B419CCC" w14:textId="57168A93" w:rsidR="00015A85" w:rsidRDefault="00000000" w:rsidP="002C29C9">
      <w:pPr>
        <w:pStyle w:val="Corpotesto"/>
        <w:jc w:val="both"/>
      </w:pPr>
      <w:proofErr w:type="spellStart"/>
      <w:r>
        <w:t>Bioetica</w:t>
      </w:r>
      <w:proofErr w:type="spellEnd"/>
      <w:r>
        <w:t xml:space="preserve"> News Torino </w:t>
      </w:r>
      <w:proofErr w:type="spellStart"/>
      <w:r>
        <w:t>segnala</w:t>
      </w:r>
      <w:proofErr w:type="spellEnd"/>
      <w:r>
        <w:t xml:space="preserve"> la mostra Sudan nel quadro delle mostre in corso a maggio 2026, citando ATB, Alessandro Allocco, Isabelle Russo e la collezione GliExtra.</w:t>
      </w:r>
    </w:p>
    <w:p w14:paraId="0F290209" w14:textId="1A47976D" w:rsidR="00015A85" w:rsidRDefault="00000000">
      <w:pPr>
        <w:pStyle w:val="Fonte"/>
      </w:pPr>
      <w:r>
        <w:rPr>
          <w:b/>
        </w:rPr>
        <w:t xml:space="preserve">URL: </w:t>
      </w:r>
      <w:hyperlink r:id="rId43" w:history="1">
        <w:r w:rsidR="002C29C9" w:rsidRPr="007D68F8">
          <w:rPr>
            <w:rStyle w:val="Collegamentoipertestuale"/>
          </w:rPr>
          <w:t>https://www.bioeticanews.it/bioetica-e-arte-mostre-in-corso-maggio-2026/</w:t>
        </w:r>
      </w:hyperlink>
      <w:r w:rsidR="002C29C9">
        <w:rPr>
          <w:color w:val="464646"/>
        </w:rPr>
        <w:t xml:space="preserve"> </w:t>
      </w:r>
    </w:p>
    <w:p w14:paraId="5947E809" w14:textId="23D560E0" w:rsidR="00015A85" w:rsidRDefault="00015A85"/>
    <w:p w14:paraId="369D8DA7" w14:textId="77777777" w:rsidR="00015A85" w:rsidRDefault="00000000">
      <w:pPr>
        <w:pStyle w:val="Titolo2"/>
      </w:pPr>
      <w:proofErr w:type="spellStart"/>
      <w:r>
        <w:lastRenderedPageBreak/>
        <w:t>PiemontePress</w:t>
      </w:r>
      <w:proofErr w:type="spellEnd"/>
      <w:r>
        <w:t xml:space="preserve"> - </w:t>
      </w:r>
      <w:proofErr w:type="spellStart"/>
      <w:r>
        <w:t>Abitare</w:t>
      </w:r>
      <w:proofErr w:type="spellEnd"/>
      <w:r>
        <w:t xml:space="preserve"> il </w:t>
      </w:r>
      <w:proofErr w:type="spellStart"/>
      <w:r>
        <w:t>territorio</w:t>
      </w:r>
      <w:proofErr w:type="spellEnd"/>
    </w:p>
    <w:p w14:paraId="4BDEEE07" w14:textId="4056BF27" w:rsidR="00B26B70" w:rsidRDefault="00B26B70" w:rsidP="00B26B70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proofErr w:type="spellStart"/>
      <w:r>
        <w:rPr>
          <w:sz w:val="17"/>
        </w:rPr>
        <w:t>PiemontePress</w:t>
      </w:r>
      <w:proofErr w:type="spellEnd"/>
      <w:r w:rsidR="000C29AF">
        <w:rPr>
          <w:sz w:val="17"/>
        </w:rPr>
        <w:t xml:space="preserve"> </w:t>
      </w:r>
    </w:p>
    <w:p w14:paraId="425E5304" w14:textId="64804036" w:rsidR="00B26B70" w:rsidRDefault="00B26B70" w:rsidP="00B26B70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="000C29AF">
        <w:rPr>
          <w:sz w:val="18"/>
          <w:szCs w:val="18"/>
        </w:rPr>
        <w:t xml:space="preserve">    </w:t>
      </w:r>
      <w:proofErr w:type="spellStart"/>
      <w:r w:rsidR="000C29AF">
        <w:rPr>
          <w:sz w:val="17"/>
        </w:rPr>
        <w:t>maggio</w:t>
      </w:r>
      <w:proofErr w:type="spellEnd"/>
      <w:r w:rsidR="000C29AF">
        <w:rPr>
          <w:sz w:val="17"/>
        </w:rPr>
        <w:t xml:space="preserve"> 2026</w:t>
      </w:r>
    </w:p>
    <w:p w14:paraId="37A39D71" w14:textId="30DF3AAC" w:rsidR="00B26B70" w:rsidRDefault="00B26B70" w:rsidP="00B26B70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 w:rsidR="000C29AF">
        <w:rPr>
          <w:sz w:val="18"/>
          <w:szCs w:val="18"/>
        </w:rPr>
        <w:t>portale</w:t>
      </w:r>
      <w:proofErr w:type="spellEnd"/>
      <w:r w:rsidR="000C29AF">
        <w:rPr>
          <w:sz w:val="18"/>
          <w:szCs w:val="18"/>
        </w:rPr>
        <w:t xml:space="preserve"> informative locale</w:t>
      </w:r>
    </w:p>
    <w:p w14:paraId="1ADBBB7D" w14:textId="59122AD1" w:rsidR="00B26B70" w:rsidRDefault="00B26B70" w:rsidP="00B26B70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</w:t>
      </w:r>
      <w:r w:rsidR="000C29AF">
        <w:rPr>
          <w:sz w:val="18"/>
          <w:szCs w:val="18"/>
        </w:rPr>
        <w:t xml:space="preserve">edia – </w:t>
      </w:r>
      <w:proofErr w:type="spellStart"/>
      <w:r w:rsidR="000C29AF">
        <w:rPr>
          <w:sz w:val="18"/>
          <w:szCs w:val="18"/>
        </w:rPr>
        <w:t>diffusione</w:t>
      </w:r>
      <w:proofErr w:type="spellEnd"/>
      <w:r w:rsidR="000C29AF">
        <w:rPr>
          <w:sz w:val="18"/>
          <w:szCs w:val="18"/>
        </w:rPr>
        <w:t xml:space="preserve"> locale e </w:t>
      </w:r>
      <w:proofErr w:type="spellStart"/>
      <w:r w:rsidR="000C29AF">
        <w:rPr>
          <w:sz w:val="18"/>
          <w:szCs w:val="18"/>
        </w:rPr>
        <w:t>territoriale</w:t>
      </w:r>
      <w:proofErr w:type="spellEnd"/>
    </w:p>
    <w:p w14:paraId="4742FBC3" w14:textId="37A68D19" w:rsidR="00015A85" w:rsidRDefault="002C29C9" w:rsidP="002C29C9">
      <w:pPr>
        <w:pStyle w:val="Corpotesto"/>
        <w:jc w:val="both"/>
      </w:pPr>
      <w:r w:rsidRPr="002C29C9">
        <w:drawing>
          <wp:anchor distT="0" distB="0" distL="114300" distR="114300" simplePos="0" relativeHeight="251932160" behindDoc="0" locked="0" layoutInCell="1" allowOverlap="1" wp14:anchorId="1D798901" wp14:editId="0A9817DD">
            <wp:simplePos x="0" y="0"/>
            <wp:positionH relativeFrom="column">
              <wp:posOffset>1270</wp:posOffset>
            </wp:positionH>
            <wp:positionV relativeFrom="paragraph">
              <wp:posOffset>88900</wp:posOffset>
            </wp:positionV>
            <wp:extent cx="3216275" cy="4803775"/>
            <wp:effectExtent l="0" t="0" r="3175" b="0"/>
            <wp:wrapSquare wrapText="bothSides"/>
            <wp:docPr id="14590649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498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PiemontePress</w:t>
      </w:r>
      <w:proofErr w:type="spellEnd"/>
      <w:r w:rsidR="00000000">
        <w:t xml:space="preserve"> </w:t>
      </w:r>
      <w:proofErr w:type="spellStart"/>
      <w:r w:rsidR="00000000">
        <w:t>indicizza</w:t>
      </w:r>
      <w:proofErr w:type="spellEnd"/>
      <w:r w:rsidR="00000000">
        <w:t xml:space="preserve"> il </w:t>
      </w:r>
      <w:proofErr w:type="spellStart"/>
      <w:r w:rsidR="00000000">
        <w:t>comunicato</w:t>
      </w:r>
      <w:proofErr w:type="spellEnd"/>
      <w:r w:rsidR="00000000">
        <w:t xml:space="preserve"> relativo agli eventi di ATB inseriti nel programma del Salone OFF, con riferimento ad Abitare il territorio. La pagina va acquisita con screenshot manuale perché la visualizzazione può essere instabile.</w:t>
      </w:r>
    </w:p>
    <w:p w14:paraId="6FC13A09" w14:textId="07285D77" w:rsidR="00015A85" w:rsidRDefault="00000000">
      <w:pPr>
        <w:pStyle w:val="Fonte"/>
        <w:rPr>
          <w:color w:val="464646"/>
        </w:rPr>
      </w:pPr>
      <w:r>
        <w:rPr>
          <w:b/>
        </w:rPr>
        <w:t xml:space="preserve">URL: </w:t>
      </w:r>
      <w:hyperlink r:id="rId45" w:history="1">
        <w:r w:rsidR="002C29C9" w:rsidRPr="007D68F8">
          <w:rPr>
            <w:rStyle w:val="Collegamentoipertestuale"/>
          </w:rPr>
          <w:t>https://www.piemontepress.it/piemontepress/portale/index.php?cat=10&amp;com=18234</w:t>
        </w:r>
      </w:hyperlink>
    </w:p>
    <w:p w14:paraId="42A4F0E5" w14:textId="77777777" w:rsidR="002C29C9" w:rsidRDefault="002C29C9">
      <w:pPr>
        <w:pStyle w:val="Fonte"/>
        <w:rPr>
          <w:color w:val="464646"/>
        </w:rPr>
      </w:pPr>
    </w:p>
    <w:p w14:paraId="09B8FB44" w14:textId="77777777" w:rsidR="002C29C9" w:rsidRDefault="002C29C9">
      <w:pPr>
        <w:pStyle w:val="Fonte"/>
        <w:rPr>
          <w:color w:val="464646"/>
        </w:rPr>
      </w:pPr>
    </w:p>
    <w:p w14:paraId="54075802" w14:textId="77777777" w:rsidR="002C29C9" w:rsidRDefault="002C29C9">
      <w:pPr>
        <w:pStyle w:val="Fonte"/>
        <w:rPr>
          <w:color w:val="464646"/>
        </w:rPr>
      </w:pPr>
    </w:p>
    <w:p w14:paraId="6FF61618" w14:textId="77777777" w:rsidR="002C29C9" w:rsidRDefault="002C29C9">
      <w:pPr>
        <w:pStyle w:val="Fonte"/>
        <w:rPr>
          <w:color w:val="464646"/>
        </w:rPr>
      </w:pPr>
    </w:p>
    <w:p w14:paraId="67D5068D" w14:textId="77777777" w:rsidR="002C29C9" w:rsidRDefault="002C29C9">
      <w:pPr>
        <w:pStyle w:val="Fonte"/>
        <w:rPr>
          <w:color w:val="464646"/>
        </w:rPr>
      </w:pPr>
    </w:p>
    <w:p w14:paraId="490B28F5" w14:textId="77777777" w:rsidR="002C29C9" w:rsidRDefault="002C29C9">
      <w:pPr>
        <w:pStyle w:val="Fonte"/>
        <w:rPr>
          <w:color w:val="464646"/>
        </w:rPr>
      </w:pPr>
    </w:p>
    <w:p w14:paraId="4485B767" w14:textId="77777777" w:rsidR="002C29C9" w:rsidRDefault="002C29C9">
      <w:pPr>
        <w:pStyle w:val="Fonte"/>
        <w:rPr>
          <w:color w:val="464646"/>
        </w:rPr>
      </w:pPr>
    </w:p>
    <w:p w14:paraId="335C7FE5" w14:textId="77777777" w:rsidR="002C29C9" w:rsidRDefault="002C29C9">
      <w:pPr>
        <w:pStyle w:val="Fonte"/>
        <w:rPr>
          <w:color w:val="464646"/>
        </w:rPr>
      </w:pPr>
    </w:p>
    <w:p w14:paraId="56E1BE03" w14:textId="77777777" w:rsidR="002C29C9" w:rsidRDefault="002C29C9">
      <w:pPr>
        <w:pStyle w:val="Fonte"/>
        <w:rPr>
          <w:color w:val="464646"/>
        </w:rPr>
      </w:pPr>
    </w:p>
    <w:p w14:paraId="0D3E2A34" w14:textId="77777777" w:rsidR="002C29C9" w:rsidRDefault="002C29C9">
      <w:pPr>
        <w:pStyle w:val="Fonte"/>
        <w:rPr>
          <w:color w:val="464646"/>
        </w:rPr>
      </w:pPr>
    </w:p>
    <w:p w14:paraId="1BD5760C" w14:textId="77777777" w:rsidR="002C29C9" w:rsidRDefault="002C29C9">
      <w:pPr>
        <w:pStyle w:val="Fonte"/>
      </w:pPr>
    </w:p>
    <w:p w14:paraId="7A457F50" w14:textId="344AE100" w:rsidR="00015A85" w:rsidRDefault="00015A85"/>
    <w:p w14:paraId="4F170C28" w14:textId="77777777" w:rsidR="00961B77" w:rsidRDefault="00961B77"/>
    <w:p w14:paraId="4C3D4619" w14:textId="77777777" w:rsidR="00961B77" w:rsidRDefault="00961B77"/>
    <w:p w14:paraId="3C9F3A3B" w14:textId="77777777" w:rsidR="00961B77" w:rsidRDefault="00961B77"/>
    <w:p w14:paraId="15C1F55D" w14:textId="77777777" w:rsidR="00961B77" w:rsidRDefault="00961B77"/>
    <w:p w14:paraId="7DF1C40A" w14:textId="77777777" w:rsidR="00961B77" w:rsidRDefault="00961B77"/>
    <w:p w14:paraId="2FBE4DED" w14:textId="77777777" w:rsidR="00961B77" w:rsidRDefault="00961B77"/>
    <w:p w14:paraId="158C811E" w14:textId="77777777" w:rsidR="00961B77" w:rsidRDefault="00961B77"/>
    <w:p w14:paraId="6226D520" w14:textId="77777777" w:rsidR="00961B77" w:rsidRDefault="00961B77"/>
    <w:p w14:paraId="5732201D" w14:textId="0CF54AD1" w:rsidR="00015A85" w:rsidRDefault="00000000">
      <w:pPr>
        <w:pStyle w:val="Titolo1"/>
      </w:pPr>
      <w:r>
        <w:lastRenderedPageBreak/>
        <w:t>7. Diffusione social, endorsement e rete territoriale</w:t>
      </w:r>
    </w:p>
    <w:p w14:paraId="3906E2B6" w14:textId="77777777" w:rsidR="00015A85" w:rsidRDefault="00000000" w:rsidP="00961B77">
      <w:pPr>
        <w:pStyle w:val="Corpotesto"/>
        <w:jc w:val="both"/>
      </w:pPr>
      <w:r>
        <w:t>La diffusione social non va confusa con la stampa, ma in un dossier 2026 ha valore come prova di circolazione culturale e attivazione di rete. È particolarmente utile per documentare l’adesione dei partecipanti, il passaggio nei pubblici di prossimità e la capacità del progetto di generare una costellazione territoriale.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045"/>
        <w:gridCol w:w="2045"/>
        <w:gridCol w:w="2045"/>
        <w:gridCol w:w="2045"/>
        <w:gridCol w:w="2045"/>
      </w:tblGrid>
      <w:tr w:rsidR="00015A85" w14:paraId="63FA1529" w14:textId="77777777">
        <w:trPr>
          <w:jc w:val="center"/>
        </w:trPr>
        <w:tc>
          <w:tcPr>
            <w:tcW w:w="2045" w:type="dxa"/>
            <w:shd w:val="clear" w:color="auto" w:fill="1F4E5F"/>
          </w:tcPr>
          <w:p w14:paraId="5834225A" w14:textId="77777777" w:rsidR="00015A85" w:rsidRDefault="00000000">
            <w:r>
              <w:rPr>
                <w:b/>
                <w:color w:val="FFFFFF"/>
                <w:sz w:val="16"/>
              </w:rPr>
              <w:t>Area</w:t>
            </w:r>
          </w:p>
        </w:tc>
        <w:tc>
          <w:tcPr>
            <w:tcW w:w="2045" w:type="dxa"/>
            <w:shd w:val="clear" w:color="auto" w:fill="1F4E5F"/>
          </w:tcPr>
          <w:p w14:paraId="6316C669" w14:textId="77777777" w:rsidR="00015A85" w:rsidRDefault="00000000">
            <w:r>
              <w:rPr>
                <w:b/>
                <w:color w:val="FFFFFF"/>
                <w:sz w:val="16"/>
              </w:rPr>
              <w:t>Fonte / uscita</w:t>
            </w:r>
          </w:p>
        </w:tc>
        <w:tc>
          <w:tcPr>
            <w:tcW w:w="2045" w:type="dxa"/>
            <w:shd w:val="clear" w:color="auto" w:fill="1F4E5F"/>
          </w:tcPr>
          <w:p w14:paraId="7BC6A3AD" w14:textId="77777777" w:rsidR="00015A85" w:rsidRDefault="00000000">
            <w:r>
              <w:rPr>
                <w:b/>
                <w:color w:val="FFFFFF"/>
                <w:sz w:val="16"/>
              </w:rPr>
              <w:t>Data</w:t>
            </w:r>
          </w:p>
        </w:tc>
        <w:tc>
          <w:tcPr>
            <w:tcW w:w="2045" w:type="dxa"/>
            <w:shd w:val="clear" w:color="auto" w:fill="1F4E5F"/>
          </w:tcPr>
          <w:p w14:paraId="0E821584" w14:textId="77777777" w:rsidR="00015A85" w:rsidRDefault="00000000">
            <w:r>
              <w:rPr>
                <w:b/>
                <w:color w:val="FFFFFF"/>
                <w:sz w:val="16"/>
              </w:rPr>
              <w:t>Stato</w:t>
            </w:r>
          </w:p>
        </w:tc>
        <w:tc>
          <w:tcPr>
            <w:tcW w:w="2045" w:type="dxa"/>
            <w:shd w:val="clear" w:color="auto" w:fill="1F4E5F"/>
          </w:tcPr>
          <w:p w14:paraId="2F80318F" w14:textId="77777777" w:rsidR="00015A85" w:rsidRDefault="00000000">
            <w:r>
              <w:rPr>
                <w:b/>
                <w:color w:val="FFFFFF"/>
                <w:sz w:val="16"/>
              </w:rPr>
              <w:t>Peso</w:t>
            </w:r>
          </w:p>
        </w:tc>
      </w:tr>
      <w:tr w:rsidR="00015A85" w14:paraId="4C7CF0D2" w14:textId="77777777">
        <w:trPr>
          <w:jc w:val="center"/>
        </w:trPr>
        <w:tc>
          <w:tcPr>
            <w:tcW w:w="2045" w:type="dxa"/>
          </w:tcPr>
          <w:p w14:paraId="0C0ABA69" w14:textId="77777777" w:rsidR="00015A85" w:rsidRDefault="00000000">
            <w:r>
              <w:rPr>
                <w:sz w:val="15"/>
              </w:rPr>
              <w:t>ATB Instagram</w:t>
            </w:r>
          </w:p>
        </w:tc>
        <w:tc>
          <w:tcPr>
            <w:tcW w:w="2045" w:type="dxa"/>
          </w:tcPr>
          <w:p w14:paraId="129E12EF" w14:textId="77777777" w:rsidR="00015A85" w:rsidRDefault="00000000">
            <w:r>
              <w:rPr>
                <w:sz w:val="15"/>
              </w:rPr>
              <w:t>post multipli su Abitare il territorio, Sudan, incontri, concerto, teatro</w:t>
            </w:r>
          </w:p>
        </w:tc>
        <w:tc>
          <w:tcPr>
            <w:tcW w:w="2045" w:type="dxa"/>
          </w:tcPr>
          <w:p w14:paraId="5549048F" w14:textId="77777777" w:rsidR="00015A85" w:rsidRDefault="00000000">
            <w:r>
              <w:rPr>
                <w:sz w:val="15"/>
              </w:rPr>
              <w:t>verificato</w:t>
            </w:r>
          </w:p>
        </w:tc>
        <w:tc>
          <w:tcPr>
            <w:tcW w:w="2045" w:type="dxa"/>
          </w:tcPr>
          <w:p w14:paraId="6D40C274" w14:textId="64D40F07" w:rsidR="00015A85" w:rsidRDefault="00961B77">
            <w:proofErr w:type="spellStart"/>
            <w:r>
              <w:rPr>
                <w:sz w:val="15"/>
              </w:rPr>
              <w:t>Screenshod</w:t>
            </w:r>
            <w:proofErr w:type="spellEnd"/>
            <w:r>
              <w:rPr>
                <w:sz w:val="15"/>
              </w:rPr>
              <w:t xml:space="preserve"> della </w:t>
            </w:r>
            <w:proofErr w:type="spellStart"/>
            <w:r>
              <w:rPr>
                <w:sz w:val="15"/>
              </w:rPr>
              <w:t>raccolta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sulla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pagina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organizzazione</w:t>
            </w:r>
            <w:proofErr w:type="spellEnd"/>
          </w:p>
        </w:tc>
        <w:tc>
          <w:tcPr>
            <w:tcW w:w="2045" w:type="dxa"/>
          </w:tcPr>
          <w:p w14:paraId="6870DA8B" w14:textId="77777777" w:rsidR="00015A85" w:rsidRDefault="00015A85"/>
        </w:tc>
      </w:tr>
      <w:tr w:rsidR="00015A85" w14:paraId="781A42D3" w14:textId="77777777">
        <w:trPr>
          <w:jc w:val="center"/>
        </w:trPr>
        <w:tc>
          <w:tcPr>
            <w:tcW w:w="2045" w:type="dxa"/>
          </w:tcPr>
          <w:p w14:paraId="702F7876" w14:textId="77777777" w:rsidR="00015A85" w:rsidRDefault="00000000">
            <w:r>
              <w:rPr>
                <w:sz w:val="15"/>
              </w:rPr>
              <w:t>ATB Facebook</w:t>
            </w:r>
          </w:p>
        </w:tc>
        <w:tc>
          <w:tcPr>
            <w:tcW w:w="2045" w:type="dxa"/>
          </w:tcPr>
          <w:p w14:paraId="682D2E57" w14:textId="77777777" w:rsidR="00015A85" w:rsidRDefault="00000000">
            <w:r>
              <w:rPr>
                <w:sz w:val="15"/>
              </w:rPr>
              <w:t>post dei singoli eventi e link a pagine esterne</w:t>
            </w:r>
          </w:p>
        </w:tc>
        <w:tc>
          <w:tcPr>
            <w:tcW w:w="2045" w:type="dxa"/>
          </w:tcPr>
          <w:p w14:paraId="2857B9F7" w14:textId="77777777" w:rsidR="00015A85" w:rsidRDefault="00000000">
            <w:r>
              <w:rPr>
                <w:sz w:val="15"/>
              </w:rPr>
              <w:t>verificato</w:t>
            </w:r>
          </w:p>
        </w:tc>
        <w:tc>
          <w:tcPr>
            <w:tcW w:w="2045" w:type="dxa"/>
          </w:tcPr>
          <w:p w14:paraId="488603F5" w14:textId="7A740003" w:rsidR="00015A85" w:rsidRDefault="00961B77">
            <w:r>
              <w:rPr>
                <w:sz w:val="15"/>
              </w:rPr>
              <w:t>S</w:t>
            </w:r>
            <w:r w:rsidR="00000000">
              <w:rPr>
                <w:sz w:val="15"/>
              </w:rPr>
              <w:t xml:space="preserve">creenshot e </w:t>
            </w:r>
            <w:proofErr w:type="spellStart"/>
            <w:r w:rsidR="00000000">
              <w:rPr>
                <w:sz w:val="15"/>
              </w:rPr>
              <w:t>metriche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pagine</w:t>
            </w:r>
            <w:proofErr w:type="spellEnd"/>
            <w:r>
              <w:rPr>
                <w:sz w:val="15"/>
              </w:rPr>
              <w:t xml:space="preserve"> Facebook </w:t>
            </w:r>
            <w:proofErr w:type="spellStart"/>
            <w:r>
              <w:rPr>
                <w:sz w:val="15"/>
              </w:rPr>
              <w:t>organizzazione</w:t>
            </w:r>
            <w:proofErr w:type="spellEnd"/>
          </w:p>
        </w:tc>
        <w:tc>
          <w:tcPr>
            <w:tcW w:w="2045" w:type="dxa"/>
          </w:tcPr>
          <w:p w14:paraId="5852B5EE" w14:textId="77777777" w:rsidR="00015A85" w:rsidRDefault="00015A85"/>
        </w:tc>
      </w:tr>
      <w:tr w:rsidR="00015A85" w14:paraId="44A7860A" w14:textId="77777777">
        <w:trPr>
          <w:jc w:val="center"/>
        </w:trPr>
        <w:tc>
          <w:tcPr>
            <w:tcW w:w="2045" w:type="dxa"/>
          </w:tcPr>
          <w:p w14:paraId="228290EA" w14:textId="77777777" w:rsidR="00015A85" w:rsidRDefault="00000000">
            <w:r>
              <w:rPr>
                <w:sz w:val="15"/>
              </w:rPr>
              <w:t>Mariella Bogliacino</w:t>
            </w:r>
          </w:p>
        </w:tc>
        <w:tc>
          <w:tcPr>
            <w:tcW w:w="2045" w:type="dxa"/>
          </w:tcPr>
          <w:p w14:paraId="05FE2905" w14:textId="77777777" w:rsidR="00015A85" w:rsidRDefault="00000000">
            <w:r>
              <w:rPr>
                <w:sz w:val="15"/>
              </w:rPr>
              <w:t>rilancio incontro autori AtbEdizioni</w:t>
            </w:r>
          </w:p>
        </w:tc>
        <w:tc>
          <w:tcPr>
            <w:tcW w:w="2045" w:type="dxa"/>
          </w:tcPr>
          <w:p w14:paraId="0278474A" w14:textId="77777777" w:rsidR="00015A85" w:rsidRDefault="00000000">
            <w:r>
              <w:rPr>
                <w:sz w:val="15"/>
              </w:rPr>
              <w:t>verificato via Facebook</w:t>
            </w:r>
          </w:p>
        </w:tc>
        <w:tc>
          <w:tcPr>
            <w:tcW w:w="2045" w:type="dxa"/>
          </w:tcPr>
          <w:p w14:paraId="5B538446" w14:textId="63E14DC1" w:rsidR="00015A85" w:rsidRDefault="00961B77">
            <w:r>
              <w:rPr>
                <w:sz w:val="15"/>
              </w:rPr>
              <w:t>E</w:t>
            </w:r>
            <w:r w:rsidR="00000000">
              <w:rPr>
                <w:sz w:val="15"/>
              </w:rPr>
              <w:t xml:space="preserve">ndorsement </w:t>
            </w:r>
            <w:proofErr w:type="spellStart"/>
            <w:r w:rsidR="00000000">
              <w:rPr>
                <w:sz w:val="15"/>
              </w:rPr>
              <w:t>autore</w:t>
            </w:r>
            <w:proofErr w:type="spellEnd"/>
          </w:p>
        </w:tc>
        <w:tc>
          <w:tcPr>
            <w:tcW w:w="2045" w:type="dxa"/>
          </w:tcPr>
          <w:p w14:paraId="2E065995" w14:textId="77777777" w:rsidR="00015A85" w:rsidRDefault="00015A85"/>
        </w:tc>
      </w:tr>
      <w:tr w:rsidR="00015A85" w14:paraId="5BC318CC" w14:textId="77777777">
        <w:trPr>
          <w:jc w:val="center"/>
        </w:trPr>
        <w:tc>
          <w:tcPr>
            <w:tcW w:w="2045" w:type="dxa"/>
          </w:tcPr>
          <w:p w14:paraId="69CE1076" w14:textId="77777777" w:rsidR="00015A85" w:rsidRDefault="00000000">
            <w:r>
              <w:rPr>
                <w:sz w:val="15"/>
              </w:rPr>
              <w:t>Marta Valls</w:t>
            </w:r>
          </w:p>
        </w:tc>
        <w:tc>
          <w:tcPr>
            <w:tcW w:w="2045" w:type="dxa"/>
          </w:tcPr>
          <w:p w14:paraId="215A6F1D" w14:textId="77777777" w:rsidR="00015A85" w:rsidRDefault="00000000">
            <w:r>
              <w:rPr>
                <w:sz w:val="15"/>
              </w:rPr>
              <w:t>presentazione del libro Il viaggio blu di Andy Wallace</w:t>
            </w:r>
          </w:p>
        </w:tc>
        <w:tc>
          <w:tcPr>
            <w:tcW w:w="2045" w:type="dxa"/>
          </w:tcPr>
          <w:p w14:paraId="256562C2" w14:textId="77777777" w:rsidR="00015A85" w:rsidRDefault="00000000">
            <w:r>
              <w:rPr>
                <w:sz w:val="15"/>
              </w:rPr>
              <w:t>verificato via Facebook/Instagram e Concorso Lingua Madre</w:t>
            </w:r>
          </w:p>
        </w:tc>
        <w:tc>
          <w:tcPr>
            <w:tcW w:w="2045" w:type="dxa"/>
          </w:tcPr>
          <w:p w14:paraId="3D8A814C" w14:textId="5B887A07" w:rsidR="00015A85" w:rsidRDefault="00961B77">
            <w:r>
              <w:rPr>
                <w:sz w:val="15"/>
              </w:rPr>
              <w:t>Endorsement</w:t>
            </w:r>
            <w:r w:rsidR="00000000">
              <w:rPr>
                <w:sz w:val="15"/>
              </w:rPr>
              <w:t xml:space="preserve"> </w:t>
            </w:r>
            <w:proofErr w:type="spellStart"/>
            <w:r w:rsidR="00000000">
              <w:rPr>
                <w:sz w:val="15"/>
              </w:rPr>
              <w:t>autore</w:t>
            </w:r>
            <w:proofErr w:type="spellEnd"/>
            <w:r w:rsidR="00000000">
              <w:rPr>
                <w:sz w:val="15"/>
              </w:rPr>
              <w:t xml:space="preserve"> </w:t>
            </w:r>
            <w:proofErr w:type="spellStart"/>
            <w:r w:rsidR="00000000">
              <w:rPr>
                <w:sz w:val="15"/>
              </w:rPr>
              <w:t>internazionale</w:t>
            </w:r>
            <w:proofErr w:type="spellEnd"/>
          </w:p>
        </w:tc>
        <w:tc>
          <w:tcPr>
            <w:tcW w:w="2045" w:type="dxa"/>
          </w:tcPr>
          <w:p w14:paraId="058F0BC4" w14:textId="77777777" w:rsidR="00015A85" w:rsidRDefault="00015A85"/>
        </w:tc>
      </w:tr>
      <w:tr w:rsidR="00015A85" w14:paraId="245C30A8" w14:textId="77777777">
        <w:trPr>
          <w:jc w:val="center"/>
        </w:trPr>
        <w:tc>
          <w:tcPr>
            <w:tcW w:w="2045" w:type="dxa"/>
          </w:tcPr>
          <w:p w14:paraId="669B2598" w14:textId="77777777" w:rsidR="00015A85" w:rsidRDefault="00000000">
            <w:r>
              <w:rPr>
                <w:sz w:val="15"/>
              </w:rPr>
              <w:t>Pro Chiesa Centro Storico / Borgaro</w:t>
            </w:r>
          </w:p>
        </w:tc>
        <w:tc>
          <w:tcPr>
            <w:tcW w:w="2045" w:type="dxa"/>
          </w:tcPr>
          <w:p w14:paraId="68FE301A" w14:textId="77777777" w:rsidR="00015A85" w:rsidRDefault="00000000">
            <w:r>
              <w:rPr>
                <w:sz w:val="15"/>
              </w:rPr>
              <w:t>rilancio concerto AQUATTRO e attività correlate</w:t>
            </w:r>
          </w:p>
        </w:tc>
        <w:tc>
          <w:tcPr>
            <w:tcW w:w="2045" w:type="dxa"/>
          </w:tcPr>
          <w:p w14:paraId="7A884742" w14:textId="77777777" w:rsidR="00015A85" w:rsidRDefault="00000000">
            <w:r>
              <w:rPr>
                <w:sz w:val="15"/>
              </w:rPr>
              <w:t>verificato via Instagram</w:t>
            </w:r>
          </w:p>
        </w:tc>
        <w:tc>
          <w:tcPr>
            <w:tcW w:w="2045" w:type="dxa"/>
          </w:tcPr>
          <w:p w14:paraId="5922ABCE" w14:textId="3292877D" w:rsidR="00015A85" w:rsidRDefault="00961B77">
            <w:proofErr w:type="spellStart"/>
            <w:r>
              <w:rPr>
                <w:sz w:val="15"/>
              </w:rPr>
              <w:t>E</w:t>
            </w:r>
            <w:r w:rsidR="00000000">
              <w:rPr>
                <w:sz w:val="15"/>
              </w:rPr>
              <w:t>stensione</w:t>
            </w:r>
            <w:proofErr w:type="spellEnd"/>
            <w:r w:rsidR="00000000"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territoriale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prevista</w:t>
            </w:r>
            <w:proofErr w:type="spellEnd"/>
            <w:r>
              <w:rPr>
                <w:sz w:val="15"/>
              </w:rPr>
              <w:t xml:space="preserve"> </w:t>
            </w:r>
            <w:r w:rsidR="00000000">
              <w:rPr>
                <w:sz w:val="15"/>
              </w:rPr>
              <w:t xml:space="preserve"> 2027</w:t>
            </w:r>
          </w:p>
        </w:tc>
        <w:tc>
          <w:tcPr>
            <w:tcW w:w="2045" w:type="dxa"/>
          </w:tcPr>
          <w:p w14:paraId="2225EF5B" w14:textId="77777777" w:rsidR="00015A85" w:rsidRDefault="00015A85"/>
        </w:tc>
      </w:tr>
      <w:tr w:rsidR="00015A85" w14:paraId="0AE80D78" w14:textId="77777777">
        <w:trPr>
          <w:jc w:val="center"/>
        </w:trPr>
        <w:tc>
          <w:tcPr>
            <w:tcW w:w="2045" w:type="dxa"/>
          </w:tcPr>
          <w:p w14:paraId="7FC35227" w14:textId="77777777" w:rsidR="00015A85" w:rsidRDefault="00000000">
            <w:r>
              <w:rPr>
                <w:sz w:val="15"/>
              </w:rPr>
              <w:t>Circoscrizione 5 / gruppi Facebook</w:t>
            </w:r>
          </w:p>
        </w:tc>
        <w:tc>
          <w:tcPr>
            <w:tcW w:w="2045" w:type="dxa"/>
          </w:tcPr>
          <w:p w14:paraId="03339A0F" w14:textId="24BFD96B" w:rsidR="00015A85" w:rsidRDefault="00000000">
            <w:r>
              <w:rPr>
                <w:sz w:val="15"/>
              </w:rPr>
              <w:t xml:space="preserve">post o </w:t>
            </w:r>
            <w:proofErr w:type="spellStart"/>
            <w:r>
              <w:rPr>
                <w:sz w:val="15"/>
              </w:rPr>
              <w:t>condivisioni</w:t>
            </w:r>
            <w:proofErr w:type="spellEnd"/>
          </w:p>
        </w:tc>
        <w:tc>
          <w:tcPr>
            <w:tcW w:w="2045" w:type="dxa"/>
          </w:tcPr>
          <w:p w14:paraId="6DA9D689" w14:textId="40B445F2" w:rsidR="00015A85" w:rsidRDefault="00961B77">
            <w:proofErr w:type="spellStart"/>
            <w:r>
              <w:rPr>
                <w:sz w:val="15"/>
              </w:rPr>
              <w:t>Verificato</w:t>
            </w:r>
            <w:proofErr w:type="spellEnd"/>
            <w:r>
              <w:rPr>
                <w:sz w:val="15"/>
              </w:rPr>
              <w:t xml:space="preserve"> via Facebook</w:t>
            </w:r>
          </w:p>
        </w:tc>
        <w:tc>
          <w:tcPr>
            <w:tcW w:w="2045" w:type="dxa"/>
          </w:tcPr>
          <w:p w14:paraId="2798429B" w14:textId="0670DC23" w:rsidR="00015A85" w:rsidRDefault="00961B77">
            <w:proofErr w:type="spellStart"/>
            <w:r>
              <w:rPr>
                <w:sz w:val="15"/>
              </w:rPr>
              <w:t>Verificati</w:t>
            </w:r>
            <w:proofErr w:type="spellEnd"/>
            <w:r>
              <w:rPr>
                <w:sz w:val="15"/>
              </w:rPr>
              <w:t xml:space="preserve"> post </w:t>
            </w:r>
            <w:proofErr w:type="spellStart"/>
            <w:r>
              <w:rPr>
                <w:sz w:val="15"/>
              </w:rPr>
              <w:t>pagina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circoscrizione</w:t>
            </w:r>
            <w:proofErr w:type="spellEnd"/>
          </w:p>
        </w:tc>
        <w:tc>
          <w:tcPr>
            <w:tcW w:w="2045" w:type="dxa"/>
          </w:tcPr>
          <w:p w14:paraId="173FF007" w14:textId="77777777" w:rsidR="00015A85" w:rsidRDefault="00015A85"/>
        </w:tc>
      </w:tr>
      <w:tr w:rsidR="00015A85" w14:paraId="50F18570" w14:textId="77777777">
        <w:trPr>
          <w:jc w:val="center"/>
        </w:trPr>
        <w:tc>
          <w:tcPr>
            <w:tcW w:w="2045" w:type="dxa"/>
          </w:tcPr>
          <w:p w14:paraId="03596EAB" w14:textId="77777777" w:rsidR="00015A85" w:rsidRDefault="00000000">
            <w:r>
              <w:rPr>
                <w:sz w:val="15"/>
              </w:rPr>
              <w:t>Generoso Urciuoli, Marta Berogno, Bruno Barberis, don Carrega</w:t>
            </w:r>
          </w:p>
        </w:tc>
        <w:tc>
          <w:tcPr>
            <w:tcW w:w="2045" w:type="dxa"/>
          </w:tcPr>
          <w:p w14:paraId="18F740D5" w14:textId="77777777" w:rsidR="00015A85" w:rsidRDefault="00000000">
            <w:r>
              <w:rPr>
                <w:sz w:val="15"/>
              </w:rPr>
              <w:t>eventuali rilanci personali o istituzionali</w:t>
            </w:r>
          </w:p>
        </w:tc>
        <w:tc>
          <w:tcPr>
            <w:tcW w:w="2045" w:type="dxa"/>
          </w:tcPr>
          <w:p w14:paraId="607EF362" w14:textId="51F1B4DC" w:rsidR="00015A85" w:rsidRDefault="00961B77">
            <w:proofErr w:type="spellStart"/>
            <w:r>
              <w:rPr>
                <w:sz w:val="15"/>
              </w:rPr>
              <w:t>Verificato</w:t>
            </w:r>
            <w:proofErr w:type="spellEnd"/>
            <w:r>
              <w:rPr>
                <w:sz w:val="15"/>
              </w:rPr>
              <w:t xml:space="preserve"> via Facebook/Instagram</w:t>
            </w:r>
          </w:p>
        </w:tc>
        <w:tc>
          <w:tcPr>
            <w:tcW w:w="2045" w:type="dxa"/>
          </w:tcPr>
          <w:p w14:paraId="014BE5CD" w14:textId="65689F8E" w:rsidR="00015A85" w:rsidRDefault="00961B77">
            <w:r>
              <w:rPr>
                <w:sz w:val="15"/>
              </w:rPr>
              <w:t>E</w:t>
            </w:r>
            <w:r w:rsidR="00000000">
              <w:rPr>
                <w:sz w:val="15"/>
              </w:rPr>
              <w:t xml:space="preserve">ndorsement </w:t>
            </w:r>
            <w:proofErr w:type="spellStart"/>
            <w:r w:rsidR="00000000">
              <w:rPr>
                <w:sz w:val="15"/>
              </w:rPr>
              <w:t>qualificati</w:t>
            </w:r>
            <w:proofErr w:type="spellEnd"/>
          </w:p>
        </w:tc>
        <w:tc>
          <w:tcPr>
            <w:tcW w:w="2045" w:type="dxa"/>
          </w:tcPr>
          <w:p w14:paraId="57BB8BDD" w14:textId="77777777" w:rsidR="00015A85" w:rsidRDefault="00015A85"/>
        </w:tc>
      </w:tr>
      <w:tr w:rsidR="00015A85" w14:paraId="416B048F" w14:textId="77777777">
        <w:trPr>
          <w:jc w:val="center"/>
        </w:trPr>
        <w:tc>
          <w:tcPr>
            <w:tcW w:w="2045" w:type="dxa"/>
          </w:tcPr>
          <w:p w14:paraId="5C98EB0F" w14:textId="77777777" w:rsidR="00015A85" w:rsidRDefault="00000000">
            <w:r>
              <w:rPr>
                <w:sz w:val="15"/>
              </w:rPr>
              <w:t>Gazzetta del Nord Ovest</w:t>
            </w:r>
          </w:p>
        </w:tc>
        <w:tc>
          <w:tcPr>
            <w:tcW w:w="2045" w:type="dxa"/>
          </w:tcPr>
          <w:p w14:paraId="717E8253" w14:textId="77777777" w:rsidR="00015A85" w:rsidRDefault="00000000">
            <w:r>
              <w:rPr>
                <w:sz w:val="15"/>
              </w:rPr>
              <w:t>comunicato inviato dall’organizzazione</w:t>
            </w:r>
          </w:p>
        </w:tc>
        <w:tc>
          <w:tcPr>
            <w:tcW w:w="2045" w:type="dxa"/>
          </w:tcPr>
          <w:p w14:paraId="1D5AAF3A" w14:textId="77777777" w:rsidR="00015A85" w:rsidRDefault="00000000">
            <w:r>
              <w:rPr>
                <w:sz w:val="15"/>
              </w:rPr>
              <w:t>non emerso online</w:t>
            </w:r>
          </w:p>
        </w:tc>
        <w:tc>
          <w:tcPr>
            <w:tcW w:w="2045" w:type="dxa"/>
          </w:tcPr>
          <w:p w14:paraId="3B010E53" w14:textId="77777777" w:rsidR="00015A85" w:rsidRDefault="00000000">
            <w:r>
              <w:rPr>
                <w:sz w:val="15"/>
              </w:rPr>
              <w:t>verificare archivio cartaceo, sito e corrispondenza email</w:t>
            </w:r>
          </w:p>
        </w:tc>
        <w:tc>
          <w:tcPr>
            <w:tcW w:w="2045" w:type="dxa"/>
          </w:tcPr>
          <w:p w14:paraId="328F6038" w14:textId="77777777" w:rsidR="00015A85" w:rsidRDefault="00015A85"/>
        </w:tc>
      </w:tr>
    </w:tbl>
    <w:p w14:paraId="40373383" w14:textId="77777777" w:rsidR="006820DC" w:rsidRPr="006820DC" w:rsidRDefault="006820DC" w:rsidP="006820DC">
      <w:pPr>
        <w:pStyle w:val="Titolo2"/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>Oltre alla diffusione attraverso stampa, piattaforme culturali e reti istituzionali, il progetto ha sviluppato una significativa presenza relazionale e digitale mediante condivisioni, rilanci, commenti e forme di endorsement provenienti da:</w:t>
      </w:r>
    </w:p>
    <w:p w14:paraId="20C00AD3" w14:textId="77777777" w:rsidR="006820DC" w:rsidRPr="006820DC" w:rsidRDefault="006820DC" w:rsidP="006820DC">
      <w:pPr>
        <w:pStyle w:val="Titolo2"/>
        <w:numPr>
          <w:ilvl w:val="0"/>
          <w:numId w:val="10"/>
        </w:numPr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 xml:space="preserve">artisti; </w:t>
      </w:r>
    </w:p>
    <w:p w14:paraId="026BF927" w14:textId="77777777" w:rsidR="006820DC" w:rsidRPr="006820DC" w:rsidRDefault="006820DC" w:rsidP="006820DC">
      <w:pPr>
        <w:pStyle w:val="Titolo2"/>
        <w:numPr>
          <w:ilvl w:val="0"/>
          <w:numId w:val="10"/>
        </w:numPr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 xml:space="preserve">studiosi; </w:t>
      </w:r>
    </w:p>
    <w:p w14:paraId="0341FF00" w14:textId="77777777" w:rsidR="006820DC" w:rsidRPr="006820DC" w:rsidRDefault="006820DC" w:rsidP="006820DC">
      <w:pPr>
        <w:pStyle w:val="Titolo2"/>
        <w:numPr>
          <w:ilvl w:val="0"/>
          <w:numId w:val="10"/>
        </w:numPr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 xml:space="preserve">musicisti; </w:t>
      </w:r>
    </w:p>
    <w:p w14:paraId="15E04E77" w14:textId="77777777" w:rsidR="006820DC" w:rsidRPr="006820DC" w:rsidRDefault="006820DC" w:rsidP="006820DC">
      <w:pPr>
        <w:pStyle w:val="Titolo2"/>
        <w:numPr>
          <w:ilvl w:val="0"/>
          <w:numId w:val="10"/>
        </w:numPr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 xml:space="preserve">scrittori; </w:t>
      </w:r>
    </w:p>
    <w:p w14:paraId="592EDCD4" w14:textId="77777777" w:rsidR="006820DC" w:rsidRPr="006820DC" w:rsidRDefault="006820DC" w:rsidP="006820DC">
      <w:pPr>
        <w:pStyle w:val="Titolo2"/>
        <w:numPr>
          <w:ilvl w:val="0"/>
          <w:numId w:val="10"/>
        </w:numPr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 xml:space="preserve">reti territoriali; </w:t>
      </w:r>
    </w:p>
    <w:p w14:paraId="75DA8CAB" w14:textId="77777777" w:rsidR="006820DC" w:rsidRPr="006820DC" w:rsidRDefault="006820DC" w:rsidP="006820DC">
      <w:pPr>
        <w:pStyle w:val="Titolo2"/>
        <w:numPr>
          <w:ilvl w:val="0"/>
          <w:numId w:val="10"/>
        </w:numPr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 xml:space="preserve">realtà culturali indipendenti; </w:t>
      </w:r>
    </w:p>
    <w:p w14:paraId="5C537A13" w14:textId="77777777" w:rsidR="006820DC" w:rsidRPr="006820DC" w:rsidRDefault="006820DC" w:rsidP="006820DC">
      <w:pPr>
        <w:pStyle w:val="Titolo2"/>
        <w:numPr>
          <w:ilvl w:val="0"/>
          <w:numId w:val="10"/>
        </w:numPr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 xml:space="preserve">gruppi civici e circoscrizionali; </w:t>
      </w:r>
    </w:p>
    <w:p w14:paraId="097F11C8" w14:textId="77777777" w:rsidR="006820DC" w:rsidRPr="006820DC" w:rsidRDefault="006820DC" w:rsidP="006820DC">
      <w:pPr>
        <w:pStyle w:val="Titolo2"/>
        <w:numPr>
          <w:ilvl w:val="0"/>
          <w:numId w:val="10"/>
        </w:numPr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 xml:space="preserve">interlocutori collegati al Salone OFF e alla Pastorale della Cultura. </w:t>
      </w:r>
    </w:p>
    <w:p w14:paraId="6AD9E831" w14:textId="77777777" w:rsidR="006820DC" w:rsidRPr="006820DC" w:rsidRDefault="006820DC" w:rsidP="006820DC">
      <w:pPr>
        <w:pStyle w:val="Titolo2"/>
        <w:spacing w:before="0"/>
        <w:rPr>
          <w:rFonts w:cstheme="majorHAnsi"/>
          <w:b w:val="0"/>
          <w:bCs w:val="0"/>
          <w:color w:val="aut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>La rete social non ha operato come semplice promozione degli eventi, ma come dispositivo di attivazione relazionale e diffusione culturale, contribuendo alla costruzione progressiva di una comunità di attenzione attorno al progetto.</w:t>
      </w:r>
    </w:p>
    <w:p w14:paraId="44AD8507" w14:textId="77777777" w:rsidR="006820DC" w:rsidRPr="006820DC" w:rsidRDefault="006820DC" w:rsidP="006820DC">
      <w:pPr>
        <w:pStyle w:val="Titolo2"/>
        <w:spacing w:before="0"/>
        <w:rPr>
          <w:rFonts w:ascii="Aptos Mono" w:hAnsi="Aptos Mono"/>
          <w:sz w:val="16"/>
          <w:szCs w:val="16"/>
          <w:lang w:val="it-IT"/>
        </w:rPr>
      </w:pPr>
      <w:r w:rsidRPr="006820DC">
        <w:rPr>
          <w:rFonts w:cstheme="majorHAnsi"/>
          <w:b w:val="0"/>
          <w:bCs w:val="0"/>
          <w:color w:val="auto"/>
          <w:sz w:val="16"/>
          <w:szCs w:val="16"/>
          <w:lang w:val="it-IT"/>
        </w:rPr>
        <w:t>In particolare, la presenza di interazioni provenienti da ambiti differenti — artistici, scientifici, editoriali, musicali e territoriali — ha evidenziato la capacità del progetto di attraversare pubblici e reti eterogenee</w:t>
      </w:r>
      <w:r w:rsidRPr="006820DC">
        <w:rPr>
          <w:rFonts w:ascii="Aptos Mono" w:hAnsi="Aptos Mono"/>
          <w:sz w:val="16"/>
          <w:szCs w:val="16"/>
          <w:lang w:val="it-IT"/>
        </w:rPr>
        <w:t>.</w:t>
      </w:r>
    </w:p>
    <w:p w14:paraId="419AAEFA" w14:textId="54AF8538" w:rsidR="00015A85" w:rsidRDefault="00000000">
      <w:pPr>
        <w:pStyle w:val="Titolo2"/>
      </w:pPr>
      <w:r>
        <w:t xml:space="preserve">ATB Instagram - campagna </w:t>
      </w:r>
      <w:proofErr w:type="spellStart"/>
      <w:r>
        <w:t>evento</w:t>
      </w:r>
      <w:proofErr w:type="spellEnd"/>
    </w:p>
    <w:p w14:paraId="4B3A08FA" w14:textId="17DB050B" w:rsidR="006820DC" w:rsidRDefault="006820DC" w:rsidP="006820DC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ATB </w:t>
      </w:r>
      <w:proofErr w:type="spellStart"/>
      <w:r>
        <w:rPr>
          <w:sz w:val="17"/>
        </w:rPr>
        <w:t>Associazione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Culturale</w:t>
      </w:r>
      <w:proofErr w:type="spellEnd"/>
    </w:p>
    <w:p w14:paraId="0C77422E" w14:textId="2A2A82A3" w:rsidR="006820DC" w:rsidRDefault="006820DC" w:rsidP="006820DC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proofErr w:type="spellStart"/>
      <w:r>
        <w:rPr>
          <w:sz w:val="18"/>
          <w:szCs w:val="18"/>
        </w:rPr>
        <w:t>aprile-</w:t>
      </w:r>
      <w:r>
        <w:rPr>
          <w:sz w:val="17"/>
        </w:rPr>
        <w:t>maggio</w:t>
      </w:r>
      <w:proofErr w:type="spellEnd"/>
      <w:r>
        <w:rPr>
          <w:sz w:val="17"/>
        </w:rPr>
        <w:t xml:space="preserve"> 2026</w:t>
      </w:r>
    </w:p>
    <w:p w14:paraId="56328CA4" w14:textId="5B54D47D" w:rsidR="006820DC" w:rsidRDefault="006820DC" w:rsidP="006820DC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diffusione</w:t>
      </w:r>
      <w:proofErr w:type="spellEnd"/>
      <w:r>
        <w:rPr>
          <w:sz w:val="18"/>
          <w:szCs w:val="18"/>
        </w:rPr>
        <w:t xml:space="preserve"> social </w:t>
      </w:r>
      <w:proofErr w:type="spellStart"/>
      <w:r>
        <w:rPr>
          <w:sz w:val="18"/>
          <w:szCs w:val="18"/>
        </w:rPr>
        <w:t>ufficiale</w:t>
      </w:r>
      <w:proofErr w:type="spellEnd"/>
    </w:p>
    <w:p w14:paraId="234F988E" w14:textId="141A7387" w:rsidR="00A747FF" w:rsidRPr="00A747FF" w:rsidRDefault="006820DC" w:rsidP="00A747FF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Media – </w:t>
      </w:r>
      <w:proofErr w:type="spellStart"/>
      <w:r>
        <w:rPr>
          <w:sz w:val="18"/>
          <w:szCs w:val="18"/>
        </w:rPr>
        <w:t>comunicazione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tracciabilità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pubblica</w:t>
      </w:r>
      <w:proofErr w:type="spellEnd"/>
    </w:p>
    <w:p w14:paraId="586786F1" w14:textId="77777777" w:rsidR="00015A85" w:rsidRDefault="00000000">
      <w:pPr>
        <w:pStyle w:val="Corpotesto"/>
      </w:pPr>
      <w:r>
        <w:t xml:space="preserve">Diversi post Instagram </w:t>
      </w:r>
      <w:proofErr w:type="spellStart"/>
      <w:r>
        <w:t>documentano</w:t>
      </w:r>
      <w:proofErr w:type="spellEnd"/>
      <w:r>
        <w:t xml:space="preserve"> il calendario, la mostra Sudan, gli incontri, il concerto e il progetto complessivo. I post sono utili come evidenza di continuità comunicativa e come base per misurare la progressione delle edizioni successive.</w:t>
      </w:r>
    </w:p>
    <w:p w14:paraId="16B0A04C" w14:textId="3C63B84F" w:rsidR="00015A85" w:rsidRDefault="00000000">
      <w:pPr>
        <w:pStyle w:val="Fonte"/>
      </w:pPr>
      <w:r>
        <w:rPr>
          <w:b/>
        </w:rPr>
        <w:t xml:space="preserve">URL: </w:t>
      </w:r>
      <w:hyperlink r:id="rId46" w:history="1">
        <w:r w:rsidR="006820DC" w:rsidRPr="007D68F8">
          <w:rPr>
            <w:rStyle w:val="Collegamentoipertestuale"/>
          </w:rPr>
          <w:t>https://www.instagram.com/atbassociazioneculturale/</w:t>
        </w:r>
      </w:hyperlink>
      <w:r w:rsidR="006820DC">
        <w:rPr>
          <w:color w:val="464646"/>
        </w:rPr>
        <w:t xml:space="preserve"> </w:t>
      </w:r>
    </w:p>
    <w:p w14:paraId="34DD5C3F" w14:textId="120EF2B8" w:rsidR="00015A85" w:rsidRDefault="00000000">
      <w:pPr>
        <w:pStyle w:val="Titolo2"/>
      </w:pPr>
      <w:r>
        <w:t xml:space="preserve">Mariella Bogliacino - </w:t>
      </w:r>
      <w:proofErr w:type="spellStart"/>
      <w:r>
        <w:t>rilancio</w:t>
      </w:r>
      <w:proofErr w:type="spellEnd"/>
      <w:r>
        <w:t xml:space="preserve"> </w:t>
      </w:r>
      <w:proofErr w:type="spellStart"/>
      <w:r>
        <w:t>incontro</w:t>
      </w:r>
      <w:proofErr w:type="spellEnd"/>
      <w:r>
        <w:t xml:space="preserve"> </w:t>
      </w:r>
      <w:r w:rsidR="00A747FF">
        <w:t>Autori</w:t>
      </w:r>
    </w:p>
    <w:p w14:paraId="0C3657B4" w14:textId="77969D9C" w:rsidR="006820DC" w:rsidRDefault="006820DC" w:rsidP="006820DC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Facebook Mariella Bogliacino</w:t>
      </w:r>
    </w:p>
    <w:p w14:paraId="1BCF3A88" w14:textId="348B57B6" w:rsidR="006820DC" w:rsidRDefault="006820DC" w:rsidP="006820DC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</w:t>
      </w:r>
    </w:p>
    <w:p w14:paraId="78053856" w14:textId="0E669C04" w:rsidR="006820DC" w:rsidRDefault="006820DC" w:rsidP="006820DC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endorsement </w:t>
      </w:r>
      <w:proofErr w:type="spellStart"/>
      <w:r>
        <w:rPr>
          <w:sz w:val="18"/>
          <w:szCs w:val="18"/>
        </w:rPr>
        <w:t>autore</w:t>
      </w:r>
      <w:proofErr w:type="spellEnd"/>
    </w:p>
    <w:p w14:paraId="7B4F3FA3" w14:textId="45BFF6D9" w:rsidR="006820DC" w:rsidRPr="00A747FF" w:rsidRDefault="006820DC" w:rsidP="006820DC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Media – </w:t>
      </w:r>
      <w:r w:rsidR="003C3FC9">
        <w:rPr>
          <w:sz w:val="18"/>
          <w:szCs w:val="18"/>
        </w:rPr>
        <w:t xml:space="preserve">endorsement </w:t>
      </w:r>
      <w:proofErr w:type="spellStart"/>
      <w:r w:rsidR="003C3FC9">
        <w:rPr>
          <w:sz w:val="18"/>
          <w:szCs w:val="18"/>
        </w:rPr>
        <w:t>partecipante</w:t>
      </w:r>
      <w:proofErr w:type="spellEnd"/>
      <w:r w:rsidR="003C3FC9">
        <w:rPr>
          <w:sz w:val="18"/>
          <w:szCs w:val="18"/>
        </w:rPr>
        <w:t xml:space="preserve"> </w:t>
      </w:r>
    </w:p>
    <w:p w14:paraId="2124DF19" w14:textId="77777777" w:rsidR="006820DC" w:rsidRPr="006820DC" w:rsidRDefault="006820DC" w:rsidP="006820DC"/>
    <w:p w14:paraId="4DB568E7" w14:textId="73C19C42" w:rsidR="00A747FF" w:rsidRPr="00A747FF" w:rsidRDefault="00A747FF" w:rsidP="00A747FF"/>
    <w:p w14:paraId="1A25D90A" w14:textId="77777777" w:rsidR="00015A85" w:rsidRDefault="00000000">
      <w:pPr>
        <w:pStyle w:val="Corpotesto"/>
      </w:pPr>
      <w:r>
        <w:t xml:space="preserve">Il </w:t>
      </w:r>
      <w:proofErr w:type="spellStart"/>
      <w:r>
        <w:t>profilo</w:t>
      </w:r>
      <w:proofErr w:type="spellEnd"/>
      <w:r>
        <w:t xml:space="preserve"> </w:t>
      </w:r>
      <w:proofErr w:type="spellStart"/>
      <w:r>
        <w:t>pubblico</w:t>
      </w:r>
      <w:proofErr w:type="spellEnd"/>
      <w:r>
        <w:t xml:space="preserve"> di Mariella Bogliacino rilancia l’incontro con gli autori di AtbEdizioni al Santo Volto, utile come prova della partecipazione attiva degli autori alla diffusione del progetto.</w:t>
      </w:r>
    </w:p>
    <w:p w14:paraId="39041A64" w14:textId="62C505D8" w:rsidR="00015A85" w:rsidRDefault="00000000">
      <w:pPr>
        <w:pStyle w:val="Fonte"/>
      </w:pPr>
      <w:r>
        <w:rPr>
          <w:b/>
        </w:rPr>
        <w:t xml:space="preserve">URL: </w:t>
      </w:r>
      <w:hyperlink r:id="rId47" w:history="1">
        <w:r w:rsidR="003C3FC9" w:rsidRPr="007D68F8">
          <w:rPr>
            <w:rStyle w:val="Collegamentoipertestuale"/>
          </w:rPr>
          <w:t>https://www.facebook.com/mariella.bogliacino.artista/posts/abitare-il-territorio-arte-parola-spiritualit%C3%A0-in-dialogo%EF%B8%8F-incontro-con-gli-auto/1609063877886236/</w:t>
        </w:r>
      </w:hyperlink>
      <w:r w:rsidR="003C3FC9">
        <w:rPr>
          <w:color w:val="464646"/>
        </w:rPr>
        <w:t xml:space="preserve"> </w:t>
      </w:r>
    </w:p>
    <w:p w14:paraId="4EB25776" w14:textId="77777777" w:rsidR="00015A85" w:rsidRDefault="00000000">
      <w:pPr>
        <w:pStyle w:val="Titolo2"/>
      </w:pPr>
      <w:r>
        <w:t xml:space="preserve">Pro Chiesa Centro Storico - </w:t>
      </w:r>
      <w:proofErr w:type="spellStart"/>
      <w:r>
        <w:t>rilancio</w:t>
      </w:r>
      <w:proofErr w:type="spellEnd"/>
      <w:r>
        <w:t xml:space="preserve"> concerto</w:t>
      </w:r>
    </w:p>
    <w:p w14:paraId="57776E69" w14:textId="77777777" w:rsidR="003C3FC9" w:rsidRDefault="003C3FC9" w:rsidP="003C3FC9">
      <w:pPr>
        <w:spacing w:after="0"/>
        <w:rPr>
          <w:sz w:val="17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Instagram / </w:t>
      </w:r>
      <w:proofErr w:type="spellStart"/>
      <w:r>
        <w:rPr>
          <w:sz w:val="17"/>
        </w:rPr>
        <w:t>pro_chiesa_centrostorico</w:t>
      </w:r>
      <w:proofErr w:type="spellEnd"/>
    </w:p>
    <w:p w14:paraId="432A708C" w14:textId="49484032" w:rsidR="003C3FC9" w:rsidRDefault="003C3FC9" w:rsidP="003C3FC9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proofErr w:type="spellStart"/>
      <w:r>
        <w:rPr>
          <w:sz w:val="17"/>
        </w:rPr>
        <w:t>maggio</w:t>
      </w:r>
      <w:proofErr w:type="spellEnd"/>
      <w:r>
        <w:rPr>
          <w:sz w:val="17"/>
        </w:rPr>
        <w:t xml:space="preserve"> 2026</w:t>
      </w:r>
    </w:p>
    <w:p w14:paraId="4E2C878C" w14:textId="30B4A147" w:rsidR="003C3FC9" w:rsidRDefault="003C3FC9" w:rsidP="003C3FC9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diffusione</w:t>
      </w:r>
      <w:proofErr w:type="spellEnd"/>
      <w:r>
        <w:rPr>
          <w:sz w:val="18"/>
          <w:szCs w:val="18"/>
        </w:rPr>
        <w:t xml:space="preserve"> social </w:t>
      </w:r>
      <w:proofErr w:type="spellStart"/>
      <w:r>
        <w:rPr>
          <w:sz w:val="18"/>
          <w:szCs w:val="18"/>
        </w:rPr>
        <w:t>territoriale</w:t>
      </w:r>
      <w:proofErr w:type="spellEnd"/>
    </w:p>
    <w:p w14:paraId="1D58D3CA" w14:textId="24BE6F45" w:rsidR="003C3FC9" w:rsidRPr="00A747FF" w:rsidRDefault="003C3FC9" w:rsidP="003C3FC9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Media – </w:t>
      </w:r>
      <w:proofErr w:type="spellStart"/>
      <w:r>
        <w:rPr>
          <w:sz w:val="18"/>
          <w:szCs w:val="18"/>
        </w:rPr>
        <w:t>attivazione</w:t>
      </w:r>
      <w:proofErr w:type="spellEnd"/>
      <w:r>
        <w:rPr>
          <w:sz w:val="18"/>
          <w:szCs w:val="18"/>
        </w:rPr>
        <w:t xml:space="preserve"> rete </w:t>
      </w:r>
      <w:proofErr w:type="spellStart"/>
      <w:r>
        <w:rPr>
          <w:sz w:val="18"/>
          <w:szCs w:val="18"/>
        </w:rPr>
        <w:t>territoriale</w:t>
      </w:r>
      <w:proofErr w:type="spellEnd"/>
    </w:p>
    <w:p w14:paraId="0B89FB8E" w14:textId="59112420" w:rsidR="00015A85" w:rsidRDefault="00000000" w:rsidP="003C3FC9">
      <w:r>
        <w:t xml:space="preserve">Il post </w:t>
      </w:r>
      <w:proofErr w:type="spellStart"/>
      <w:r>
        <w:t>rilancia</w:t>
      </w:r>
      <w:proofErr w:type="spellEnd"/>
      <w:r>
        <w:t xml:space="preserve"> il concerto con quartetto vocale AQUATTRO, Monica Argenton, Elena Miglietta e Maurice Beack. È una traccia utile per collegare il progetto a reti territoriali fuori dal solo perimetro ATB.</w:t>
      </w:r>
    </w:p>
    <w:p w14:paraId="478426B1" w14:textId="44752802" w:rsidR="00015A85" w:rsidRDefault="00000000">
      <w:pPr>
        <w:pStyle w:val="Fonte"/>
      </w:pPr>
      <w:r>
        <w:rPr>
          <w:b/>
        </w:rPr>
        <w:t xml:space="preserve">URL: </w:t>
      </w:r>
      <w:hyperlink r:id="rId48" w:history="1">
        <w:r w:rsidR="003C3FC9" w:rsidRPr="007D68F8">
          <w:rPr>
            <w:rStyle w:val="Collegamentoipertestuale"/>
          </w:rPr>
          <w:t>https://www.instagram.com/p/DYRnUMHClME/</w:t>
        </w:r>
      </w:hyperlink>
      <w:r w:rsidR="003C3FC9">
        <w:rPr>
          <w:color w:val="464646"/>
        </w:rPr>
        <w:t xml:space="preserve"> </w:t>
      </w:r>
    </w:p>
    <w:p w14:paraId="4FE13A28" w14:textId="77777777" w:rsidR="00015A85" w:rsidRDefault="00000000">
      <w:pPr>
        <w:pStyle w:val="Titolo1"/>
      </w:pPr>
      <w:r>
        <w:t>8. Quadro statistico per progressione 2027</w:t>
      </w:r>
    </w:p>
    <w:p w14:paraId="0E80E308" w14:textId="77777777" w:rsidR="00015A85" w:rsidRDefault="00000000">
      <w:pPr>
        <w:pStyle w:val="Corpotesto"/>
      </w:pPr>
      <w:r>
        <w:t>Per usare la rassegna come base comparativa, si propone di misurare ogni edizione con gli stessi indicatori. La tabella seguente può essere aggiornata nel 2027 con nuovi dati quantitativi.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08"/>
        <w:gridCol w:w="3408"/>
        <w:gridCol w:w="3408"/>
      </w:tblGrid>
      <w:tr w:rsidR="00015A85" w14:paraId="2FAD788F" w14:textId="77777777">
        <w:tc>
          <w:tcPr>
            <w:tcW w:w="3408" w:type="dxa"/>
            <w:shd w:val="clear" w:color="auto" w:fill="1F4E5F"/>
          </w:tcPr>
          <w:p w14:paraId="01925CDD" w14:textId="77777777" w:rsidR="00015A85" w:rsidRDefault="00000000">
            <w:r>
              <w:rPr>
                <w:b/>
                <w:color w:val="FFFFFF"/>
                <w:sz w:val="16"/>
              </w:rPr>
              <w:t>Indicatore</w:t>
            </w:r>
          </w:p>
        </w:tc>
        <w:tc>
          <w:tcPr>
            <w:tcW w:w="3408" w:type="dxa"/>
            <w:shd w:val="clear" w:color="auto" w:fill="1F4E5F"/>
          </w:tcPr>
          <w:p w14:paraId="67012B2D" w14:textId="77777777" w:rsidR="00015A85" w:rsidRDefault="00000000">
            <w:r>
              <w:rPr>
                <w:b/>
                <w:color w:val="FFFFFF"/>
                <w:sz w:val="16"/>
              </w:rPr>
              <w:t>Dato 2026</w:t>
            </w:r>
          </w:p>
        </w:tc>
        <w:tc>
          <w:tcPr>
            <w:tcW w:w="3408" w:type="dxa"/>
            <w:shd w:val="clear" w:color="auto" w:fill="1F4E5F"/>
          </w:tcPr>
          <w:p w14:paraId="32E25396" w14:textId="77777777" w:rsidR="00015A85" w:rsidRDefault="00000000">
            <w:r>
              <w:rPr>
                <w:b/>
                <w:color w:val="FFFFFF"/>
                <w:sz w:val="16"/>
              </w:rPr>
              <w:t>Metodo di aggiornamento 2027</w:t>
            </w:r>
          </w:p>
        </w:tc>
      </w:tr>
      <w:tr w:rsidR="00015A85" w14:paraId="71761170" w14:textId="77777777">
        <w:tc>
          <w:tcPr>
            <w:tcW w:w="3408" w:type="dxa"/>
          </w:tcPr>
          <w:p w14:paraId="2CF6E256" w14:textId="77777777" w:rsidR="00015A85" w:rsidRDefault="00000000">
            <w:r>
              <w:rPr>
                <w:b/>
                <w:sz w:val="16"/>
              </w:rPr>
              <w:t>Eventi nel programma</w:t>
            </w:r>
          </w:p>
        </w:tc>
        <w:tc>
          <w:tcPr>
            <w:tcW w:w="3408" w:type="dxa"/>
          </w:tcPr>
          <w:p w14:paraId="1655D5A9" w14:textId="77777777" w:rsidR="00015A85" w:rsidRDefault="00000000">
            <w:r>
              <w:rPr>
                <w:sz w:val="16"/>
              </w:rPr>
              <w:t>9 appuntamenti/schede principali inclusi mostra e concerto</w:t>
            </w:r>
          </w:p>
        </w:tc>
        <w:tc>
          <w:tcPr>
            <w:tcW w:w="3408" w:type="dxa"/>
          </w:tcPr>
          <w:p w14:paraId="75F274C1" w14:textId="77777777" w:rsidR="00015A85" w:rsidRDefault="00000000">
            <w:r>
              <w:rPr>
                <w:sz w:val="16"/>
              </w:rPr>
              <w:t>numero schede Salone + pagina ATB</w:t>
            </w:r>
          </w:p>
        </w:tc>
      </w:tr>
      <w:tr w:rsidR="00015A85" w14:paraId="6533E0A8" w14:textId="77777777">
        <w:tc>
          <w:tcPr>
            <w:tcW w:w="3408" w:type="dxa"/>
          </w:tcPr>
          <w:p w14:paraId="5987E34E" w14:textId="77777777" w:rsidR="00015A85" w:rsidRDefault="00000000">
            <w:r>
              <w:rPr>
                <w:b/>
                <w:sz w:val="16"/>
              </w:rPr>
              <w:t>Giorni di programmazione</w:t>
            </w:r>
          </w:p>
        </w:tc>
        <w:tc>
          <w:tcPr>
            <w:tcW w:w="3408" w:type="dxa"/>
          </w:tcPr>
          <w:p w14:paraId="4D281DA6" w14:textId="77777777" w:rsidR="00015A85" w:rsidRDefault="00000000">
            <w:r>
              <w:rPr>
                <w:sz w:val="16"/>
              </w:rPr>
              <w:t>12-26 maggio 2026; nucleo principale 14-18 maggio</w:t>
            </w:r>
          </w:p>
        </w:tc>
        <w:tc>
          <w:tcPr>
            <w:tcW w:w="3408" w:type="dxa"/>
          </w:tcPr>
          <w:p w14:paraId="17063BE1" w14:textId="77777777" w:rsidR="00015A85" w:rsidRDefault="00000000">
            <w:r>
              <w:rPr>
                <w:sz w:val="16"/>
              </w:rPr>
              <w:t>calendario ufficiale</w:t>
            </w:r>
          </w:p>
        </w:tc>
      </w:tr>
      <w:tr w:rsidR="00015A85" w14:paraId="60DDF055" w14:textId="77777777">
        <w:tc>
          <w:tcPr>
            <w:tcW w:w="3408" w:type="dxa"/>
          </w:tcPr>
          <w:p w14:paraId="123E7689" w14:textId="77777777" w:rsidR="00015A85" w:rsidRDefault="00000000">
            <w:r>
              <w:rPr>
                <w:b/>
                <w:sz w:val="16"/>
              </w:rPr>
              <w:t>Luoghi attivati</w:t>
            </w:r>
          </w:p>
        </w:tc>
        <w:tc>
          <w:tcPr>
            <w:tcW w:w="3408" w:type="dxa"/>
          </w:tcPr>
          <w:p w14:paraId="01560FA9" w14:textId="77777777" w:rsidR="00015A85" w:rsidRDefault="00000000">
            <w:r>
              <w:rPr>
                <w:sz w:val="16"/>
              </w:rPr>
              <w:t>ATB, Santo Volto/Sala Emmaus, Cappella feriale, Teatro Cottolengo, Concattedrale</w:t>
            </w:r>
          </w:p>
        </w:tc>
        <w:tc>
          <w:tcPr>
            <w:tcW w:w="3408" w:type="dxa"/>
          </w:tcPr>
          <w:p w14:paraId="5DA3681C" w14:textId="77777777" w:rsidR="00015A85" w:rsidRDefault="00000000">
            <w:r>
              <w:rPr>
                <w:sz w:val="16"/>
              </w:rPr>
              <w:t>programma ATB/Salone</w:t>
            </w:r>
          </w:p>
        </w:tc>
      </w:tr>
      <w:tr w:rsidR="00015A85" w14:paraId="01B58AA8" w14:textId="77777777">
        <w:tc>
          <w:tcPr>
            <w:tcW w:w="3408" w:type="dxa"/>
          </w:tcPr>
          <w:p w14:paraId="3D59E357" w14:textId="77777777" w:rsidR="00015A85" w:rsidRDefault="00000000">
            <w:r>
              <w:rPr>
                <w:b/>
                <w:sz w:val="16"/>
              </w:rPr>
              <w:t>Fonti ufficiali</w:t>
            </w:r>
          </w:p>
        </w:tc>
        <w:tc>
          <w:tcPr>
            <w:tcW w:w="3408" w:type="dxa"/>
          </w:tcPr>
          <w:p w14:paraId="3C73611D" w14:textId="77777777" w:rsidR="00015A85" w:rsidRDefault="00000000">
            <w:r>
              <w:rPr>
                <w:sz w:val="16"/>
              </w:rPr>
              <w:t>ATB, Pastorale Cultura, Salone OFF, Cartella stampa, Santo Volto</w:t>
            </w:r>
          </w:p>
        </w:tc>
        <w:tc>
          <w:tcPr>
            <w:tcW w:w="3408" w:type="dxa"/>
          </w:tcPr>
          <w:p w14:paraId="31616D94" w14:textId="77777777" w:rsidR="00015A85" w:rsidRDefault="00000000">
            <w:r>
              <w:rPr>
                <w:sz w:val="16"/>
              </w:rPr>
              <w:t>conteggio fonti</w:t>
            </w:r>
          </w:p>
        </w:tc>
      </w:tr>
      <w:tr w:rsidR="00015A85" w14:paraId="6F76C36B" w14:textId="77777777">
        <w:tc>
          <w:tcPr>
            <w:tcW w:w="3408" w:type="dxa"/>
          </w:tcPr>
          <w:p w14:paraId="2C94F1E0" w14:textId="77777777" w:rsidR="00015A85" w:rsidRDefault="00000000">
            <w:r>
              <w:rPr>
                <w:b/>
                <w:sz w:val="16"/>
              </w:rPr>
              <w:t>Uscite media/piattaforme</w:t>
            </w:r>
          </w:p>
        </w:tc>
        <w:tc>
          <w:tcPr>
            <w:tcW w:w="3408" w:type="dxa"/>
          </w:tcPr>
          <w:p w14:paraId="690FE39C" w14:textId="77777777" w:rsidR="00015A85" w:rsidRDefault="00000000">
            <w:r>
              <w:rPr>
                <w:sz w:val="16"/>
              </w:rPr>
              <w:t>TorinoSette, Exibart, Juliet, Bioetica News, PiemontePress</w:t>
            </w:r>
          </w:p>
        </w:tc>
        <w:tc>
          <w:tcPr>
            <w:tcW w:w="3408" w:type="dxa"/>
          </w:tcPr>
          <w:p w14:paraId="219BC239" w14:textId="77777777" w:rsidR="00015A85" w:rsidRDefault="00000000">
            <w:r>
              <w:rPr>
                <w:sz w:val="16"/>
              </w:rPr>
              <w:t>conteggio uscite verificate</w:t>
            </w:r>
          </w:p>
        </w:tc>
      </w:tr>
      <w:tr w:rsidR="00015A85" w14:paraId="4BF9C791" w14:textId="77777777">
        <w:tc>
          <w:tcPr>
            <w:tcW w:w="3408" w:type="dxa"/>
          </w:tcPr>
          <w:p w14:paraId="3A33E159" w14:textId="77777777" w:rsidR="00015A85" w:rsidRDefault="00000000">
            <w:r>
              <w:rPr>
                <w:b/>
                <w:sz w:val="16"/>
              </w:rPr>
              <w:t>Relatori/autori/artisti qualificati</w:t>
            </w:r>
          </w:p>
        </w:tc>
        <w:tc>
          <w:tcPr>
            <w:tcW w:w="3408" w:type="dxa"/>
          </w:tcPr>
          <w:p w14:paraId="7358E85F" w14:textId="77777777" w:rsidR="00015A85" w:rsidRDefault="00000000">
            <w:r>
              <w:rPr>
                <w:sz w:val="16"/>
              </w:rPr>
              <w:t>Urciuoli, Berogno, Barberis, Carrega, Commisso, Orio, AQUATTRO, Russo, Valls, Bogliacino, Vaira, Pascal, Limongelli</w:t>
            </w:r>
          </w:p>
        </w:tc>
        <w:tc>
          <w:tcPr>
            <w:tcW w:w="3408" w:type="dxa"/>
          </w:tcPr>
          <w:p w14:paraId="34D78AEF" w14:textId="77777777" w:rsidR="00015A85" w:rsidRDefault="00000000">
            <w:r>
              <w:rPr>
                <w:sz w:val="16"/>
              </w:rPr>
              <w:t>conteggio e profili</w:t>
            </w:r>
          </w:p>
        </w:tc>
      </w:tr>
      <w:tr w:rsidR="00015A85" w14:paraId="40239665" w14:textId="77777777">
        <w:tc>
          <w:tcPr>
            <w:tcW w:w="3408" w:type="dxa"/>
          </w:tcPr>
          <w:p w14:paraId="4869F039" w14:textId="77777777" w:rsidR="00015A85" w:rsidRDefault="00000000">
            <w:r>
              <w:rPr>
                <w:b/>
                <w:sz w:val="16"/>
              </w:rPr>
              <w:t>Reti territoriali</w:t>
            </w:r>
          </w:p>
        </w:tc>
        <w:tc>
          <w:tcPr>
            <w:tcW w:w="3408" w:type="dxa"/>
          </w:tcPr>
          <w:p w14:paraId="23319FCA" w14:textId="77777777" w:rsidR="00015A85" w:rsidRDefault="00000000">
            <w:r>
              <w:rPr>
                <w:sz w:val="16"/>
              </w:rPr>
              <w:t>Santo Volto, Borgaro/Pro Chiesa Centro Storico, possibili circoscrizioni</w:t>
            </w:r>
          </w:p>
        </w:tc>
        <w:tc>
          <w:tcPr>
            <w:tcW w:w="3408" w:type="dxa"/>
          </w:tcPr>
          <w:p w14:paraId="41CBBD22" w14:textId="77777777" w:rsidR="00015A85" w:rsidRDefault="00000000">
            <w:r>
              <w:rPr>
                <w:sz w:val="16"/>
              </w:rPr>
              <w:t>screenshot e accordi</w:t>
            </w:r>
          </w:p>
        </w:tc>
      </w:tr>
      <w:tr w:rsidR="00015A85" w14:paraId="3F40E116" w14:textId="77777777">
        <w:tc>
          <w:tcPr>
            <w:tcW w:w="3408" w:type="dxa"/>
          </w:tcPr>
          <w:p w14:paraId="304D80C0" w14:textId="77777777" w:rsidR="00015A85" w:rsidRDefault="00000000">
            <w:r>
              <w:rPr>
                <w:b/>
                <w:sz w:val="16"/>
              </w:rPr>
              <w:t>Archivio social</w:t>
            </w:r>
          </w:p>
        </w:tc>
        <w:tc>
          <w:tcPr>
            <w:tcW w:w="3408" w:type="dxa"/>
          </w:tcPr>
          <w:p w14:paraId="28511A59" w14:textId="77777777" w:rsidR="00015A85" w:rsidRDefault="00000000">
            <w:r>
              <w:rPr>
                <w:sz w:val="16"/>
              </w:rPr>
              <w:t>post ATB + post partecipanti + stories salvate</w:t>
            </w:r>
          </w:p>
        </w:tc>
        <w:tc>
          <w:tcPr>
            <w:tcW w:w="3408" w:type="dxa"/>
          </w:tcPr>
          <w:p w14:paraId="4A6C7E94" w14:textId="77777777" w:rsidR="00015A85" w:rsidRDefault="00000000">
            <w:r>
              <w:rPr>
                <w:sz w:val="16"/>
              </w:rPr>
              <w:t>metriche social da aggiungere</w:t>
            </w:r>
          </w:p>
        </w:tc>
      </w:tr>
    </w:tbl>
    <w:p w14:paraId="3707E35B" w14:textId="4F9D9046" w:rsidR="00015A85" w:rsidRDefault="00000000">
      <w:pPr>
        <w:pStyle w:val="Titolo1"/>
      </w:pPr>
      <w:r>
        <w:t>9. Uso della rassegna per sviluppo 2027</w:t>
      </w:r>
    </w:p>
    <w:p w14:paraId="44A9F625" w14:textId="61792A64" w:rsidR="00015A85" w:rsidRDefault="00000000">
      <w:pPr>
        <w:pStyle w:val="Corpotesto"/>
      </w:pPr>
      <w:r>
        <w:t xml:space="preserve">La documentazione raccolta permette di presentare la seconda edizione come prosecuzione di un format </w:t>
      </w:r>
      <w:proofErr w:type="spellStart"/>
      <w:r>
        <w:t>già</w:t>
      </w:r>
      <w:proofErr w:type="spellEnd"/>
      <w:r>
        <w:t xml:space="preserve"> </w:t>
      </w:r>
      <w:proofErr w:type="spellStart"/>
      <w:r>
        <w:t>sperimentat</w:t>
      </w:r>
      <w:r w:rsidR="003C3FC9">
        <w:t>o</w:t>
      </w:r>
      <w:proofErr w:type="spellEnd"/>
      <w:r w:rsidR="003C3FC9">
        <w:t xml:space="preserve">. </w:t>
      </w:r>
      <w:r>
        <w:t xml:space="preserve">In </w:t>
      </w:r>
      <w:proofErr w:type="spellStart"/>
      <w:r>
        <w:t>particolare</w:t>
      </w:r>
      <w:proofErr w:type="spellEnd"/>
      <w:r>
        <w:t xml:space="preserve">, il </w:t>
      </w:r>
      <w:proofErr w:type="spellStart"/>
      <w:r>
        <w:t>progetto</w:t>
      </w:r>
      <w:proofErr w:type="spellEnd"/>
      <w:r>
        <w:t xml:space="preserve"> </w:t>
      </w:r>
      <w:r w:rsidR="003C3FC9">
        <w:t>è</w:t>
      </w:r>
      <w:r>
        <w:t xml:space="preserve"> </w:t>
      </w:r>
      <w:proofErr w:type="spellStart"/>
      <w:r>
        <w:t>piattaforma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</w:t>
      </w:r>
      <w:proofErr w:type="spellStart"/>
      <w:r>
        <w:t>territoriale</w:t>
      </w:r>
      <w:proofErr w:type="spellEnd"/>
      <w:r>
        <w:t xml:space="preserve"> capace di muoversi tra Torino, le circoscrizioni, Borgaro, Pinerolo e altri territori di prossimità.</w:t>
      </w:r>
    </w:p>
    <w:p w14:paraId="4754CC59" w14:textId="77777777" w:rsidR="00015A85" w:rsidRDefault="00000000">
      <w:pPr>
        <w:pStyle w:val="Puntoelenco"/>
      </w:pPr>
      <w:r>
        <w:t>Per il Comune di Torino: chiedere patrocinio, riconoscibilità, supporto comunicativo e dialogo con assessorati e circoscrizioni.</w:t>
      </w:r>
    </w:p>
    <w:p w14:paraId="1B30432F" w14:textId="6A9FC54B" w:rsidR="00015A85" w:rsidRDefault="00000000">
      <w:pPr>
        <w:pStyle w:val="Puntoelenco"/>
      </w:pPr>
      <w:r>
        <w:t xml:space="preserve">Per </w:t>
      </w:r>
      <w:proofErr w:type="spellStart"/>
      <w:r>
        <w:t>Borgaro</w:t>
      </w:r>
      <w:proofErr w:type="spellEnd"/>
      <w:r>
        <w:t xml:space="preserve">: </w:t>
      </w:r>
      <w:proofErr w:type="spellStart"/>
      <w:r>
        <w:t>propo</w:t>
      </w:r>
      <w:r w:rsidR="003C3FC9">
        <w:t>ste</w:t>
      </w:r>
      <w:proofErr w:type="spellEnd"/>
      <w:r>
        <w:t xml:space="preserve"> tappe di avvicinamento al Salone OFF 2027, valorizzando biblioteche, spazi civici, chiese, </w:t>
      </w:r>
      <w:proofErr w:type="spellStart"/>
      <w:r>
        <w:t>teatri</w:t>
      </w:r>
      <w:proofErr w:type="spellEnd"/>
      <w:r>
        <w:t xml:space="preserve"> e </w:t>
      </w:r>
      <w:proofErr w:type="spellStart"/>
      <w:r>
        <w:t>reti</w:t>
      </w:r>
      <w:proofErr w:type="spellEnd"/>
      <w:r>
        <w:t xml:space="preserve"> associative.</w:t>
      </w:r>
      <w:r w:rsidR="003C3FC9">
        <w:t xml:space="preserve"> </w:t>
      </w:r>
      <w:proofErr w:type="spellStart"/>
      <w:r w:rsidR="003C3FC9">
        <w:t>Pinerolo</w:t>
      </w:r>
      <w:proofErr w:type="spellEnd"/>
      <w:r w:rsidR="003C3FC9">
        <w:t xml:space="preserve"> non </w:t>
      </w:r>
      <w:proofErr w:type="spellStart"/>
      <w:r w:rsidR="003C3FC9">
        <w:t>ancora</w:t>
      </w:r>
      <w:proofErr w:type="spellEnd"/>
      <w:r w:rsidR="003C3FC9">
        <w:t xml:space="preserve"> </w:t>
      </w:r>
      <w:proofErr w:type="spellStart"/>
      <w:r w:rsidR="003C3FC9">
        <w:t>attiva</w:t>
      </w:r>
      <w:proofErr w:type="spellEnd"/>
      <w:r w:rsidR="003C3FC9">
        <w:t xml:space="preserve"> per </w:t>
      </w:r>
      <w:proofErr w:type="spellStart"/>
      <w:r w:rsidR="003C3FC9">
        <w:t>l’edizione</w:t>
      </w:r>
      <w:proofErr w:type="spellEnd"/>
      <w:r w:rsidR="003C3FC9">
        <w:t xml:space="preserve"> 2027</w:t>
      </w:r>
    </w:p>
    <w:p w14:paraId="258E152D" w14:textId="5B52A35E" w:rsidR="00015A85" w:rsidRDefault="00000000">
      <w:pPr>
        <w:pStyle w:val="Puntoelenco"/>
      </w:pPr>
      <w:r>
        <w:t xml:space="preserve">Per fondi </w:t>
      </w:r>
      <w:proofErr w:type="spellStart"/>
      <w:r>
        <w:t>privati</w:t>
      </w:r>
      <w:proofErr w:type="spellEnd"/>
      <w:r>
        <w:t xml:space="preserve">: la </w:t>
      </w:r>
      <w:proofErr w:type="spellStart"/>
      <w:r>
        <w:t>rassegna</w:t>
      </w:r>
      <w:proofErr w:type="spellEnd"/>
      <w:r>
        <w:t xml:space="preserve"> </w:t>
      </w:r>
      <w:r w:rsidR="003C3FC9">
        <w:t xml:space="preserve">è </w:t>
      </w:r>
      <w:proofErr w:type="spellStart"/>
      <w:r>
        <w:t>prova</w:t>
      </w:r>
      <w:proofErr w:type="spellEnd"/>
      <w:r>
        <w:t xml:space="preserve"> di </w:t>
      </w:r>
      <w:proofErr w:type="spellStart"/>
      <w:r>
        <w:t>credibilità</w:t>
      </w:r>
      <w:proofErr w:type="spellEnd"/>
      <w:r>
        <w:t xml:space="preserve">, </w:t>
      </w:r>
      <w:proofErr w:type="spellStart"/>
      <w:r>
        <w:t>capacità</w:t>
      </w:r>
      <w:proofErr w:type="spellEnd"/>
      <w:r>
        <w:t xml:space="preserve"> </w:t>
      </w:r>
      <w:proofErr w:type="spellStart"/>
      <w:r>
        <w:t>organizzativa</w:t>
      </w:r>
      <w:proofErr w:type="spellEnd"/>
      <w:r>
        <w:t>, rete culturale e continuità progettuale.</w:t>
      </w:r>
    </w:p>
    <w:p w14:paraId="56CF348A" w14:textId="791D05D4" w:rsidR="00015A85" w:rsidRDefault="00000000">
      <w:pPr>
        <w:pStyle w:val="Puntoelenco"/>
      </w:pPr>
      <w:r>
        <w:t xml:space="preserve">Per SUPSI o contesti formativi: </w:t>
      </w:r>
      <w:proofErr w:type="spellStart"/>
      <w:r>
        <w:t>Abitare</w:t>
      </w:r>
      <w:proofErr w:type="spellEnd"/>
      <w:r>
        <w:t xml:space="preserve"> il territorio </w:t>
      </w:r>
      <w:r w:rsidR="003C3FC9">
        <w:t>è</w:t>
      </w:r>
      <w:r>
        <w:t xml:space="preserve"> caso studio di cultural system design, con </w:t>
      </w:r>
      <w:proofErr w:type="spellStart"/>
      <w:r>
        <w:t>bassa</w:t>
      </w:r>
      <w:proofErr w:type="spellEnd"/>
      <w:r>
        <w:t xml:space="preserve"> </w:t>
      </w:r>
      <w:proofErr w:type="spellStart"/>
      <w:r>
        <w:t>dotazione</w:t>
      </w:r>
      <w:proofErr w:type="spellEnd"/>
      <w:r>
        <w:t xml:space="preserve"> </w:t>
      </w:r>
      <w:proofErr w:type="spellStart"/>
      <w:r>
        <w:t>finanziaria</w:t>
      </w:r>
      <w:proofErr w:type="spellEnd"/>
      <w:r w:rsidR="003C3FC9">
        <w:t>,</w:t>
      </w:r>
      <w:r>
        <w:t xml:space="preserve"> ma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complessità</w:t>
      </w:r>
      <w:proofErr w:type="spellEnd"/>
      <w:r>
        <w:t xml:space="preserve"> relazionale.</w:t>
      </w:r>
    </w:p>
    <w:p w14:paraId="661F8020" w14:textId="1BC6E633" w:rsidR="00015A85" w:rsidRDefault="00000000">
      <w:pPr>
        <w:pStyle w:val="Puntoelenco"/>
      </w:pPr>
      <w:r>
        <w:t xml:space="preserve">Per la Curia e Pastorale della Cultura: </w:t>
      </w:r>
      <w:proofErr w:type="spellStart"/>
      <w:r w:rsidR="003C3FC9">
        <w:t>Abitare</w:t>
      </w:r>
      <w:proofErr w:type="spellEnd"/>
      <w:r w:rsidR="003C3FC9">
        <w:t xml:space="preserve"> il </w:t>
      </w:r>
      <w:proofErr w:type="spellStart"/>
      <w:r w:rsidR="003C3FC9">
        <w:t>territorio</w:t>
      </w:r>
      <w:proofErr w:type="spellEnd"/>
      <w:r w:rsidR="003C3FC9">
        <w:t xml:space="preserve"> </w:t>
      </w:r>
      <w:proofErr w:type="spellStart"/>
      <w:r w:rsidR="003C3FC9">
        <w:t>mostra</w:t>
      </w:r>
      <w:proofErr w:type="spellEnd"/>
      <w:r>
        <w:t xml:space="preserve"> </w:t>
      </w:r>
      <w:proofErr w:type="spellStart"/>
      <w:r>
        <w:t>capacità</w:t>
      </w:r>
      <w:proofErr w:type="spellEnd"/>
      <w:r>
        <w:t xml:space="preserve"> </w:t>
      </w:r>
      <w:proofErr w:type="spellStart"/>
      <w:r w:rsidR="003C3FC9">
        <w:t>progettuale</w:t>
      </w:r>
      <w:proofErr w:type="spellEnd"/>
      <w:r w:rsidR="003C3FC9">
        <w:t xml:space="preserve"> al dine di </w:t>
      </w:r>
      <w:proofErr w:type="spellStart"/>
      <w:r w:rsidR="003C3FC9">
        <w:t>attraversare</w:t>
      </w:r>
      <w:proofErr w:type="spellEnd"/>
      <w:r>
        <w:t xml:space="preserve"> lo </w:t>
      </w:r>
      <w:proofErr w:type="spellStart"/>
      <w:r>
        <w:t>spazio</w:t>
      </w:r>
      <w:proofErr w:type="spellEnd"/>
      <w:r>
        <w:t xml:space="preserve"> </w:t>
      </w:r>
      <w:proofErr w:type="spellStart"/>
      <w:r>
        <w:t>ecclesiale</w:t>
      </w:r>
      <w:proofErr w:type="spellEnd"/>
      <w:r>
        <w:t xml:space="preserve"> senza ridurlo a contenitore generico, mantenendo misura, ascolto e relazione con la comunità.</w:t>
      </w:r>
    </w:p>
    <w:p w14:paraId="02FB6CF8" w14:textId="1E86AE97" w:rsidR="00015A85" w:rsidRDefault="003C3FC9">
      <w:pPr>
        <w:pStyle w:val="Titolo1"/>
      </w:pPr>
      <w:r>
        <w:lastRenderedPageBreak/>
        <w:t>A</w:t>
      </w:r>
      <w:r w:rsidR="00000000">
        <w:t xml:space="preserve">PPENDICE A - </w:t>
      </w:r>
      <w:proofErr w:type="spellStart"/>
      <w:r w:rsidR="00000000">
        <w:t>Rafforzamento</w:t>
      </w:r>
      <w:proofErr w:type="spellEnd"/>
      <w:r w:rsidR="00000000">
        <w:t xml:space="preserve"> curatoriale e progettuale ATB</w:t>
      </w:r>
    </w:p>
    <w:p w14:paraId="02902603" w14:textId="320AA520" w:rsidR="00015A85" w:rsidRDefault="00000000">
      <w:pPr>
        <w:pStyle w:val="Corpotesto"/>
      </w:pPr>
      <w:r>
        <w:t xml:space="preserve">Questa appendice raccoglie materiali non limitati ad Abitare il territorio, ma utili a dimostrare che il progetto nasce dentro una linea curatoriale ed editoriale già riconoscibile: arte africana contemporanea, </w:t>
      </w:r>
      <w:proofErr w:type="spellStart"/>
      <w:r>
        <w:t>Museobook</w:t>
      </w:r>
      <w:proofErr w:type="spellEnd"/>
      <w:r>
        <w:t xml:space="preserve">, libri </w:t>
      </w:r>
      <w:proofErr w:type="spellStart"/>
      <w:r>
        <w:t>d’artista</w:t>
      </w:r>
      <w:proofErr w:type="spellEnd"/>
      <w:r>
        <w:t xml:space="preserve">, </w:t>
      </w:r>
      <w:proofErr w:type="spellStart"/>
      <w:r>
        <w:t>transmedia</w:t>
      </w:r>
      <w:r w:rsidR="003C3FC9">
        <w:t>lità</w:t>
      </w:r>
      <w:proofErr w:type="spellEnd"/>
      <w:r>
        <w:t xml:space="preserve"> e </w:t>
      </w:r>
      <w:proofErr w:type="spellStart"/>
      <w:r>
        <w:t>progetti</w:t>
      </w:r>
      <w:proofErr w:type="spellEnd"/>
      <w:r>
        <w:t xml:space="preserve"> </w:t>
      </w:r>
      <w:proofErr w:type="spellStart"/>
      <w:r>
        <w:t>espositivi</w:t>
      </w:r>
      <w:proofErr w:type="spellEnd"/>
      <w:r>
        <w:t xml:space="preserve"> integrati.</w:t>
      </w:r>
    </w:p>
    <w:p w14:paraId="6F0EF23E" w14:textId="77777777" w:rsidR="00015A85" w:rsidRDefault="00000000">
      <w:pPr>
        <w:pStyle w:val="Titolo2"/>
      </w:pPr>
      <w:r>
        <w:t xml:space="preserve">GliExtra / Sudan: linea </w:t>
      </w:r>
      <w:proofErr w:type="spellStart"/>
      <w:r>
        <w:t>internazionale</w:t>
      </w:r>
      <w:proofErr w:type="spellEnd"/>
      <w:r>
        <w:t xml:space="preserve"> </w:t>
      </w:r>
      <w:proofErr w:type="spellStart"/>
      <w:r>
        <w:t>sull’arte</w:t>
      </w:r>
      <w:proofErr w:type="spellEnd"/>
      <w:r>
        <w:t xml:space="preserve"> </w:t>
      </w:r>
      <w:proofErr w:type="spellStart"/>
      <w:r>
        <w:t>africana</w:t>
      </w:r>
      <w:proofErr w:type="spellEnd"/>
      <w:r>
        <w:t xml:space="preserve"> </w:t>
      </w:r>
      <w:proofErr w:type="spellStart"/>
      <w:r>
        <w:t>contemporanea</w:t>
      </w:r>
      <w:proofErr w:type="spellEnd"/>
    </w:p>
    <w:p w14:paraId="5B4B09C6" w14:textId="03502C0A" w:rsidR="003C3FC9" w:rsidRDefault="003C3FC9" w:rsidP="003C3FC9">
      <w:pPr>
        <w:spacing w:after="0"/>
        <w:rPr>
          <w:sz w:val="17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8"/>
          <w:szCs w:val="18"/>
        </w:rPr>
        <w:t xml:space="preserve">ATB, </w:t>
      </w:r>
      <w:proofErr w:type="spellStart"/>
      <w:r>
        <w:rPr>
          <w:sz w:val="18"/>
          <w:szCs w:val="18"/>
        </w:rPr>
        <w:t>Exibart</w:t>
      </w:r>
      <w:proofErr w:type="spellEnd"/>
      <w:r>
        <w:rPr>
          <w:sz w:val="18"/>
          <w:szCs w:val="18"/>
        </w:rPr>
        <w:t>, Juliet Art Magazine, Salone OFF</w:t>
      </w:r>
    </w:p>
    <w:p w14:paraId="68C2E60A" w14:textId="3DFE54F4" w:rsidR="003C3FC9" w:rsidRPr="00464A63" w:rsidRDefault="003C3FC9" w:rsidP="003C3FC9">
      <w:pPr>
        <w:spacing w:after="0"/>
        <w:rPr>
          <w:sz w:val="18"/>
          <w:szCs w:val="18"/>
        </w:rPr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 w:rsidR="00464A63">
        <w:rPr>
          <w:sz w:val="18"/>
          <w:szCs w:val="18"/>
        </w:rPr>
        <w:t>2025-</w:t>
      </w:r>
      <w:r>
        <w:rPr>
          <w:sz w:val="17"/>
        </w:rPr>
        <w:t>2026</w:t>
      </w:r>
    </w:p>
    <w:p w14:paraId="18000A2B" w14:textId="1230E9F5" w:rsidR="003C3FC9" w:rsidRDefault="003C3FC9" w:rsidP="003C3FC9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 w:rsidR="00464A63">
        <w:rPr>
          <w:sz w:val="18"/>
          <w:szCs w:val="18"/>
        </w:rPr>
        <w:t>linea</w:t>
      </w:r>
      <w:proofErr w:type="spellEnd"/>
      <w:r w:rsidR="00464A63">
        <w:rPr>
          <w:sz w:val="18"/>
          <w:szCs w:val="18"/>
        </w:rPr>
        <w:t xml:space="preserve"> </w:t>
      </w:r>
      <w:proofErr w:type="spellStart"/>
      <w:r w:rsidR="00464A63">
        <w:rPr>
          <w:sz w:val="18"/>
          <w:szCs w:val="18"/>
        </w:rPr>
        <w:t>curatoriale</w:t>
      </w:r>
      <w:proofErr w:type="spellEnd"/>
      <w:r w:rsidR="00464A63">
        <w:rPr>
          <w:sz w:val="18"/>
          <w:szCs w:val="18"/>
        </w:rPr>
        <w:t xml:space="preserve"> </w:t>
      </w:r>
      <w:proofErr w:type="spellStart"/>
      <w:r w:rsidR="00464A63">
        <w:rPr>
          <w:sz w:val="18"/>
          <w:szCs w:val="18"/>
        </w:rPr>
        <w:t>internazionale</w:t>
      </w:r>
      <w:proofErr w:type="spellEnd"/>
    </w:p>
    <w:p w14:paraId="5492C2C0" w14:textId="30B61482" w:rsidR="003C3FC9" w:rsidRPr="00A747FF" w:rsidRDefault="003C3FC9" w:rsidP="003C3FC9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</w:t>
      </w:r>
      <w:r w:rsidR="00464A63">
        <w:rPr>
          <w:sz w:val="18"/>
          <w:szCs w:val="18"/>
        </w:rPr>
        <w:t xml:space="preserve">olto </w:t>
      </w:r>
      <w:proofErr w:type="spellStart"/>
      <w:r w:rsidR="00464A63">
        <w:rPr>
          <w:sz w:val="18"/>
          <w:szCs w:val="18"/>
        </w:rPr>
        <w:t>alta</w:t>
      </w:r>
      <w:proofErr w:type="spellEnd"/>
      <w:r w:rsidR="00464A63">
        <w:rPr>
          <w:sz w:val="18"/>
          <w:szCs w:val="18"/>
        </w:rPr>
        <w:t xml:space="preserve"> – </w:t>
      </w:r>
      <w:proofErr w:type="spellStart"/>
      <w:r w:rsidR="00464A63">
        <w:rPr>
          <w:sz w:val="18"/>
          <w:szCs w:val="18"/>
        </w:rPr>
        <w:t>rafforza</w:t>
      </w:r>
      <w:proofErr w:type="spellEnd"/>
      <w:r w:rsidR="00464A63">
        <w:rPr>
          <w:sz w:val="18"/>
          <w:szCs w:val="18"/>
        </w:rPr>
        <w:t xml:space="preserve"> la </w:t>
      </w:r>
      <w:proofErr w:type="spellStart"/>
      <w:r w:rsidR="00464A63">
        <w:rPr>
          <w:sz w:val="18"/>
          <w:szCs w:val="18"/>
        </w:rPr>
        <w:t>dimensione</w:t>
      </w:r>
      <w:proofErr w:type="spellEnd"/>
      <w:r w:rsidR="00464A63">
        <w:rPr>
          <w:sz w:val="18"/>
          <w:szCs w:val="18"/>
        </w:rPr>
        <w:t xml:space="preserve"> </w:t>
      </w:r>
      <w:proofErr w:type="spellStart"/>
      <w:r w:rsidR="00464A63">
        <w:rPr>
          <w:sz w:val="18"/>
          <w:szCs w:val="18"/>
        </w:rPr>
        <w:t>internazionale</w:t>
      </w:r>
      <w:proofErr w:type="spellEnd"/>
      <w:r w:rsidR="00464A63">
        <w:rPr>
          <w:sz w:val="18"/>
          <w:szCs w:val="18"/>
        </w:rPr>
        <w:t xml:space="preserve"> di ATB </w:t>
      </w:r>
      <w:proofErr w:type="spellStart"/>
      <w:r w:rsidR="00464A63">
        <w:rPr>
          <w:sz w:val="18"/>
          <w:szCs w:val="18"/>
        </w:rPr>
        <w:t>Associazione</w:t>
      </w:r>
      <w:proofErr w:type="spellEnd"/>
      <w:r w:rsidR="00464A63">
        <w:rPr>
          <w:sz w:val="18"/>
          <w:szCs w:val="18"/>
        </w:rPr>
        <w:t xml:space="preserve"> </w:t>
      </w:r>
      <w:proofErr w:type="spellStart"/>
      <w:r w:rsidR="00464A63">
        <w:rPr>
          <w:sz w:val="18"/>
          <w:szCs w:val="18"/>
        </w:rPr>
        <w:t>Culturale</w:t>
      </w:r>
      <w:proofErr w:type="spellEnd"/>
    </w:p>
    <w:p w14:paraId="2AE271A9" w14:textId="252F899E" w:rsidR="00015A85" w:rsidRDefault="00000000">
      <w:pPr>
        <w:pStyle w:val="Corpotesto"/>
      </w:pPr>
      <w:r>
        <w:t xml:space="preserve">La </w:t>
      </w:r>
      <w:proofErr w:type="spellStart"/>
      <w:r>
        <w:t>mostra</w:t>
      </w:r>
      <w:proofErr w:type="spellEnd"/>
      <w:r>
        <w:t xml:space="preserve"> Sudan </w:t>
      </w:r>
      <w:proofErr w:type="spellStart"/>
      <w:r>
        <w:t>si</w:t>
      </w:r>
      <w:proofErr w:type="spellEnd"/>
      <w:r>
        <w:t xml:space="preserve"> collega a una traiettoria più ampia di </w:t>
      </w:r>
      <w:proofErr w:type="spellStart"/>
      <w:r>
        <w:t>collaborazione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ATB</w:t>
      </w:r>
      <w:r w:rsidR="00464A63">
        <w:t xml:space="preserve"> </w:t>
      </w:r>
      <w:proofErr w:type="spellStart"/>
      <w:r w:rsidR="00464A63">
        <w:t>Associazione</w:t>
      </w:r>
      <w:proofErr w:type="spellEnd"/>
      <w:r w:rsidR="00464A63">
        <w:t xml:space="preserve"> </w:t>
      </w:r>
      <w:proofErr w:type="spellStart"/>
      <w:r w:rsidR="00464A63">
        <w:t>Culturale</w:t>
      </w:r>
      <w:proofErr w:type="spellEnd"/>
      <w:r>
        <w:t xml:space="preserve"> e la </w:t>
      </w:r>
      <w:proofErr w:type="spellStart"/>
      <w:r>
        <w:t>collezione</w:t>
      </w:r>
      <w:proofErr w:type="spellEnd"/>
      <w:r>
        <w:t xml:space="preserve"> GliExtra, già emersa con progetti come Nubian People e Ces Gens Là. Questo consente di presentare Sudan non come episodio isolato, ma come sviluppo di una linea curatoriale transnazionale tra Torino e Parigi.</w:t>
      </w:r>
    </w:p>
    <w:p w14:paraId="4C2F25A1" w14:textId="1BBCE809" w:rsidR="00015A85" w:rsidRDefault="00000000">
      <w:pPr>
        <w:pStyle w:val="Fonte"/>
      </w:pPr>
      <w:r>
        <w:rPr>
          <w:b/>
        </w:rPr>
        <w:t xml:space="preserve">URL: </w:t>
      </w:r>
      <w:hyperlink r:id="rId49" w:history="1">
        <w:r w:rsidR="00464A63" w:rsidRPr="007D68F8">
          <w:rPr>
            <w:rStyle w:val="Collegamentoipertestuale"/>
          </w:rPr>
          <w:t>https://www.exibart.com/evento-arte/nubian-people/</w:t>
        </w:r>
      </w:hyperlink>
      <w:r w:rsidR="00464A63">
        <w:rPr>
          <w:color w:val="464646"/>
        </w:rPr>
        <w:t xml:space="preserve"> </w:t>
      </w:r>
    </w:p>
    <w:p w14:paraId="3A09A336" w14:textId="77777777" w:rsidR="00015A85" w:rsidRDefault="00000000">
      <w:pPr>
        <w:pStyle w:val="Titolo2"/>
      </w:pPr>
      <w:proofErr w:type="spellStart"/>
      <w:r>
        <w:t>Exostrati</w:t>
      </w:r>
      <w:proofErr w:type="spellEnd"/>
      <w:r>
        <w:t xml:space="preserve"> - Edoardo Vaira / Demis Pascal</w:t>
      </w:r>
    </w:p>
    <w:p w14:paraId="2BBF2880" w14:textId="25D5E9C2" w:rsidR="00464A63" w:rsidRDefault="00464A63" w:rsidP="00464A63">
      <w:pPr>
        <w:spacing w:after="0"/>
        <w:rPr>
          <w:sz w:val="17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proofErr w:type="spellStart"/>
      <w:r>
        <w:rPr>
          <w:sz w:val="18"/>
          <w:szCs w:val="18"/>
        </w:rPr>
        <w:t>Exibart</w:t>
      </w:r>
      <w:proofErr w:type="spellEnd"/>
      <w:r>
        <w:rPr>
          <w:sz w:val="18"/>
          <w:szCs w:val="18"/>
        </w:rPr>
        <w:t xml:space="preserve">, Turismo </w:t>
      </w:r>
      <w:proofErr w:type="spellStart"/>
      <w:r>
        <w:rPr>
          <w:sz w:val="18"/>
          <w:szCs w:val="18"/>
        </w:rPr>
        <w:t>torino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PiemontePress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Calaméo</w:t>
      </w:r>
      <w:proofErr w:type="spellEnd"/>
    </w:p>
    <w:p w14:paraId="5F816F85" w14:textId="60D827A9" w:rsidR="00464A63" w:rsidRDefault="00464A63" w:rsidP="00464A63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8"/>
          <w:szCs w:val="18"/>
        </w:rPr>
        <w:t xml:space="preserve">13 </w:t>
      </w:r>
      <w:proofErr w:type="spellStart"/>
      <w:r>
        <w:rPr>
          <w:sz w:val="18"/>
          <w:szCs w:val="18"/>
        </w:rPr>
        <w:t>marzo</w:t>
      </w:r>
      <w:proofErr w:type="spellEnd"/>
      <w:r>
        <w:rPr>
          <w:sz w:val="18"/>
          <w:szCs w:val="18"/>
        </w:rPr>
        <w:t xml:space="preserve"> – 3 </w:t>
      </w:r>
      <w:proofErr w:type="spellStart"/>
      <w:r>
        <w:rPr>
          <w:sz w:val="18"/>
          <w:szCs w:val="18"/>
        </w:rPr>
        <w:t>aprile</w:t>
      </w:r>
      <w:proofErr w:type="spellEnd"/>
      <w:r>
        <w:rPr>
          <w:sz w:val="18"/>
          <w:szCs w:val="18"/>
        </w:rPr>
        <w:t xml:space="preserve"> 2026</w:t>
      </w:r>
    </w:p>
    <w:p w14:paraId="03A023ED" w14:textId="773F9797" w:rsidR="00464A63" w:rsidRDefault="00464A63" w:rsidP="00464A63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mostra</w:t>
      </w:r>
      <w:proofErr w:type="spellEnd"/>
      <w:r>
        <w:rPr>
          <w:sz w:val="18"/>
          <w:szCs w:val="18"/>
        </w:rPr>
        <w:t xml:space="preserve">  + </w:t>
      </w:r>
      <w:proofErr w:type="spellStart"/>
      <w:r>
        <w:rPr>
          <w:sz w:val="18"/>
          <w:szCs w:val="18"/>
        </w:rPr>
        <w:t>Museobook</w:t>
      </w:r>
      <w:proofErr w:type="spellEnd"/>
    </w:p>
    <w:p w14:paraId="318EF013" w14:textId="27A7B35D" w:rsidR="00464A63" w:rsidRPr="00A747FF" w:rsidRDefault="00464A63" w:rsidP="00464A63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Alta – </w:t>
      </w:r>
      <w:proofErr w:type="spellStart"/>
      <w:r>
        <w:rPr>
          <w:sz w:val="18"/>
          <w:szCs w:val="18"/>
        </w:rPr>
        <w:t>rafforza</w:t>
      </w:r>
      <w:proofErr w:type="spellEnd"/>
      <w:r>
        <w:rPr>
          <w:sz w:val="18"/>
          <w:szCs w:val="18"/>
        </w:rPr>
        <w:t xml:space="preserve"> la </w:t>
      </w:r>
      <w:proofErr w:type="spellStart"/>
      <w:r>
        <w:rPr>
          <w:sz w:val="18"/>
          <w:szCs w:val="18"/>
        </w:rPr>
        <w:t>linea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Museobook</w:t>
      </w:r>
      <w:proofErr w:type="spellEnd"/>
      <w:r>
        <w:rPr>
          <w:sz w:val="18"/>
          <w:szCs w:val="18"/>
        </w:rPr>
        <w:t xml:space="preserve">, editorial di </w:t>
      </w:r>
      <w:proofErr w:type="spellStart"/>
      <w:r>
        <w:rPr>
          <w:sz w:val="18"/>
          <w:szCs w:val="18"/>
        </w:rPr>
        <w:t>arte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contemporanea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transmediale</w:t>
      </w:r>
      <w:proofErr w:type="spellEnd"/>
    </w:p>
    <w:p w14:paraId="7B74AEDA" w14:textId="235A132E" w:rsidR="00015A85" w:rsidRDefault="00000000" w:rsidP="00464A63">
      <w:proofErr w:type="spellStart"/>
      <w:r>
        <w:t>Exostrati</w:t>
      </w:r>
      <w:proofErr w:type="spellEnd"/>
      <w:r>
        <w:t xml:space="preserve"> è </w:t>
      </w:r>
      <w:proofErr w:type="spellStart"/>
      <w:r>
        <w:t>documentato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Exibart</w:t>
      </w:r>
      <w:proofErr w:type="spellEnd"/>
      <w:r>
        <w:t>, Turismo Torino e PiemontePress. Il progetto combina pittura, struttura metallica e libro Museobook, dimostrando la capacità di ATB di integrare mostra, oggetto editoriale, testo critico e allestimento.</w:t>
      </w:r>
    </w:p>
    <w:p w14:paraId="4664EBAA" w14:textId="4F76F3F8" w:rsidR="00015A85" w:rsidRDefault="00000000">
      <w:pPr>
        <w:pStyle w:val="Fonte"/>
      </w:pPr>
      <w:r>
        <w:rPr>
          <w:b/>
        </w:rPr>
        <w:t xml:space="preserve">URL: </w:t>
      </w:r>
      <w:hyperlink r:id="rId50" w:history="1">
        <w:r w:rsidR="00464A63" w:rsidRPr="007D68F8">
          <w:rPr>
            <w:rStyle w:val="Collegamentoipertestuale"/>
          </w:rPr>
          <w:t>https://www.exibart.com/evento-arte/edoardo-vaira-demis-pascal-exostrati/</w:t>
        </w:r>
      </w:hyperlink>
      <w:r w:rsidR="00464A63">
        <w:rPr>
          <w:color w:val="464646"/>
        </w:rPr>
        <w:t xml:space="preserve"> </w:t>
      </w:r>
    </w:p>
    <w:p w14:paraId="2B339E86" w14:textId="77777777" w:rsidR="00015A85" w:rsidRDefault="00000000">
      <w:pPr>
        <w:pStyle w:val="Titolo2"/>
      </w:pPr>
      <w:proofErr w:type="spellStart"/>
      <w:r>
        <w:t>Exostrati</w:t>
      </w:r>
      <w:proofErr w:type="spellEnd"/>
      <w:r>
        <w:t xml:space="preserve"> - Turismo Torino e Provincia</w:t>
      </w:r>
    </w:p>
    <w:p w14:paraId="519E9AAF" w14:textId="5754FD60" w:rsidR="00464A63" w:rsidRDefault="00464A63" w:rsidP="00464A63">
      <w:pPr>
        <w:spacing w:after="0"/>
        <w:rPr>
          <w:sz w:val="17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Turismo Torino e Provincia</w:t>
      </w:r>
    </w:p>
    <w:p w14:paraId="4CA116A5" w14:textId="60EAEAC9" w:rsidR="00464A63" w:rsidRDefault="00464A63" w:rsidP="00464A63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12 </w:t>
      </w:r>
      <w:proofErr w:type="spellStart"/>
      <w:r>
        <w:rPr>
          <w:sz w:val="17"/>
        </w:rPr>
        <w:t>marzo</w:t>
      </w:r>
      <w:proofErr w:type="spellEnd"/>
      <w:r>
        <w:rPr>
          <w:sz w:val="17"/>
        </w:rPr>
        <w:t xml:space="preserve"> </w:t>
      </w:r>
      <w:r>
        <w:rPr>
          <w:sz w:val="17"/>
        </w:rPr>
        <w:t>2026</w:t>
      </w:r>
    </w:p>
    <w:p w14:paraId="5AEEA76F" w14:textId="20AF1791" w:rsidR="00464A63" w:rsidRDefault="00464A63" w:rsidP="00464A63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agenda </w:t>
      </w:r>
      <w:proofErr w:type="spellStart"/>
      <w:r>
        <w:rPr>
          <w:sz w:val="18"/>
          <w:szCs w:val="18"/>
        </w:rPr>
        <w:t>turistica</w:t>
      </w:r>
      <w:proofErr w:type="spellEnd"/>
      <w:r>
        <w:rPr>
          <w:sz w:val="18"/>
          <w:szCs w:val="18"/>
        </w:rPr>
        <w:t>/</w:t>
      </w:r>
      <w:proofErr w:type="spellStart"/>
      <w:r>
        <w:rPr>
          <w:sz w:val="18"/>
          <w:szCs w:val="18"/>
        </w:rPr>
        <w:t>culturale</w:t>
      </w:r>
      <w:proofErr w:type="spellEnd"/>
    </w:p>
    <w:p w14:paraId="109A31F5" w14:textId="02D365AA" w:rsidR="00464A63" w:rsidRPr="00A747FF" w:rsidRDefault="00464A63" w:rsidP="00464A63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Alta – </w:t>
      </w:r>
      <w:proofErr w:type="spellStart"/>
      <w:r>
        <w:rPr>
          <w:sz w:val="18"/>
          <w:szCs w:val="18"/>
        </w:rPr>
        <w:t>riconoscimento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sistema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turistico-culturale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territoriale</w:t>
      </w:r>
      <w:proofErr w:type="spellEnd"/>
    </w:p>
    <w:p w14:paraId="38E12476" w14:textId="77777777" w:rsidR="00015A85" w:rsidRDefault="00000000">
      <w:pPr>
        <w:pStyle w:val="Corpotesto"/>
      </w:pPr>
      <w:r>
        <w:t xml:space="preserve">Turismo Torino </w:t>
      </w:r>
      <w:proofErr w:type="spellStart"/>
      <w:r>
        <w:t>presenta</w:t>
      </w:r>
      <w:proofErr w:type="spellEnd"/>
      <w:r>
        <w:t xml:space="preserve"> </w:t>
      </w:r>
      <w:proofErr w:type="spellStart"/>
      <w:r>
        <w:t>Exostrati</w:t>
      </w:r>
      <w:proofErr w:type="spellEnd"/>
      <w:r>
        <w:t xml:space="preserve"> come progetto espositivo in cui pittura e scultura metallica dialogano, con riferimento al volume Museobook presentato durante la mostra.</w:t>
      </w:r>
    </w:p>
    <w:p w14:paraId="3040A241" w14:textId="3AD3DA91" w:rsidR="00015A85" w:rsidRDefault="00000000">
      <w:pPr>
        <w:pStyle w:val="Fonte"/>
      </w:pPr>
      <w:r>
        <w:rPr>
          <w:b/>
        </w:rPr>
        <w:t xml:space="preserve">URL: </w:t>
      </w:r>
      <w:hyperlink r:id="rId51" w:history="1">
        <w:r w:rsidR="00464A63" w:rsidRPr="007D68F8">
          <w:rPr>
            <w:rStyle w:val="Collegamentoipertestuale"/>
          </w:rPr>
          <w:t>https://turismotorino.org/it/visita/eventi/exostrati</w:t>
        </w:r>
      </w:hyperlink>
      <w:r w:rsidR="00464A63">
        <w:rPr>
          <w:color w:val="464646"/>
        </w:rPr>
        <w:t xml:space="preserve"> </w:t>
      </w:r>
    </w:p>
    <w:p w14:paraId="57BF52C6" w14:textId="77777777" w:rsidR="00015A85" w:rsidRDefault="00000000">
      <w:pPr>
        <w:pStyle w:val="Titolo2"/>
      </w:pPr>
      <w:proofErr w:type="spellStart"/>
      <w:r>
        <w:t>Museobook</w:t>
      </w:r>
      <w:proofErr w:type="spellEnd"/>
      <w:r>
        <w:t xml:space="preserve"> - </w:t>
      </w:r>
      <w:proofErr w:type="spellStart"/>
      <w:r>
        <w:t>pagina</w:t>
      </w:r>
      <w:proofErr w:type="spellEnd"/>
      <w:r>
        <w:t xml:space="preserve"> ATB</w:t>
      </w:r>
    </w:p>
    <w:p w14:paraId="5BFABDD7" w14:textId="66C2C4B4" w:rsidR="00464A63" w:rsidRDefault="00464A63" w:rsidP="00464A63">
      <w:pPr>
        <w:spacing w:after="0"/>
        <w:rPr>
          <w:sz w:val="17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ATB </w:t>
      </w:r>
      <w:proofErr w:type="spellStart"/>
      <w:r>
        <w:rPr>
          <w:sz w:val="17"/>
        </w:rPr>
        <w:t>Associazione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Culturale</w:t>
      </w:r>
      <w:proofErr w:type="spellEnd"/>
    </w:p>
    <w:p w14:paraId="3D51C5CF" w14:textId="3E4BAEEF" w:rsidR="00464A63" w:rsidRDefault="00464A63" w:rsidP="00464A63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2026</w:t>
      </w:r>
    </w:p>
    <w:p w14:paraId="051E74D6" w14:textId="06497CA2" w:rsidR="00464A63" w:rsidRDefault="00464A63" w:rsidP="00464A63">
      <w:pPr>
        <w:spacing w:after="0"/>
        <w:rPr>
          <w:sz w:val="17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linea</w:t>
      </w:r>
      <w:proofErr w:type="spellEnd"/>
      <w:r>
        <w:rPr>
          <w:sz w:val="18"/>
          <w:szCs w:val="18"/>
        </w:rPr>
        <w:t xml:space="preserve"> editorial/</w:t>
      </w:r>
      <w:proofErr w:type="spellStart"/>
      <w:r>
        <w:rPr>
          <w:sz w:val="18"/>
          <w:szCs w:val="18"/>
        </w:rPr>
        <w:t>curatoriale</w:t>
      </w:r>
      <w:proofErr w:type="spellEnd"/>
    </w:p>
    <w:p w14:paraId="7C74F906" w14:textId="75D6849D" w:rsidR="00464A63" w:rsidRPr="00A747FF" w:rsidRDefault="00464A63" w:rsidP="00464A63"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</w:t>
      </w:r>
      <w:r>
        <w:rPr>
          <w:sz w:val="18"/>
          <w:szCs w:val="18"/>
        </w:rPr>
        <w:t xml:space="preserve">olto </w:t>
      </w:r>
      <w:proofErr w:type="spellStart"/>
      <w:r>
        <w:rPr>
          <w:sz w:val="18"/>
          <w:szCs w:val="18"/>
        </w:rPr>
        <w:t>alta</w:t>
      </w:r>
      <w:proofErr w:type="spellEnd"/>
      <w:r>
        <w:rPr>
          <w:sz w:val="18"/>
          <w:szCs w:val="18"/>
        </w:rPr>
        <w:t xml:space="preserve"> – cornice </w:t>
      </w:r>
      <w:proofErr w:type="spellStart"/>
      <w:r>
        <w:rPr>
          <w:sz w:val="18"/>
          <w:szCs w:val="18"/>
        </w:rPr>
        <w:t>teorica</w:t>
      </w:r>
      <w:proofErr w:type="spellEnd"/>
      <w:r>
        <w:rPr>
          <w:sz w:val="18"/>
          <w:szCs w:val="18"/>
        </w:rPr>
        <w:t xml:space="preserve"> di ATB </w:t>
      </w:r>
      <w:proofErr w:type="spellStart"/>
      <w:r>
        <w:rPr>
          <w:sz w:val="18"/>
          <w:szCs w:val="18"/>
        </w:rPr>
        <w:t>Associazione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Culturale</w:t>
      </w:r>
      <w:proofErr w:type="spellEnd"/>
    </w:p>
    <w:p w14:paraId="2098A598" w14:textId="77777777" w:rsidR="00015A85" w:rsidRDefault="00000000">
      <w:pPr>
        <w:pStyle w:val="Corpotesto"/>
      </w:pPr>
      <w:r>
        <w:t xml:space="preserve">La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Museobook</w:t>
      </w:r>
      <w:proofErr w:type="spellEnd"/>
      <w:r>
        <w:t xml:space="preserve"> </w:t>
      </w:r>
      <w:proofErr w:type="spellStart"/>
      <w:r>
        <w:t>definisce</w:t>
      </w:r>
      <w:proofErr w:type="spellEnd"/>
      <w:r>
        <w:t xml:space="preserve"> le pubblicazioni come strumenti per bookshop museali e contesti espositivi, finalizzati a studio, conservazione e trasmissione dell’arte contemporanea. È la cornice teorica per Exostrati, Mariella Bogliacino e altri progetti d’arte editoriale.</w:t>
      </w:r>
    </w:p>
    <w:p w14:paraId="1B158B8B" w14:textId="6998A215" w:rsidR="00015A85" w:rsidRDefault="00000000">
      <w:pPr>
        <w:pStyle w:val="Fonte"/>
      </w:pPr>
      <w:r>
        <w:rPr>
          <w:b/>
        </w:rPr>
        <w:t xml:space="preserve">URL: </w:t>
      </w:r>
      <w:hyperlink r:id="rId52" w:history="1">
        <w:r w:rsidR="00464A63" w:rsidRPr="007D68F8">
          <w:rPr>
            <w:rStyle w:val="Collegamentoipertestuale"/>
          </w:rPr>
          <w:t>https://www.atbassociazioneculturale.org/museobookoggettidarte</w:t>
        </w:r>
      </w:hyperlink>
      <w:r w:rsidR="00464A63">
        <w:rPr>
          <w:color w:val="464646"/>
        </w:rPr>
        <w:t xml:space="preserve"> </w:t>
      </w:r>
    </w:p>
    <w:p w14:paraId="2F228C41" w14:textId="77777777" w:rsidR="00015A85" w:rsidRDefault="00015A85"/>
    <w:p w14:paraId="33B8E696" w14:textId="77777777" w:rsidR="00464A63" w:rsidRDefault="00464A63"/>
    <w:p w14:paraId="5B6B64D7" w14:textId="61AC9C76" w:rsidR="00015A85" w:rsidRDefault="00000000">
      <w:pPr>
        <w:pStyle w:val="Titolo2"/>
      </w:pPr>
      <w:r>
        <w:lastRenderedPageBreak/>
        <w:t xml:space="preserve">Mariella Bogliacino </w:t>
      </w:r>
      <w:r w:rsidR="00FF44B2">
        <w:t>–</w:t>
      </w:r>
      <w:r>
        <w:t xml:space="preserve"> </w:t>
      </w:r>
      <w:proofErr w:type="spellStart"/>
      <w:r>
        <w:t>Percorsi</w:t>
      </w:r>
      <w:proofErr w:type="spellEnd"/>
    </w:p>
    <w:p w14:paraId="5772DF42" w14:textId="29C66C37" w:rsidR="00464A63" w:rsidRDefault="00464A63" w:rsidP="00464A63">
      <w:pPr>
        <w:spacing w:after="0"/>
        <w:rPr>
          <w:sz w:val="17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ATB / Swann Art Gallery / </w:t>
      </w:r>
      <w:proofErr w:type="spellStart"/>
      <w:r>
        <w:rPr>
          <w:sz w:val="17"/>
        </w:rPr>
        <w:t>Melobox</w:t>
      </w:r>
      <w:proofErr w:type="spellEnd"/>
      <w:r>
        <w:rPr>
          <w:sz w:val="17"/>
        </w:rPr>
        <w:t xml:space="preserve"> / social </w:t>
      </w:r>
      <w:proofErr w:type="spellStart"/>
      <w:r>
        <w:rPr>
          <w:sz w:val="17"/>
        </w:rPr>
        <w:t>artista</w:t>
      </w:r>
      <w:proofErr w:type="spellEnd"/>
    </w:p>
    <w:p w14:paraId="6CEBCDDA" w14:textId="42630B8E" w:rsidR="00464A63" w:rsidRDefault="00464A63" w:rsidP="00464A63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8"/>
          <w:szCs w:val="18"/>
        </w:rPr>
        <w:t>2025-</w:t>
      </w:r>
      <w:r>
        <w:rPr>
          <w:sz w:val="17"/>
        </w:rPr>
        <w:t>2026</w:t>
      </w:r>
    </w:p>
    <w:p w14:paraId="506AC43E" w14:textId="77777777" w:rsidR="00464A63" w:rsidRDefault="00464A63" w:rsidP="00464A63">
      <w:pPr>
        <w:spacing w:after="0"/>
        <w:rPr>
          <w:b/>
          <w:bCs/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7"/>
        </w:rPr>
        <w:t>Museobook</w:t>
      </w:r>
      <w:proofErr w:type="spellEnd"/>
      <w:r>
        <w:rPr>
          <w:sz w:val="17"/>
        </w:rPr>
        <w:t xml:space="preserve"> / </w:t>
      </w:r>
      <w:proofErr w:type="spellStart"/>
      <w:r>
        <w:rPr>
          <w:sz w:val="17"/>
        </w:rPr>
        <w:t>libro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d’artista</w:t>
      </w:r>
      <w:proofErr w:type="spellEnd"/>
      <w:r>
        <w:rPr>
          <w:sz w:val="17"/>
        </w:rPr>
        <w:t xml:space="preserve"> / </w:t>
      </w:r>
      <w:proofErr w:type="spellStart"/>
      <w:r>
        <w:rPr>
          <w:sz w:val="17"/>
        </w:rPr>
        <w:t>artista</w:t>
      </w:r>
      <w:proofErr w:type="spellEnd"/>
      <w:r w:rsidRPr="00F0216C">
        <w:rPr>
          <w:b/>
          <w:bCs/>
          <w:sz w:val="18"/>
          <w:szCs w:val="18"/>
        </w:rPr>
        <w:t xml:space="preserve"> </w:t>
      </w:r>
    </w:p>
    <w:p w14:paraId="4D1436F2" w14:textId="7CAF8A32" w:rsidR="00464A63" w:rsidRPr="00A747FF" w:rsidRDefault="00464A63" w:rsidP="00464A63">
      <w:pPr>
        <w:spacing w:after="0"/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Media</w:t>
      </w:r>
      <w:r w:rsidR="009D62C3">
        <w:rPr>
          <w:sz w:val="18"/>
          <w:szCs w:val="18"/>
        </w:rPr>
        <w:t>/</w:t>
      </w:r>
      <w:proofErr w:type="spellStart"/>
      <w:r w:rsidR="009D62C3">
        <w:rPr>
          <w:sz w:val="18"/>
          <w:szCs w:val="18"/>
        </w:rPr>
        <w:t>alta</w:t>
      </w:r>
      <w:proofErr w:type="spellEnd"/>
      <w:r w:rsidR="009D62C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– </w:t>
      </w:r>
      <w:proofErr w:type="spellStart"/>
      <w:r w:rsidR="009D62C3">
        <w:rPr>
          <w:sz w:val="18"/>
          <w:szCs w:val="18"/>
        </w:rPr>
        <w:t>continuità</w:t>
      </w:r>
      <w:proofErr w:type="spellEnd"/>
      <w:r w:rsidR="009D62C3">
        <w:rPr>
          <w:sz w:val="18"/>
          <w:szCs w:val="18"/>
        </w:rPr>
        <w:t xml:space="preserve"> editorial e artistica</w:t>
      </w:r>
    </w:p>
    <w:p w14:paraId="708BACC1" w14:textId="77777777" w:rsidR="009D62C3" w:rsidRDefault="009D62C3">
      <w:pPr>
        <w:pStyle w:val="Corpotesto"/>
      </w:pPr>
    </w:p>
    <w:p w14:paraId="431FCD27" w14:textId="75559D97" w:rsidR="00015A85" w:rsidRDefault="00000000">
      <w:pPr>
        <w:pStyle w:val="Corpotesto"/>
      </w:pPr>
      <w:r>
        <w:t xml:space="preserve">La </w:t>
      </w:r>
      <w:proofErr w:type="spellStart"/>
      <w:r>
        <w:t>pubblicazione</w:t>
      </w:r>
      <w:proofErr w:type="spellEnd"/>
      <w:r>
        <w:t xml:space="preserve"> </w:t>
      </w:r>
      <w:proofErr w:type="spellStart"/>
      <w:r>
        <w:t>Percorsi</w:t>
      </w:r>
      <w:proofErr w:type="spellEnd"/>
      <w:r>
        <w:t xml:space="preserve"> è </w:t>
      </w:r>
      <w:proofErr w:type="spellStart"/>
      <w:r>
        <w:t>citata</w:t>
      </w:r>
      <w:proofErr w:type="spellEnd"/>
      <w:r>
        <w:t xml:space="preserve"> in fonti social e in contesti espositivi esterni; si inserisce nella linea Museobook e nella valorizzazione di libri d’artista e percorsi autoriali.</w:t>
      </w:r>
    </w:p>
    <w:p w14:paraId="360E3247" w14:textId="7A9E09CB" w:rsidR="00015A85" w:rsidRDefault="00000000">
      <w:pPr>
        <w:pStyle w:val="Fonte"/>
        <w:rPr>
          <w:color w:val="464646"/>
        </w:rPr>
      </w:pPr>
      <w:r>
        <w:rPr>
          <w:b/>
        </w:rPr>
        <w:t xml:space="preserve">URL: </w:t>
      </w:r>
      <w:hyperlink r:id="rId53" w:history="1">
        <w:r w:rsidR="009D62C3" w:rsidRPr="007D68F8">
          <w:rPr>
            <w:rStyle w:val="Collegamentoipertestuale"/>
          </w:rPr>
          <w:t>https://www.melobox.it/espressione-mostra-personale-di-mariella-bogliacino-swann-art-gallery-torino/</w:t>
        </w:r>
      </w:hyperlink>
    </w:p>
    <w:p w14:paraId="0964D420" w14:textId="3F85D819" w:rsidR="00015A85" w:rsidRDefault="00000000">
      <w:pPr>
        <w:pStyle w:val="Titolo2"/>
      </w:pPr>
      <w:r>
        <w:t xml:space="preserve">Marta Valls - Il viaggio </w:t>
      </w:r>
      <w:proofErr w:type="spellStart"/>
      <w:r>
        <w:t>blu</w:t>
      </w:r>
      <w:proofErr w:type="spellEnd"/>
      <w:r>
        <w:t xml:space="preserve"> di Andy Wallace</w:t>
      </w:r>
      <w:r w:rsidR="009D62C3">
        <w:t xml:space="preserve"> / Storia di </w:t>
      </w:r>
      <w:proofErr w:type="spellStart"/>
      <w:r w:rsidR="009D62C3">
        <w:t>un’antica</w:t>
      </w:r>
      <w:proofErr w:type="spellEnd"/>
      <w:r w:rsidR="009D62C3">
        <w:t xml:space="preserve"> </w:t>
      </w:r>
      <w:proofErr w:type="spellStart"/>
      <w:r w:rsidR="009D62C3">
        <w:t>libertà</w:t>
      </w:r>
      <w:proofErr w:type="spellEnd"/>
    </w:p>
    <w:p w14:paraId="2C15E6BA" w14:textId="7DDBA600" w:rsidR="009D62C3" w:rsidRDefault="009D62C3" w:rsidP="009D62C3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>ATB / Concorso Lingua Madre /</w:t>
      </w:r>
      <w:r>
        <w:rPr>
          <w:sz w:val="17"/>
        </w:rPr>
        <w:t xml:space="preserve"> </w:t>
      </w:r>
      <w:proofErr w:type="spellStart"/>
      <w:r>
        <w:rPr>
          <w:sz w:val="17"/>
        </w:rPr>
        <w:t>premio</w:t>
      </w:r>
      <w:proofErr w:type="spellEnd"/>
      <w:r>
        <w:rPr>
          <w:sz w:val="17"/>
        </w:rPr>
        <w:t xml:space="preserve"> Fondazione Mertz /</w:t>
      </w:r>
      <w:r>
        <w:rPr>
          <w:sz w:val="17"/>
        </w:rPr>
        <w:t xml:space="preserve"> </w:t>
      </w:r>
      <w:proofErr w:type="spellStart"/>
      <w:r>
        <w:rPr>
          <w:sz w:val="17"/>
        </w:rPr>
        <w:t>librerie</w:t>
      </w:r>
      <w:proofErr w:type="spellEnd"/>
      <w:r>
        <w:rPr>
          <w:sz w:val="17"/>
        </w:rPr>
        <w:t xml:space="preserve"> online</w:t>
      </w:r>
      <w:r w:rsidRPr="00F0216C">
        <w:rPr>
          <w:b/>
          <w:bCs/>
          <w:sz w:val="18"/>
          <w:szCs w:val="18"/>
        </w:rPr>
        <w:t xml:space="preserve"> </w:t>
      </w:r>
    </w:p>
    <w:p w14:paraId="5C618D04" w14:textId="38C3014E" w:rsidR="009D62C3" w:rsidRDefault="009D62C3" w:rsidP="009D62C3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2025-</w:t>
      </w:r>
      <w:r>
        <w:rPr>
          <w:sz w:val="17"/>
        </w:rPr>
        <w:t>2026</w:t>
      </w:r>
    </w:p>
    <w:p w14:paraId="256BA8EC" w14:textId="2190DCF3" w:rsidR="009D62C3" w:rsidRDefault="009D62C3" w:rsidP="009D62C3">
      <w:pPr>
        <w:spacing w:after="0"/>
        <w:jc w:val="both"/>
        <w:rPr>
          <w:b/>
          <w:bCs/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transmediabook</w:t>
      </w:r>
      <w:proofErr w:type="spellEnd"/>
      <w:r>
        <w:rPr>
          <w:sz w:val="18"/>
          <w:szCs w:val="18"/>
        </w:rPr>
        <w:t xml:space="preserve"> / libri </w:t>
      </w:r>
      <w:proofErr w:type="spellStart"/>
      <w:r>
        <w:rPr>
          <w:sz w:val="18"/>
          <w:szCs w:val="18"/>
        </w:rPr>
        <w:t>ergodici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letteratura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epistolare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intertemporale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autrice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internazionale</w:t>
      </w:r>
      <w:proofErr w:type="spellEnd"/>
    </w:p>
    <w:p w14:paraId="2E3C3C34" w14:textId="5AC7C493" w:rsidR="009D62C3" w:rsidRPr="00A747FF" w:rsidRDefault="009D62C3" w:rsidP="009D62C3">
      <w:pPr>
        <w:spacing w:after="0"/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Alta – </w:t>
      </w:r>
      <w:proofErr w:type="spellStart"/>
      <w:r>
        <w:rPr>
          <w:sz w:val="18"/>
          <w:szCs w:val="18"/>
        </w:rPr>
        <w:t>rafforza</w:t>
      </w:r>
      <w:proofErr w:type="spellEnd"/>
      <w:r>
        <w:rPr>
          <w:sz w:val="18"/>
          <w:szCs w:val="18"/>
        </w:rPr>
        <w:t xml:space="preserve"> la </w:t>
      </w:r>
      <w:proofErr w:type="spellStart"/>
      <w:r>
        <w:rPr>
          <w:sz w:val="18"/>
          <w:szCs w:val="18"/>
        </w:rPr>
        <w:t>linea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transmediale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internazionale</w:t>
      </w:r>
      <w:proofErr w:type="spellEnd"/>
    </w:p>
    <w:p w14:paraId="404B8DDD" w14:textId="358E7460" w:rsidR="00FF44B2" w:rsidRPr="00FF44B2" w:rsidRDefault="00FF44B2" w:rsidP="006835BB">
      <w:pPr>
        <w:jc w:val="both"/>
      </w:pPr>
    </w:p>
    <w:p w14:paraId="77CA877F" w14:textId="10BFCBAA" w:rsidR="009D62C3" w:rsidRPr="009D62C3" w:rsidRDefault="00000000" w:rsidP="006835BB">
      <w:pPr>
        <w:pStyle w:val="Corpotesto"/>
        <w:jc w:val="both"/>
        <w:rPr>
          <w:vanish/>
          <w:lang w:val="it-IT"/>
        </w:rPr>
      </w:pPr>
      <w:r>
        <w:t xml:space="preserve">Il </w:t>
      </w:r>
      <w:proofErr w:type="spellStart"/>
      <w:r>
        <w:t>progetto</w:t>
      </w:r>
      <w:proofErr w:type="spellEnd"/>
      <w:r>
        <w:t xml:space="preserve"> di Marta Valls è </w:t>
      </w:r>
      <w:proofErr w:type="spellStart"/>
      <w:r>
        <w:t>documentato</w:t>
      </w:r>
      <w:proofErr w:type="spellEnd"/>
      <w:r>
        <w:t xml:space="preserve"> come </w:t>
      </w:r>
      <w:proofErr w:type="spellStart"/>
      <w:r>
        <w:t>pubblicazione</w:t>
      </w:r>
      <w:proofErr w:type="spellEnd"/>
      <w:r>
        <w:t xml:space="preserve"> </w:t>
      </w:r>
      <w:proofErr w:type="spellStart"/>
      <w:r>
        <w:t>AtbEdizioni</w:t>
      </w:r>
      <w:proofErr w:type="spellEnd"/>
      <w:r>
        <w:t xml:space="preserve"> e </w:t>
      </w:r>
      <w:proofErr w:type="spellStart"/>
      <w:r>
        <w:t>presentazione</w:t>
      </w:r>
      <w:proofErr w:type="spellEnd"/>
      <w:r>
        <w:t xml:space="preserve"> </w:t>
      </w:r>
      <w:proofErr w:type="spellStart"/>
      <w:r>
        <w:t>nell’ambito</w:t>
      </w:r>
      <w:proofErr w:type="spellEnd"/>
      <w:r>
        <w:t xml:space="preserve"> del Salone OFF. ATB lo </w:t>
      </w:r>
      <w:proofErr w:type="spellStart"/>
      <w:r>
        <w:t>definisce</w:t>
      </w:r>
      <w:proofErr w:type="spellEnd"/>
      <w:r>
        <w:t xml:space="preserve"> come opera </w:t>
      </w:r>
      <w:proofErr w:type="spellStart"/>
      <w:r>
        <w:t>aperta</w:t>
      </w:r>
      <w:proofErr w:type="spellEnd"/>
      <w:r>
        <w:t xml:space="preserve">, </w:t>
      </w:r>
      <w:proofErr w:type="spellStart"/>
      <w:r>
        <w:t>transmediale</w:t>
      </w:r>
      <w:proofErr w:type="spellEnd"/>
      <w:r>
        <w:t xml:space="preserve">, con </w:t>
      </w:r>
      <w:proofErr w:type="spellStart"/>
      <w:r>
        <w:t>estensioni</w:t>
      </w:r>
      <w:proofErr w:type="spellEnd"/>
      <w:r>
        <w:t xml:space="preserve"> </w:t>
      </w:r>
      <w:proofErr w:type="spellStart"/>
      <w:r>
        <w:t>digitali</w:t>
      </w:r>
      <w:proofErr w:type="spellEnd"/>
      <w:r>
        <w:t xml:space="preserve"> e </w:t>
      </w:r>
      <w:proofErr w:type="spellStart"/>
      <w:r>
        <w:t>libro</w:t>
      </w:r>
      <w:proofErr w:type="spellEnd"/>
      <w:r>
        <w:t xml:space="preserve"> </w:t>
      </w:r>
      <w:proofErr w:type="spellStart"/>
      <w:r>
        <w:t>trasformabile</w:t>
      </w:r>
      <w:proofErr w:type="spellEnd"/>
      <w:r>
        <w:t xml:space="preserve"> in opera </w:t>
      </w:r>
      <w:proofErr w:type="spellStart"/>
      <w:r>
        <w:t>d’arte</w:t>
      </w:r>
      <w:proofErr w:type="spellEnd"/>
      <w:r>
        <w:t xml:space="preserve"> </w:t>
      </w:r>
      <w:proofErr w:type="spellStart"/>
      <w:r>
        <w:t>nomade</w:t>
      </w:r>
      <w:proofErr w:type="spellEnd"/>
      <w:r>
        <w:t>.</w:t>
      </w:r>
      <w:r w:rsidR="009D62C3" w:rsidRPr="009D62C3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="009D62C3" w:rsidRPr="009D62C3">
        <w:rPr>
          <w:rFonts w:eastAsia="Times New Roman"/>
          <w:i/>
          <w:iCs/>
          <w:lang w:val="it-IT" w:eastAsia="it-IT"/>
        </w:rPr>
        <w:t>Storia di un’antica libertà</w:t>
      </w:r>
      <w:r w:rsidR="009D62C3" w:rsidRPr="009D62C3">
        <w:rPr>
          <w:rFonts w:eastAsia="Times New Roman"/>
          <w:lang w:val="it-IT" w:eastAsia="it-IT"/>
        </w:rPr>
        <w:t xml:space="preserve"> di Marta Valls si configura come progetto editoriale transmediale tra letteratura, immagine e narrazione relazionale, sviluppato da </w:t>
      </w:r>
      <w:hyperlink r:id="rId54" w:tgtFrame="_blank" w:history="1">
        <w:r w:rsidR="009D62C3" w:rsidRPr="009D62C3">
          <w:rPr>
            <w:rStyle w:val="Collegamentoipertestuale"/>
            <w:rFonts w:eastAsia="Times New Roman"/>
            <w:lang w:val="it-IT" w:eastAsia="it-IT"/>
          </w:rPr>
          <w:t>ATB Associazione Culturale</w:t>
        </w:r>
      </w:hyperlink>
      <w:r w:rsidR="009D62C3" w:rsidRPr="009D62C3">
        <w:rPr>
          <w:rFonts w:eastAsia="Times New Roman"/>
          <w:lang w:val="it-IT" w:eastAsia="it-IT"/>
        </w:rPr>
        <w:t xml:space="preserve"> attraverso pratiche di editoria espansa e libro d’artista.</w:t>
      </w:r>
      <w:r w:rsidR="006835BB">
        <w:rPr>
          <w:rFonts w:eastAsia="Times New Roman"/>
          <w:lang w:val="it-IT" w:eastAsia="it-IT"/>
        </w:rPr>
        <w:t xml:space="preserve"> L’opera rafforza la dimensione internazionale e sperimentale della linea curatoriale di ATB, collocandosi tra </w:t>
      </w:r>
      <w:proofErr w:type="spellStart"/>
      <w:r w:rsidR="006835BB">
        <w:rPr>
          <w:rFonts w:eastAsia="Times New Roman"/>
          <w:lang w:val="it-IT" w:eastAsia="it-IT"/>
        </w:rPr>
        <w:t>Transmediabook</w:t>
      </w:r>
      <w:proofErr w:type="spellEnd"/>
      <w:r w:rsidR="006835BB">
        <w:rPr>
          <w:rFonts w:eastAsia="Times New Roman"/>
          <w:lang w:val="it-IT" w:eastAsia="it-IT"/>
        </w:rPr>
        <w:t>, libri ergodici e dispositivi verbo-visuali contemporanei.</w:t>
      </w:r>
      <w:r w:rsidR="009D62C3">
        <w:rPr>
          <w:rFonts w:eastAsia="Times New Roman"/>
          <w:lang w:val="it-IT" w:eastAsia="it-IT"/>
        </w:rPr>
        <w:t xml:space="preserve"> </w:t>
      </w:r>
      <w:r w:rsidR="009D62C3" w:rsidRPr="009D62C3">
        <w:rPr>
          <w:vanish/>
          <w:lang w:val="it-IT"/>
        </w:rPr>
        <w:t>Inizio modulo</w:t>
      </w:r>
    </w:p>
    <w:p w14:paraId="2FBD0541" w14:textId="77777777" w:rsidR="009D62C3" w:rsidRPr="009D62C3" w:rsidRDefault="009D62C3" w:rsidP="009D62C3">
      <w:pPr>
        <w:pStyle w:val="Corpotesto"/>
        <w:rPr>
          <w:vanish/>
          <w:lang w:val="it-IT"/>
        </w:rPr>
      </w:pPr>
      <w:r w:rsidRPr="009D62C3">
        <w:rPr>
          <w:vanish/>
          <w:lang w:val="it-IT"/>
        </w:rPr>
        <w:t>Fine modulo</w:t>
      </w:r>
    </w:p>
    <w:p w14:paraId="49991B9D" w14:textId="017F5AAB" w:rsidR="00015A85" w:rsidRDefault="00015A85">
      <w:pPr>
        <w:pStyle w:val="Corpotesto"/>
      </w:pPr>
    </w:p>
    <w:p w14:paraId="11C540BD" w14:textId="148E7EAF" w:rsidR="00015A85" w:rsidRDefault="00000000">
      <w:pPr>
        <w:pStyle w:val="Fonte"/>
      </w:pPr>
      <w:r>
        <w:rPr>
          <w:b/>
        </w:rPr>
        <w:t xml:space="preserve">URL: </w:t>
      </w:r>
      <w:hyperlink r:id="rId55" w:history="1">
        <w:r w:rsidR="009D62C3" w:rsidRPr="007D68F8">
          <w:rPr>
            <w:rStyle w:val="Collegamentoipertestuale"/>
          </w:rPr>
          <w:t>https://www.atbassociazioneculturale.org/post/ilviaggioinbludimartavalls</w:t>
        </w:r>
      </w:hyperlink>
      <w:r w:rsidR="009D62C3">
        <w:rPr>
          <w:color w:val="464646"/>
        </w:rPr>
        <w:t xml:space="preserve"> </w:t>
      </w:r>
    </w:p>
    <w:p w14:paraId="2C74FCD9" w14:textId="77777777" w:rsidR="00015A85" w:rsidRDefault="00000000">
      <w:pPr>
        <w:pStyle w:val="Titolo2"/>
      </w:pPr>
      <w:proofErr w:type="spellStart"/>
      <w:r>
        <w:t>Presentazione</w:t>
      </w:r>
      <w:proofErr w:type="spellEnd"/>
      <w:r>
        <w:t xml:space="preserve"> Marta Valls - Concorso Lingua Madre</w:t>
      </w:r>
    </w:p>
    <w:p w14:paraId="56006490" w14:textId="39C51991" w:rsidR="006835BB" w:rsidRDefault="006835BB" w:rsidP="006835BB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Concorso Lingua Madre / </w:t>
      </w:r>
      <w:proofErr w:type="spellStart"/>
      <w:r>
        <w:rPr>
          <w:sz w:val="17"/>
        </w:rPr>
        <w:t>premio</w:t>
      </w:r>
      <w:proofErr w:type="spellEnd"/>
      <w:r>
        <w:rPr>
          <w:sz w:val="17"/>
        </w:rPr>
        <w:t xml:space="preserve"> Fondazione Mertz / </w:t>
      </w:r>
      <w:proofErr w:type="spellStart"/>
      <w:r>
        <w:rPr>
          <w:sz w:val="17"/>
        </w:rPr>
        <w:t>librerie</w:t>
      </w:r>
      <w:proofErr w:type="spellEnd"/>
      <w:r>
        <w:rPr>
          <w:sz w:val="17"/>
        </w:rPr>
        <w:t xml:space="preserve"> online</w:t>
      </w:r>
      <w:r w:rsidRPr="00F0216C">
        <w:rPr>
          <w:b/>
          <w:bCs/>
          <w:sz w:val="18"/>
          <w:szCs w:val="18"/>
        </w:rPr>
        <w:t xml:space="preserve"> </w:t>
      </w:r>
    </w:p>
    <w:p w14:paraId="681EB975" w14:textId="0E760078" w:rsidR="006835BB" w:rsidRDefault="006835BB" w:rsidP="006835BB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8"/>
          <w:szCs w:val="18"/>
        </w:rPr>
        <w:t xml:space="preserve">17 </w:t>
      </w:r>
      <w:proofErr w:type="spellStart"/>
      <w:r>
        <w:rPr>
          <w:sz w:val="18"/>
          <w:szCs w:val="18"/>
        </w:rPr>
        <w:t>maggio</w:t>
      </w:r>
      <w:proofErr w:type="spellEnd"/>
      <w:r>
        <w:rPr>
          <w:sz w:val="18"/>
          <w:szCs w:val="18"/>
        </w:rPr>
        <w:t xml:space="preserve"> </w:t>
      </w:r>
      <w:r>
        <w:rPr>
          <w:sz w:val="17"/>
        </w:rPr>
        <w:t>2026</w:t>
      </w:r>
    </w:p>
    <w:p w14:paraId="7DBDB2D7" w14:textId="66547CC4" w:rsidR="006835BB" w:rsidRDefault="006835BB" w:rsidP="006835BB">
      <w:pPr>
        <w:spacing w:after="0"/>
        <w:jc w:val="both"/>
        <w:rPr>
          <w:b/>
          <w:bCs/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rete </w:t>
      </w:r>
      <w:proofErr w:type="spellStart"/>
      <w:r>
        <w:rPr>
          <w:sz w:val="18"/>
          <w:szCs w:val="18"/>
        </w:rPr>
        <w:t>letteraria</w:t>
      </w:r>
      <w:proofErr w:type="spellEnd"/>
      <w:r>
        <w:rPr>
          <w:sz w:val="18"/>
          <w:szCs w:val="18"/>
        </w:rPr>
        <w:t xml:space="preserve"> / Salone OFF</w:t>
      </w:r>
    </w:p>
    <w:p w14:paraId="2E15DEA8" w14:textId="357909D6" w:rsidR="00FF44B2" w:rsidRDefault="006835BB" w:rsidP="006835BB">
      <w:pPr>
        <w:spacing w:after="0"/>
        <w:rPr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Alta – r</w:t>
      </w:r>
      <w:r>
        <w:rPr>
          <w:sz w:val="18"/>
          <w:szCs w:val="18"/>
        </w:rPr>
        <w:t xml:space="preserve">ete </w:t>
      </w:r>
      <w:proofErr w:type="spellStart"/>
      <w:r>
        <w:rPr>
          <w:sz w:val="18"/>
          <w:szCs w:val="18"/>
        </w:rPr>
        <w:t>letteraria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riconoscimento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pubblico</w:t>
      </w:r>
      <w:proofErr w:type="spellEnd"/>
    </w:p>
    <w:p w14:paraId="3B4E158F" w14:textId="77777777" w:rsidR="006835BB" w:rsidRPr="00FF44B2" w:rsidRDefault="006835BB" w:rsidP="006835BB">
      <w:pPr>
        <w:spacing w:after="0"/>
      </w:pPr>
    </w:p>
    <w:p w14:paraId="0FD053C4" w14:textId="77777777" w:rsidR="00015A85" w:rsidRDefault="00000000">
      <w:pPr>
        <w:pStyle w:val="Corpotesto"/>
      </w:pPr>
      <w:r>
        <w:t>Il Concorso Lingua Madre segnala la presentazione del libro di Marta Valls al Santo Volto nell’ambito del Salone OFF, davanti a un nutrito pubblico, collegandola al Premio Speciale Fondazione Sandretto Re Rebaudengo.</w:t>
      </w:r>
    </w:p>
    <w:p w14:paraId="462A4BA9" w14:textId="532C5AF7" w:rsidR="00015A85" w:rsidRDefault="00000000">
      <w:pPr>
        <w:pStyle w:val="Fonte"/>
        <w:rPr>
          <w:color w:val="464646"/>
        </w:rPr>
      </w:pPr>
      <w:r>
        <w:rPr>
          <w:b/>
        </w:rPr>
        <w:t xml:space="preserve">URL: </w:t>
      </w:r>
      <w:hyperlink r:id="rId56" w:history="1">
        <w:r w:rsidR="006835BB" w:rsidRPr="007D68F8">
          <w:rPr>
            <w:rStyle w:val="Collegamentoipertestuale"/>
          </w:rPr>
          <w:t>https://concorsolinguamadre.it/presentazione-marta-valls/</w:t>
        </w:r>
      </w:hyperlink>
    </w:p>
    <w:p w14:paraId="798C504F" w14:textId="6565CCD4" w:rsidR="00015A85" w:rsidRDefault="00000000">
      <w:pPr>
        <w:pStyle w:val="Titolo2"/>
      </w:pPr>
      <w:r>
        <w:t xml:space="preserve">Libro di </w:t>
      </w:r>
      <w:proofErr w:type="spellStart"/>
      <w:r w:rsidR="006835BB">
        <w:t>AtbEdizioni</w:t>
      </w:r>
      <w:proofErr w:type="spellEnd"/>
      <w:r>
        <w:t xml:space="preserve"> - </w:t>
      </w:r>
      <w:proofErr w:type="spellStart"/>
      <w:r>
        <w:t>schede</w:t>
      </w:r>
      <w:proofErr w:type="spellEnd"/>
      <w:r>
        <w:t xml:space="preserve"> </w:t>
      </w:r>
      <w:proofErr w:type="spellStart"/>
      <w:r>
        <w:t>bibliografiche</w:t>
      </w:r>
      <w:proofErr w:type="spellEnd"/>
    </w:p>
    <w:p w14:paraId="5647BA49" w14:textId="6BD449DB" w:rsidR="006835BB" w:rsidRDefault="006835BB" w:rsidP="006835BB">
      <w:pPr>
        <w:spacing w:after="0"/>
        <w:rPr>
          <w:b/>
          <w:bCs/>
          <w:sz w:val="18"/>
          <w:szCs w:val="18"/>
        </w:rPr>
      </w:pPr>
      <w:r w:rsidRPr="00F0216C">
        <w:rPr>
          <w:b/>
          <w:bCs/>
          <w:sz w:val="18"/>
          <w:szCs w:val="18"/>
        </w:rPr>
        <w:t>Fonte</w:t>
      </w:r>
      <w:r w:rsidRPr="00F0216C">
        <w:rPr>
          <w:sz w:val="18"/>
          <w:szCs w:val="18"/>
        </w:rPr>
        <w:t xml:space="preserve">: </w:t>
      </w:r>
      <w:r>
        <w:rPr>
          <w:sz w:val="18"/>
          <w:szCs w:val="18"/>
        </w:rPr>
        <w:tab/>
        <w:t xml:space="preserve">    </w:t>
      </w:r>
      <w:r>
        <w:rPr>
          <w:sz w:val="17"/>
        </w:rPr>
        <w:t xml:space="preserve">Google Books / Feltrinelli / </w:t>
      </w:r>
      <w:proofErr w:type="spellStart"/>
      <w:r>
        <w:rPr>
          <w:sz w:val="17"/>
        </w:rPr>
        <w:t>libreria</w:t>
      </w:r>
      <w:proofErr w:type="spellEnd"/>
      <w:r>
        <w:rPr>
          <w:sz w:val="17"/>
        </w:rPr>
        <w:t xml:space="preserve"> online / </w:t>
      </w:r>
      <w:proofErr w:type="spellStart"/>
      <w:r>
        <w:rPr>
          <w:sz w:val="17"/>
        </w:rPr>
        <w:t>Catalogo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Metalice</w:t>
      </w:r>
      <w:proofErr w:type="spellEnd"/>
      <w:r>
        <w:rPr>
          <w:sz w:val="17"/>
        </w:rPr>
        <w:t xml:space="preserve"> / </w:t>
      </w:r>
      <w:proofErr w:type="spellStart"/>
      <w:r>
        <w:rPr>
          <w:sz w:val="17"/>
        </w:rPr>
        <w:t>sistema</w:t>
      </w:r>
      <w:proofErr w:type="spellEnd"/>
      <w:r>
        <w:rPr>
          <w:sz w:val="17"/>
        </w:rPr>
        <w:t xml:space="preserve"> ISBN</w:t>
      </w:r>
      <w:r w:rsidRPr="00F0216C">
        <w:rPr>
          <w:b/>
          <w:bCs/>
          <w:sz w:val="18"/>
          <w:szCs w:val="18"/>
        </w:rPr>
        <w:t xml:space="preserve"> </w:t>
      </w:r>
    </w:p>
    <w:p w14:paraId="18C26A00" w14:textId="62862CEE" w:rsidR="006835BB" w:rsidRDefault="006835BB" w:rsidP="006835BB">
      <w:pPr>
        <w:spacing w:after="0"/>
      </w:pPr>
      <w:r w:rsidRPr="00F0216C">
        <w:rPr>
          <w:b/>
          <w:bCs/>
          <w:sz w:val="18"/>
          <w:szCs w:val="18"/>
        </w:rPr>
        <w:t>Data: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</w:t>
      </w:r>
      <w:r>
        <w:rPr>
          <w:sz w:val="18"/>
          <w:szCs w:val="18"/>
        </w:rPr>
        <w:t xml:space="preserve">2020- </w:t>
      </w:r>
      <w:r>
        <w:rPr>
          <w:sz w:val="17"/>
        </w:rPr>
        <w:t>2026</w:t>
      </w:r>
    </w:p>
    <w:p w14:paraId="75692F8E" w14:textId="3CE76E93" w:rsidR="006835BB" w:rsidRDefault="006835BB" w:rsidP="006835BB">
      <w:pPr>
        <w:spacing w:after="0"/>
        <w:jc w:val="both"/>
        <w:rPr>
          <w:b/>
          <w:bCs/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Categoria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distribuzione</w:t>
      </w:r>
      <w:proofErr w:type="spellEnd"/>
      <w:r>
        <w:rPr>
          <w:sz w:val="18"/>
          <w:szCs w:val="18"/>
        </w:rPr>
        <w:t xml:space="preserve"> editorial </w:t>
      </w:r>
    </w:p>
    <w:p w14:paraId="5F524535" w14:textId="4B00132E" w:rsidR="006835BB" w:rsidRDefault="006835BB" w:rsidP="006835BB">
      <w:pPr>
        <w:spacing w:after="0"/>
        <w:rPr>
          <w:sz w:val="18"/>
          <w:szCs w:val="18"/>
        </w:rPr>
      </w:pPr>
      <w:proofErr w:type="spellStart"/>
      <w:r w:rsidRPr="00F0216C">
        <w:rPr>
          <w:b/>
          <w:bCs/>
          <w:sz w:val="18"/>
          <w:szCs w:val="18"/>
        </w:rPr>
        <w:t>Rilevanza</w:t>
      </w:r>
      <w:proofErr w:type="spellEnd"/>
      <w:r w:rsidRPr="00F0216C"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Alta – </w:t>
      </w:r>
      <w:proofErr w:type="spellStart"/>
      <w:r>
        <w:rPr>
          <w:sz w:val="18"/>
          <w:szCs w:val="18"/>
        </w:rPr>
        <w:t>realtà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editoriale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tracciabile</w:t>
      </w:r>
      <w:proofErr w:type="spellEnd"/>
    </w:p>
    <w:p w14:paraId="28E0F610" w14:textId="34CFAC9F" w:rsidR="00FF44B2" w:rsidRPr="00FF44B2" w:rsidRDefault="00FF44B2" w:rsidP="00FF44B2"/>
    <w:p w14:paraId="171066CC" w14:textId="1C488BDA" w:rsidR="00015A85" w:rsidRDefault="00000000">
      <w:pPr>
        <w:pStyle w:val="Corpotesto"/>
      </w:pPr>
      <w:r>
        <w:t xml:space="preserve">Le schede bibliografiche online confermano </w:t>
      </w:r>
      <w:proofErr w:type="spellStart"/>
      <w:r>
        <w:t>autor</w:t>
      </w:r>
      <w:r w:rsidR="006835BB">
        <w:t>i</w:t>
      </w:r>
      <w:proofErr w:type="spellEnd"/>
      <w:r>
        <w:t xml:space="preserve">, </w:t>
      </w:r>
      <w:proofErr w:type="spellStart"/>
      <w:r>
        <w:t>editor</w:t>
      </w:r>
      <w:r w:rsidR="006835BB">
        <w:t>i</w:t>
      </w:r>
      <w:proofErr w:type="spellEnd"/>
      <w:r>
        <w:t>, ann</w:t>
      </w:r>
      <w:r w:rsidR="006835BB">
        <w:t>i</w:t>
      </w:r>
      <w:r>
        <w:t xml:space="preserve">, ISBN e presenza </w:t>
      </w:r>
      <w:proofErr w:type="spellStart"/>
      <w:r>
        <w:t>de</w:t>
      </w:r>
      <w:r w:rsidR="006835BB">
        <w:t>i</w:t>
      </w:r>
      <w:proofErr w:type="spellEnd"/>
      <w:r w:rsidR="006835BB">
        <w:t xml:space="preserve"> libri di </w:t>
      </w:r>
      <w:proofErr w:type="spellStart"/>
      <w:r w:rsidR="006835BB">
        <w:t>AtbEdizioni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circuiti</w:t>
      </w:r>
      <w:proofErr w:type="spellEnd"/>
      <w:r>
        <w:t xml:space="preserve"> </w:t>
      </w:r>
      <w:proofErr w:type="spellStart"/>
      <w:r>
        <w:t>librari</w:t>
      </w:r>
      <w:proofErr w:type="spellEnd"/>
      <w:r>
        <w:t>, utile per rafforzare la dimensione editoriale di ATB.</w:t>
      </w:r>
    </w:p>
    <w:p w14:paraId="6B446D22" w14:textId="3B57EC12" w:rsidR="00015A85" w:rsidRDefault="00000000">
      <w:pPr>
        <w:pStyle w:val="Fonte"/>
      </w:pPr>
      <w:r>
        <w:rPr>
          <w:b/>
        </w:rPr>
        <w:t xml:space="preserve">URL: </w:t>
      </w:r>
      <w:hyperlink r:id="rId57" w:history="1">
        <w:r w:rsidR="006835BB" w:rsidRPr="007D68F8">
          <w:rPr>
            <w:rStyle w:val="Collegamentoipertestuale"/>
          </w:rPr>
          <w:t>https://books.google.com/books/about/Il_viaggio_blu_di_Andy_Wallace_un_giallo.html?id=P8b70QEACAAJ</w:t>
        </w:r>
      </w:hyperlink>
      <w:r w:rsidR="006835BB">
        <w:rPr>
          <w:color w:val="464646"/>
        </w:rPr>
        <w:t xml:space="preserve"> </w:t>
      </w:r>
    </w:p>
    <w:p w14:paraId="211BC28C" w14:textId="77777777" w:rsidR="00015A85" w:rsidRDefault="00015A85"/>
    <w:p w14:paraId="18FEDE1D" w14:textId="77777777" w:rsidR="00E23D7B" w:rsidRDefault="00E23D7B"/>
    <w:p w14:paraId="507F7C5C" w14:textId="77777777" w:rsidR="00896E3A" w:rsidRDefault="006835BB" w:rsidP="00896E3A">
      <w:pPr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</w:pPr>
      <w:r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lastRenderedPageBreak/>
        <w:t xml:space="preserve">APPENDICE </w:t>
      </w:r>
      <w:r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A</w:t>
      </w:r>
      <w:r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 - </w:t>
      </w:r>
      <w:proofErr w:type="spellStart"/>
      <w:r w:rsidR="00896E3A"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Accreditamento</w:t>
      </w:r>
      <w:proofErr w:type="spellEnd"/>
      <w:r w:rsidR="00896E3A"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="00896E3A"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scientifico</w:t>
      </w:r>
      <w:proofErr w:type="spellEnd"/>
      <w:r w:rsidR="00896E3A"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, </w:t>
      </w:r>
      <w:proofErr w:type="spellStart"/>
      <w:r w:rsidR="00896E3A"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culturale</w:t>
      </w:r>
      <w:proofErr w:type="spellEnd"/>
      <w:r w:rsidR="00896E3A"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, </w:t>
      </w:r>
      <w:proofErr w:type="spellStart"/>
      <w:r w:rsidR="00896E3A"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artistico</w:t>
      </w:r>
      <w:proofErr w:type="spellEnd"/>
      <w:r w:rsidR="00896E3A"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 e </w:t>
      </w:r>
      <w:proofErr w:type="spellStart"/>
      <w:r w:rsidR="00896E3A" w:rsidRPr="00896E3A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curatoriale</w:t>
      </w:r>
      <w:proofErr w:type="spellEnd"/>
    </w:p>
    <w:p w14:paraId="4A3347F4" w14:textId="77777777" w:rsidR="00896E3A" w:rsidRPr="00896E3A" w:rsidRDefault="00896E3A" w:rsidP="00E23D7B">
      <w:pPr>
        <w:spacing w:after="0"/>
        <w:jc w:val="both"/>
        <w:rPr>
          <w:color w:val="1F497D" w:themeColor="text2"/>
        </w:rPr>
      </w:pPr>
      <w:proofErr w:type="spellStart"/>
      <w:r w:rsidRPr="00896E3A">
        <w:rPr>
          <w:b/>
          <w:color w:val="1F497D" w:themeColor="text2"/>
          <w:sz w:val="30"/>
        </w:rPr>
        <w:t>Introduzione</w:t>
      </w:r>
      <w:proofErr w:type="spellEnd"/>
    </w:p>
    <w:p w14:paraId="2C5C2BBE" w14:textId="3A61C4C9" w:rsidR="00896E3A" w:rsidRDefault="00896E3A" w:rsidP="00896E3A">
      <w:pPr>
        <w:spacing w:after="0"/>
        <w:jc w:val="both"/>
      </w:pPr>
      <w:r>
        <w:t xml:space="preserve">La prima </w:t>
      </w:r>
      <w:proofErr w:type="spellStart"/>
      <w:r>
        <w:t>edizione</w:t>
      </w:r>
      <w:proofErr w:type="spellEnd"/>
      <w:r>
        <w:t xml:space="preserve"> di “</w:t>
      </w:r>
      <w:proofErr w:type="spellStart"/>
      <w:r>
        <w:t>Abitare</w:t>
      </w:r>
      <w:proofErr w:type="spellEnd"/>
      <w:r>
        <w:t xml:space="preserve"> il </w:t>
      </w:r>
      <w:proofErr w:type="spellStart"/>
      <w:r>
        <w:t>territorio</w:t>
      </w:r>
      <w:proofErr w:type="spellEnd"/>
      <w:r>
        <w:t xml:space="preserve">” ha </w:t>
      </w:r>
      <w:proofErr w:type="spellStart"/>
      <w:r>
        <w:t>coinvolto</w:t>
      </w:r>
      <w:proofErr w:type="spellEnd"/>
      <w:r>
        <w:t xml:space="preserve"> figure </w:t>
      </w:r>
      <w:proofErr w:type="spellStart"/>
      <w:r>
        <w:t>provenienti</w:t>
      </w:r>
      <w:proofErr w:type="spellEnd"/>
      <w:r>
        <w:t xml:space="preserve"> da </w:t>
      </w:r>
      <w:proofErr w:type="spellStart"/>
      <w:r>
        <w:t>differenti</w:t>
      </w:r>
      <w:proofErr w:type="spellEnd"/>
      <w:r>
        <w:t xml:space="preserve"> </w:t>
      </w:r>
      <w:proofErr w:type="spellStart"/>
      <w:r>
        <w:t>ambiti</w:t>
      </w:r>
      <w:proofErr w:type="spellEnd"/>
      <w:r>
        <w:t xml:space="preserve"> del panorama </w:t>
      </w:r>
      <w:proofErr w:type="spellStart"/>
      <w:r>
        <w:t>culturale</w:t>
      </w:r>
      <w:proofErr w:type="spellEnd"/>
      <w:r>
        <w:t xml:space="preserve">, </w:t>
      </w:r>
      <w:proofErr w:type="spellStart"/>
      <w:r>
        <w:t>scientifico</w:t>
      </w:r>
      <w:proofErr w:type="spellEnd"/>
      <w:r>
        <w:t xml:space="preserve">, </w:t>
      </w:r>
      <w:proofErr w:type="spellStart"/>
      <w:r>
        <w:t>artistico</w:t>
      </w:r>
      <w:proofErr w:type="spellEnd"/>
      <w:r>
        <w:t xml:space="preserve">, musicale, </w:t>
      </w:r>
      <w:proofErr w:type="spellStart"/>
      <w:r>
        <w:t>teatrale</w:t>
      </w:r>
      <w:proofErr w:type="spellEnd"/>
      <w:r>
        <w:t xml:space="preserve"> ed </w:t>
      </w:r>
      <w:proofErr w:type="spellStart"/>
      <w:r>
        <w:t>editoriale</w:t>
      </w:r>
      <w:proofErr w:type="spellEnd"/>
      <w:r>
        <w:t xml:space="preserve">, </w:t>
      </w:r>
      <w:proofErr w:type="spellStart"/>
      <w:r>
        <w:t>contribuendo</w:t>
      </w:r>
      <w:proofErr w:type="spellEnd"/>
      <w:r>
        <w:t xml:space="preserve"> a </w:t>
      </w:r>
      <w:proofErr w:type="spellStart"/>
      <w:r>
        <w:t>costruire</w:t>
      </w:r>
      <w:proofErr w:type="spellEnd"/>
      <w:r>
        <w:t xml:space="preserve"> un </w:t>
      </w:r>
      <w:proofErr w:type="spellStart"/>
      <w:r>
        <w:t>significativo</w:t>
      </w:r>
      <w:proofErr w:type="spellEnd"/>
      <w:r>
        <w:t xml:space="preserve"> </w:t>
      </w:r>
      <w:proofErr w:type="spellStart"/>
      <w:r>
        <w:t>livello</w:t>
      </w:r>
      <w:proofErr w:type="spellEnd"/>
      <w:r>
        <w:t xml:space="preserve"> di </w:t>
      </w:r>
      <w:proofErr w:type="spellStart"/>
      <w:r>
        <w:t>accreditamento</w:t>
      </w:r>
      <w:proofErr w:type="spellEnd"/>
      <w:r>
        <w:t xml:space="preserve"> </w:t>
      </w:r>
      <w:proofErr w:type="spellStart"/>
      <w:r>
        <w:t>interdisciplinare</w:t>
      </w:r>
      <w:proofErr w:type="spellEnd"/>
      <w:r>
        <w:t>.</w:t>
      </w:r>
      <w:r>
        <w:br/>
        <w:t xml:space="preserve">Il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configura</w:t>
      </w:r>
      <w:proofErr w:type="spellEnd"/>
      <w:r>
        <w:t xml:space="preserve"> come </w:t>
      </w:r>
      <w:proofErr w:type="spellStart"/>
      <w:r>
        <w:t>spazio</w:t>
      </w:r>
      <w:proofErr w:type="spellEnd"/>
      <w:r>
        <w:t xml:space="preserve"> di </w:t>
      </w:r>
      <w:proofErr w:type="spellStart"/>
      <w:r>
        <w:t>relazione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ricerca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, </w:t>
      </w:r>
      <w:proofErr w:type="spellStart"/>
      <w:r>
        <w:t>pratiche</w:t>
      </w:r>
      <w:proofErr w:type="spellEnd"/>
      <w:r>
        <w:t xml:space="preserve"> </w:t>
      </w:r>
      <w:proofErr w:type="spellStart"/>
      <w:r>
        <w:t>artistiche</w:t>
      </w:r>
      <w:proofErr w:type="spellEnd"/>
      <w:r>
        <w:t xml:space="preserve"> </w:t>
      </w:r>
      <w:proofErr w:type="spellStart"/>
      <w:r>
        <w:t>contemporanee</w:t>
      </w:r>
      <w:proofErr w:type="spellEnd"/>
      <w:r>
        <w:t xml:space="preserve">, </w:t>
      </w:r>
      <w:proofErr w:type="spellStart"/>
      <w:r>
        <w:t>riflessione</w:t>
      </w:r>
      <w:proofErr w:type="spellEnd"/>
      <w:r>
        <w:t xml:space="preserve"> </w:t>
      </w:r>
      <w:proofErr w:type="spellStart"/>
      <w:r>
        <w:t>teologica</w:t>
      </w:r>
      <w:proofErr w:type="spellEnd"/>
      <w:r>
        <w:t xml:space="preserve">, </w:t>
      </w:r>
      <w:proofErr w:type="spellStart"/>
      <w:r>
        <w:t>divulgazione</w:t>
      </w:r>
      <w:proofErr w:type="spellEnd"/>
      <w:r>
        <w:t xml:space="preserve"> </w:t>
      </w:r>
      <w:proofErr w:type="spellStart"/>
      <w:r>
        <w:t>scientifica</w:t>
      </w:r>
      <w:proofErr w:type="spellEnd"/>
      <w:r>
        <w:t xml:space="preserve">, </w:t>
      </w:r>
      <w:proofErr w:type="spellStart"/>
      <w:r>
        <w:t>editoria</w:t>
      </w:r>
      <w:proofErr w:type="spellEnd"/>
      <w:r>
        <w:t xml:space="preserve">, musica, </w:t>
      </w:r>
      <w:proofErr w:type="spellStart"/>
      <w:r>
        <w:t>pratiche</w:t>
      </w:r>
      <w:proofErr w:type="spellEnd"/>
      <w:r>
        <w:t xml:space="preserve"> performative, </w:t>
      </w:r>
      <w:proofErr w:type="spellStart"/>
      <w:r>
        <w:t>ricerca</w:t>
      </w:r>
      <w:proofErr w:type="spellEnd"/>
      <w:r>
        <w:t xml:space="preserve"> </w:t>
      </w:r>
      <w:proofErr w:type="spellStart"/>
      <w:r>
        <w:t>curatoriale</w:t>
      </w:r>
      <w:proofErr w:type="spellEnd"/>
      <w:r>
        <w:t xml:space="preserve"> </w:t>
      </w:r>
      <w:proofErr w:type="spellStart"/>
      <w:r>
        <w:t>internazionale</w:t>
      </w:r>
      <w:proofErr w:type="spellEnd"/>
      <w:r>
        <w:t xml:space="preserve"> e </w:t>
      </w:r>
      <w:proofErr w:type="spellStart"/>
      <w:r>
        <w:t>attivazione</w:t>
      </w:r>
      <w:proofErr w:type="spellEnd"/>
      <w:r>
        <w:t xml:space="preserve"> </w:t>
      </w:r>
      <w:proofErr w:type="spellStart"/>
      <w:r>
        <w:t>territoriale</w:t>
      </w:r>
      <w:proofErr w:type="spellEnd"/>
      <w:r>
        <w:t>.</w:t>
      </w:r>
    </w:p>
    <w:p w14:paraId="18E5FE8E" w14:textId="77777777" w:rsidR="00896E3A" w:rsidRDefault="00896E3A" w:rsidP="00896E3A">
      <w:pPr>
        <w:spacing w:after="0"/>
        <w:jc w:val="both"/>
      </w:pPr>
    </w:p>
    <w:p w14:paraId="6706D22A" w14:textId="77777777" w:rsidR="00896E3A" w:rsidRPr="00896E3A" w:rsidRDefault="00896E3A" w:rsidP="00896E3A">
      <w:pPr>
        <w:spacing w:after="0"/>
        <w:jc w:val="both"/>
        <w:rPr>
          <w:color w:val="1F497D" w:themeColor="text2"/>
        </w:rPr>
      </w:pPr>
      <w:proofErr w:type="spellStart"/>
      <w:r w:rsidRPr="00896E3A">
        <w:rPr>
          <w:b/>
          <w:color w:val="1F497D" w:themeColor="text2"/>
          <w:sz w:val="30"/>
        </w:rPr>
        <w:t>Ambito</w:t>
      </w:r>
      <w:proofErr w:type="spellEnd"/>
      <w:r w:rsidRPr="00896E3A">
        <w:rPr>
          <w:b/>
          <w:color w:val="1F497D" w:themeColor="text2"/>
          <w:sz w:val="30"/>
        </w:rPr>
        <w:t xml:space="preserve"> </w:t>
      </w:r>
      <w:proofErr w:type="spellStart"/>
      <w:r w:rsidRPr="00896E3A">
        <w:rPr>
          <w:b/>
          <w:color w:val="1F497D" w:themeColor="text2"/>
          <w:sz w:val="30"/>
        </w:rPr>
        <w:t>scientifico</w:t>
      </w:r>
      <w:proofErr w:type="spellEnd"/>
      <w:r w:rsidRPr="00896E3A">
        <w:rPr>
          <w:b/>
          <w:color w:val="1F497D" w:themeColor="text2"/>
          <w:sz w:val="30"/>
        </w:rPr>
        <w:t xml:space="preserve"> e </w:t>
      </w:r>
      <w:proofErr w:type="spellStart"/>
      <w:r w:rsidRPr="00896E3A">
        <w:rPr>
          <w:b/>
          <w:color w:val="1F497D" w:themeColor="text2"/>
          <w:sz w:val="30"/>
        </w:rPr>
        <w:t>accademico</w:t>
      </w:r>
      <w:proofErr w:type="spellEnd"/>
    </w:p>
    <w:p w14:paraId="50922FC1" w14:textId="77777777" w:rsidR="00896E3A" w:rsidRDefault="00896E3A" w:rsidP="00896E3A">
      <w:pPr>
        <w:spacing w:after="0"/>
        <w:jc w:val="both"/>
      </w:pPr>
      <w:r w:rsidRPr="00896E3A">
        <w:rPr>
          <w:b/>
          <w:bCs/>
        </w:rPr>
        <w:t>• Generoso Urciuoli</w:t>
      </w:r>
      <w:r>
        <w:t xml:space="preserve"> — </w:t>
      </w:r>
      <w:proofErr w:type="spellStart"/>
      <w:r>
        <w:t>archeologo</w:t>
      </w:r>
      <w:proofErr w:type="spellEnd"/>
      <w:r>
        <w:t xml:space="preserve">, </w:t>
      </w:r>
      <w:proofErr w:type="spellStart"/>
      <w:r>
        <w:t>divulgatore</w:t>
      </w:r>
      <w:proofErr w:type="spellEnd"/>
      <w:r>
        <w:t xml:space="preserve"> e </w:t>
      </w:r>
      <w:proofErr w:type="spellStart"/>
      <w:r>
        <w:t>direttore</w:t>
      </w:r>
      <w:proofErr w:type="spellEnd"/>
      <w:r>
        <w:t xml:space="preserve"> del </w:t>
      </w:r>
      <w:proofErr w:type="spellStart"/>
      <w:r>
        <w:t>MegaMuseo</w:t>
      </w:r>
      <w:proofErr w:type="spellEnd"/>
      <w:r>
        <w:t xml:space="preserve"> di </w:t>
      </w:r>
      <w:proofErr w:type="spellStart"/>
      <w:r>
        <w:t>Aosta</w:t>
      </w:r>
      <w:proofErr w:type="spellEnd"/>
      <w:r>
        <w:t xml:space="preserve">, </w:t>
      </w:r>
      <w:proofErr w:type="spellStart"/>
      <w:r>
        <w:t>impegnato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ricerca</w:t>
      </w:r>
      <w:proofErr w:type="spellEnd"/>
      <w:r>
        <w:t xml:space="preserve"> storico-</w:t>
      </w:r>
      <w:proofErr w:type="spellStart"/>
      <w:r>
        <w:t>archeologica</w:t>
      </w:r>
      <w:proofErr w:type="spellEnd"/>
      <w:r>
        <w:t xml:space="preserve"> e </w:t>
      </w:r>
      <w:proofErr w:type="spellStart"/>
      <w:r>
        <w:t>nei</w:t>
      </w:r>
      <w:proofErr w:type="spellEnd"/>
      <w:r>
        <w:t xml:space="preserve"> </w:t>
      </w:r>
      <w:proofErr w:type="spellStart"/>
      <w:r>
        <w:t>processi</w:t>
      </w:r>
      <w:proofErr w:type="spellEnd"/>
      <w:r>
        <w:t xml:space="preserve"> di </w:t>
      </w:r>
      <w:proofErr w:type="spellStart"/>
      <w:r>
        <w:t>mediazione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</w:t>
      </w:r>
      <w:proofErr w:type="spellStart"/>
      <w:r>
        <w:t>contemporanea</w:t>
      </w:r>
      <w:proofErr w:type="spellEnd"/>
      <w:r>
        <w:t>.</w:t>
      </w:r>
      <w:r>
        <w:t xml:space="preserve"> </w:t>
      </w:r>
    </w:p>
    <w:p w14:paraId="33A4B4B4" w14:textId="77777777" w:rsidR="00896E3A" w:rsidRDefault="00896E3A" w:rsidP="00896E3A">
      <w:pPr>
        <w:spacing w:after="0"/>
        <w:jc w:val="both"/>
      </w:pPr>
      <w:r w:rsidRPr="00896E3A">
        <w:rPr>
          <w:b/>
          <w:bCs/>
        </w:rPr>
        <w:t xml:space="preserve">• Marta </w:t>
      </w:r>
      <w:proofErr w:type="spellStart"/>
      <w:r w:rsidRPr="00896E3A">
        <w:rPr>
          <w:b/>
          <w:bCs/>
        </w:rPr>
        <w:t>Berogno</w:t>
      </w:r>
      <w:proofErr w:type="spellEnd"/>
      <w:r>
        <w:t xml:space="preserve"> — </w:t>
      </w:r>
      <w:proofErr w:type="spellStart"/>
      <w:r>
        <w:t>egittologa</w:t>
      </w:r>
      <w:proofErr w:type="spellEnd"/>
      <w:r>
        <w:t xml:space="preserve"> e </w:t>
      </w:r>
      <w:proofErr w:type="spellStart"/>
      <w:r>
        <w:t>ricercatrice</w:t>
      </w:r>
      <w:proofErr w:type="spellEnd"/>
      <w:r>
        <w:t xml:space="preserve"> </w:t>
      </w:r>
      <w:proofErr w:type="spellStart"/>
      <w:r>
        <w:t>legata</w:t>
      </w:r>
      <w:proofErr w:type="spellEnd"/>
      <w:r>
        <w:t xml:space="preserve"> al Museo Egizio di Torino, </w:t>
      </w:r>
      <w:proofErr w:type="spellStart"/>
      <w:r>
        <w:t>attiva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divulgazione</w:t>
      </w:r>
      <w:proofErr w:type="spellEnd"/>
      <w:r>
        <w:t xml:space="preserve"> </w:t>
      </w:r>
      <w:proofErr w:type="spellStart"/>
      <w:r>
        <w:t>storica</w:t>
      </w:r>
      <w:proofErr w:type="spellEnd"/>
      <w:r>
        <w:t xml:space="preserve"> e </w:t>
      </w:r>
      <w:proofErr w:type="spellStart"/>
      <w:r>
        <w:t>antropologica</w:t>
      </w:r>
      <w:proofErr w:type="spellEnd"/>
      <w:r>
        <w:t>.</w:t>
      </w:r>
      <w:r>
        <w:br/>
      </w:r>
      <w:r w:rsidRPr="00896E3A">
        <w:rPr>
          <w:b/>
          <w:bCs/>
        </w:rPr>
        <w:t>• Bruno Barberis</w:t>
      </w:r>
      <w:r>
        <w:t xml:space="preserve"> — </w:t>
      </w:r>
      <w:proofErr w:type="spellStart"/>
      <w:r>
        <w:t>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principali</w:t>
      </w:r>
      <w:proofErr w:type="spellEnd"/>
      <w:r>
        <w:t xml:space="preserve"> </w:t>
      </w:r>
      <w:proofErr w:type="spellStart"/>
      <w:r>
        <w:t>studiosi</w:t>
      </w:r>
      <w:proofErr w:type="spellEnd"/>
      <w:r>
        <w:t xml:space="preserve"> </w:t>
      </w:r>
      <w:proofErr w:type="spellStart"/>
      <w:r>
        <w:t>italiani</w:t>
      </w:r>
      <w:proofErr w:type="spellEnd"/>
      <w:r>
        <w:t xml:space="preserve"> e </w:t>
      </w:r>
      <w:proofErr w:type="spellStart"/>
      <w:r>
        <w:t>internazionali</w:t>
      </w:r>
      <w:proofErr w:type="spellEnd"/>
      <w:r>
        <w:t xml:space="preserve"> della Sindone, </w:t>
      </w:r>
      <w:proofErr w:type="spellStart"/>
      <w:r>
        <w:t>già</w:t>
      </w:r>
      <w:proofErr w:type="spellEnd"/>
      <w:r>
        <w:t xml:space="preserve"> </w:t>
      </w:r>
      <w:proofErr w:type="spellStart"/>
      <w:r>
        <w:t>docente</w:t>
      </w:r>
      <w:proofErr w:type="spellEnd"/>
      <w:r>
        <w:t xml:space="preserve"> </w:t>
      </w:r>
      <w:proofErr w:type="spellStart"/>
      <w:r>
        <w:t>universitario</w:t>
      </w:r>
      <w:proofErr w:type="spellEnd"/>
      <w:r>
        <w:t xml:space="preserve"> e </w:t>
      </w:r>
      <w:proofErr w:type="spellStart"/>
      <w:r>
        <w:t>figura</w:t>
      </w:r>
      <w:proofErr w:type="spellEnd"/>
      <w:r>
        <w:t xml:space="preserve"> di </w:t>
      </w:r>
      <w:proofErr w:type="spellStart"/>
      <w:r>
        <w:t>riferimento</w:t>
      </w:r>
      <w:proofErr w:type="spellEnd"/>
      <w:r>
        <w:t xml:space="preserve"> </w:t>
      </w:r>
      <w:proofErr w:type="spellStart"/>
      <w:r>
        <w:t>nell’ambito</w:t>
      </w:r>
      <w:proofErr w:type="spellEnd"/>
      <w:r>
        <w:t xml:space="preserve"> della </w:t>
      </w:r>
      <w:proofErr w:type="spellStart"/>
      <w:r>
        <w:t>sindonologia</w:t>
      </w:r>
      <w:proofErr w:type="spellEnd"/>
      <w:r>
        <w:t xml:space="preserve"> </w:t>
      </w:r>
      <w:proofErr w:type="spellStart"/>
      <w:r>
        <w:t>contemporanea</w:t>
      </w:r>
      <w:proofErr w:type="spellEnd"/>
      <w:r>
        <w:t>.</w:t>
      </w:r>
      <w:r>
        <w:t xml:space="preserve"> </w:t>
      </w:r>
    </w:p>
    <w:p w14:paraId="3A623237" w14:textId="77777777" w:rsidR="00896E3A" w:rsidRDefault="00896E3A" w:rsidP="00896E3A">
      <w:pPr>
        <w:spacing w:after="0"/>
        <w:jc w:val="both"/>
      </w:pPr>
      <w:r w:rsidRPr="00896E3A">
        <w:rPr>
          <w:b/>
          <w:bCs/>
        </w:rPr>
        <w:t>• Don Gianluca Carrega</w:t>
      </w:r>
      <w:r>
        <w:t xml:space="preserve"> — </w:t>
      </w:r>
      <w:proofErr w:type="spellStart"/>
      <w:r>
        <w:t>biblista</w:t>
      </w:r>
      <w:proofErr w:type="spellEnd"/>
      <w:r>
        <w:t xml:space="preserve">, </w:t>
      </w:r>
      <w:proofErr w:type="spellStart"/>
      <w:r>
        <w:t>docente</w:t>
      </w:r>
      <w:proofErr w:type="spellEnd"/>
      <w:r>
        <w:t xml:space="preserve"> </w:t>
      </w:r>
      <w:proofErr w:type="spellStart"/>
      <w:r>
        <w:t>universitario</w:t>
      </w:r>
      <w:proofErr w:type="spellEnd"/>
      <w:r>
        <w:t xml:space="preserve"> e </w:t>
      </w:r>
      <w:proofErr w:type="spellStart"/>
      <w:r>
        <w:t>direttore</w:t>
      </w:r>
      <w:proofErr w:type="spellEnd"/>
      <w:r>
        <w:t xml:space="preserve"> </w:t>
      </w:r>
      <w:proofErr w:type="spellStart"/>
      <w:r>
        <w:t>dell’Ufficio</w:t>
      </w:r>
      <w:proofErr w:type="spellEnd"/>
      <w:r>
        <w:t xml:space="preserve"> per la Pastorale della Cultura della </w:t>
      </w:r>
      <w:proofErr w:type="spellStart"/>
      <w:r>
        <w:t>Diocesi</w:t>
      </w:r>
      <w:proofErr w:type="spellEnd"/>
      <w:r>
        <w:t xml:space="preserve"> di Torino, </w:t>
      </w:r>
      <w:proofErr w:type="spellStart"/>
      <w:r>
        <w:t>impegnato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dialogo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spiritualità</w:t>
      </w:r>
      <w:proofErr w:type="spellEnd"/>
      <w:r>
        <w:t xml:space="preserve">, </w:t>
      </w:r>
      <w:proofErr w:type="spellStart"/>
      <w:r>
        <w:t>cultura</w:t>
      </w:r>
      <w:proofErr w:type="spellEnd"/>
      <w:r>
        <w:t xml:space="preserve"> </w:t>
      </w:r>
      <w:proofErr w:type="spellStart"/>
      <w:r>
        <w:t>contemporanea</w:t>
      </w:r>
      <w:proofErr w:type="spellEnd"/>
      <w:r>
        <w:t xml:space="preserve"> e </w:t>
      </w:r>
      <w:proofErr w:type="spellStart"/>
      <w:r>
        <w:t>spazio</w:t>
      </w:r>
      <w:proofErr w:type="spellEnd"/>
      <w:r>
        <w:t xml:space="preserve"> </w:t>
      </w:r>
      <w:proofErr w:type="spellStart"/>
      <w:r>
        <w:t>pubblico</w:t>
      </w:r>
      <w:proofErr w:type="spellEnd"/>
      <w:r>
        <w:t>.</w:t>
      </w:r>
    </w:p>
    <w:p w14:paraId="0BB993AA" w14:textId="3606B530" w:rsidR="00896E3A" w:rsidRDefault="00896E3A" w:rsidP="00896E3A">
      <w:pPr>
        <w:spacing w:after="0"/>
        <w:jc w:val="both"/>
      </w:pPr>
      <w:r w:rsidRPr="00896E3A">
        <w:rPr>
          <w:b/>
          <w:bCs/>
        </w:rPr>
        <w:t>• Chiara Commisso</w:t>
      </w:r>
      <w:r>
        <w:t xml:space="preserve"> — </w:t>
      </w:r>
      <w:proofErr w:type="spellStart"/>
      <w:r>
        <w:t>docente</w:t>
      </w:r>
      <w:proofErr w:type="spellEnd"/>
      <w:r>
        <w:t xml:space="preserve">, </w:t>
      </w:r>
      <w:proofErr w:type="spellStart"/>
      <w:r>
        <w:t>autrice</w:t>
      </w:r>
      <w:proofErr w:type="spellEnd"/>
      <w:r>
        <w:t xml:space="preserve"> e </w:t>
      </w:r>
      <w:proofErr w:type="spellStart"/>
      <w:r>
        <w:t>collaboratrice</w:t>
      </w:r>
      <w:proofErr w:type="spellEnd"/>
      <w:r>
        <w:t xml:space="preserve"> </w:t>
      </w:r>
      <w:proofErr w:type="spellStart"/>
      <w:r>
        <w:t>editoriale</w:t>
      </w:r>
      <w:proofErr w:type="spellEnd"/>
      <w:r>
        <w:t xml:space="preserve"> </w:t>
      </w:r>
      <w:proofErr w:type="spellStart"/>
      <w:r>
        <w:t>nell’ambito</w:t>
      </w:r>
      <w:proofErr w:type="spellEnd"/>
      <w:r>
        <w:t xml:space="preserve"> della </w:t>
      </w:r>
      <w:proofErr w:type="spellStart"/>
      <w:r>
        <w:t>formazione</w:t>
      </w:r>
      <w:proofErr w:type="spellEnd"/>
      <w:r>
        <w:t xml:space="preserve"> </w:t>
      </w:r>
      <w:proofErr w:type="spellStart"/>
      <w:r>
        <w:t>scolastica</w:t>
      </w:r>
      <w:proofErr w:type="spellEnd"/>
      <w:r>
        <w:t xml:space="preserve"> e </w:t>
      </w:r>
      <w:proofErr w:type="spellStart"/>
      <w:r>
        <w:t>dei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classici</w:t>
      </w:r>
      <w:proofErr w:type="spellEnd"/>
      <w:r>
        <w:t>.</w:t>
      </w:r>
    </w:p>
    <w:p w14:paraId="60E884C3" w14:textId="77777777" w:rsidR="00896E3A" w:rsidRDefault="00896E3A" w:rsidP="00896E3A">
      <w:pPr>
        <w:spacing w:after="0"/>
        <w:jc w:val="both"/>
      </w:pPr>
    </w:p>
    <w:p w14:paraId="6962A4A4" w14:textId="77777777" w:rsidR="00896E3A" w:rsidRPr="00896E3A" w:rsidRDefault="00896E3A" w:rsidP="00896E3A">
      <w:pPr>
        <w:spacing w:after="0"/>
        <w:jc w:val="both"/>
        <w:rPr>
          <w:color w:val="1F497D" w:themeColor="text2"/>
        </w:rPr>
      </w:pPr>
      <w:proofErr w:type="spellStart"/>
      <w:r w:rsidRPr="00896E3A">
        <w:rPr>
          <w:b/>
          <w:color w:val="1F497D" w:themeColor="text2"/>
          <w:sz w:val="30"/>
        </w:rPr>
        <w:t>Ambito</w:t>
      </w:r>
      <w:proofErr w:type="spellEnd"/>
      <w:r w:rsidRPr="00896E3A">
        <w:rPr>
          <w:b/>
          <w:color w:val="1F497D" w:themeColor="text2"/>
          <w:sz w:val="30"/>
        </w:rPr>
        <w:t xml:space="preserve"> </w:t>
      </w:r>
      <w:proofErr w:type="spellStart"/>
      <w:r w:rsidRPr="00896E3A">
        <w:rPr>
          <w:b/>
          <w:color w:val="1F497D" w:themeColor="text2"/>
          <w:sz w:val="30"/>
        </w:rPr>
        <w:t>curatoriale</w:t>
      </w:r>
      <w:proofErr w:type="spellEnd"/>
      <w:r w:rsidRPr="00896E3A">
        <w:rPr>
          <w:b/>
          <w:color w:val="1F497D" w:themeColor="text2"/>
          <w:sz w:val="30"/>
        </w:rPr>
        <w:t xml:space="preserve"> e </w:t>
      </w:r>
      <w:proofErr w:type="spellStart"/>
      <w:r w:rsidRPr="00896E3A">
        <w:rPr>
          <w:b/>
          <w:color w:val="1F497D" w:themeColor="text2"/>
          <w:sz w:val="30"/>
        </w:rPr>
        <w:t>internazionale</w:t>
      </w:r>
      <w:proofErr w:type="spellEnd"/>
    </w:p>
    <w:p w14:paraId="76219BBB" w14:textId="77777777" w:rsidR="00896E3A" w:rsidRDefault="00896E3A" w:rsidP="00896E3A">
      <w:pPr>
        <w:spacing w:after="0"/>
        <w:jc w:val="both"/>
      </w:pPr>
      <w:r w:rsidRPr="00896E3A">
        <w:rPr>
          <w:b/>
          <w:bCs/>
        </w:rPr>
        <w:t>• Isabelle Russo</w:t>
      </w:r>
      <w:r>
        <w:t xml:space="preserve"> — </w:t>
      </w:r>
      <w:proofErr w:type="spellStart"/>
      <w:r>
        <w:t>curatrice</w:t>
      </w:r>
      <w:proofErr w:type="spellEnd"/>
      <w:r>
        <w:t xml:space="preserve"> e </w:t>
      </w:r>
      <w:proofErr w:type="spellStart"/>
      <w:r>
        <w:t>ricercatrice</w:t>
      </w:r>
      <w:proofErr w:type="spellEnd"/>
      <w:r>
        <w:t xml:space="preserve"> </w:t>
      </w:r>
      <w:proofErr w:type="spellStart"/>
      <w:r>
        <w:t>indipendente</w:t>
      </w:r>
      <w:proofErr w:type="spellEnd"/>
      <w:r>
        <w:t xml:space="preserve"> </w:t>
      </w:r>
      <w:proofErr w:type="spellStart"/>
      <w:r>
        <w:t>attiva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Francia e Nord Africa, </w:t>
      </w:r>
      <w:proofErr w:type="spellStart"/>
      <w:r>
        <w:t>ideatrice</w:t>
      </w:r>
      <w:proofErr w:type="spellEnd"/>
      <w:r>
        <w:t xml:space="preserve"> della </w:t>
      </w:r>
      <w:proofErr w:type="spellStart"/>
      <w:r>
        <w:t>collezione</w:t>
      </w:r>
      <w:proofErr w:type="spellEnd"/>
      <w:r>
        <w:t xml:space="preserve"> </w:t>
      </w:r>
      <w:proofErr w:type="spellStart"/>
      <w:r>
        <w:t>GliExtra</w:t>
      </w:r>
      <w:proofErr w:type="spellEnd"/>
      <w:r>
        <w:t xml:space="preserve"> e </w:t>
      </w:r>
      <w:proofErr w:type="spellStart"/>
      <w:r>
        <w:t>impegnata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valorizzazione</w:t>
      </w:r>
      <w:proofErr w:type="spellEnd"/>
      <w:r>
        <w:t xml:space="preserve"> dell’arte </w:t>
      </w:r>
      <w:proofErr w:type="spellStart"/>
      <w:r>
        <w:t>contemporanea</w:t>
      </w:r>
      <w:proofErr w:type="spellEnd"/>
      <w:r>
        <w:t xml:space="preserve"> </w:t>
      </w:r>
      <w:proofErr w:type="spellStart"/>
      <w:r>
        <w:t>prodotta</w:t>
      </w:r>
      <w:proofErr w:type="spellEnd"/>
      <w:r>
        <w:t xml:space="preserve"> in </w:t>
      </w:r>
      <w:proofErr w:type="spellStart"/>
      <w:r>
        <w:t>contesti</w:t>
      </w:r>
      <w:proofErr w:type="spellEnd"/>
      <w:r>
        <w:t xml:space="preserve"> di </w:t>
      </w:r>
      <w:proofErr w:type="spellStart"/>
      <w:r>
        <w:t>conflitto</w:t>
      </w:r>
      <w:proofErr w:type="spellEnd"/>
      <w:r>
        <w:t xml:space="preserve">, diaspora ed </w:t>
      </w:r>
      <w:proofErr w:type="spellStart"/>
      <w:r>
        <w:t>esilio</w:t>
      </w:r>
      <w:proofErr w:type="spellEnd"/>
      <w:r>
        <w:t>.</w:t>
      </w:r>
    </w:p>
    <w:p w14:paraId="2545E32F" w14:textId="56649868" w:rsidR="00896E3A" w:rsidRDefault="00896E3A" w:rsidP="00896E3A">
      <w:pPr>
        <w:spacing w:after="0"/>
        <w:jc w:val="both"/>
      </w:pPr>
      <w:r w:rsidRPr="00896E3A">
        <w:rPr>
          <w:b/>
          <w:bCs/>
        </w:rPr>
        <w:t xml:space="preserve">• La </w:t>
      </w:r>
      <w:proofErr w:type="spellStart"/>
      <w:r w:rsidRPr="00896E3A">
        <w:rPr>
          <w:b/>
          <w:bCs/>
        </w:rPr>
        <w:t>collezione</w:t>
      </w:r>
      <w:proofErr w:type="spellEnd"/>
      <w:r w:rsidRPr="00896E3A">
        <w:rPr>
          <w:b/>
          <w:bCs/>
        </w:rPr>
        <w:t xml:space="preserve"> </w:t>
      </w:r>
      <w:proofErr w:type="spellStart"/>
      <w:r w:rsidRPr="00896E3A">
        <w:rPr>
          <w:b/>
          <w:bCs/>
        </w:rPr>
        <w:t>GliExtra</w:t>
      </w:r>
      <w:proofErr w:type="spellEnd"/>
      <w:r w:rsidRPr="00896E3A">
        <w:rPr>
          <w:b/>
          <w:bCs/>
        </w:rPr>
        <w:t>,</w:t>
      </w:r>
      <w:r>
        <w:t xml:space="preserve"> </w:t>
      </w:r>
      <w:proofErr w:type="spellStart"/>
      <w:r>
        <w:t>presentata</w:t>
      </w:r>
      <w:proofErr w:type="spellEnd"/>
      <w:r>
        <w:t xml:space="preserve"> in </w:t>
      </w:r>
      <w:proofErr w:type="spellStart"/>
      <w:r>
        <w:t>differenti</w:t>
      </w:r>
      <w:proofErr w:type="spellEnd"/>
      <w:r>
        <w:t xml:space="preserve"> </w:t>
      </w:r>
      <w:proofErr w:type="spellStart"/>
      <w:r>
        <w:t>contesti</w:t>
      </w:r>
      <w:proofErr w:type="spellEnd"/>
      <w:r>
        <w:t xml:space="preserve"> </w:t>
      </w:r>
      <w:proofErr w:type="spellStart"/>
      <w:r>
        <w:t>espositivi</w:t>
      </w:r>
      <w:proofErr w:type="spellEnd"/>
      <w:r>
        <w:t xml:space="preserve"> </w:t>
      </w:r>
      <w:proofErr w:type="spellStart"/>
      <w:r>
        <w:t>internazionali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Francia e Italia.</w:t>
      </w:r>
      <w:r>
        <w:br/>
        <w:t xml:space="preserve">•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artisti</w:t>
      </w:r>
      <w:proofErr w:type="spellEnd"/>
      <w:r>
        <w:t xml:space="preserve"> della </w:t>
      </w:r>
      <w:proofErr w:type="spellStart"/>
      <w:r>
        <w:t>mostra</w:t>
      </w:r>
      <w:proofErr w:type="spellEnd"/>
      <w:r>
        <w:t xml:space="preserve"> </w:t>
      </w:r>
      <w:r w:rsidRPr="00896E3A">
        <w:rPr>
          <w:b/>
          <w:bCs/>
        </w:rPr>
        <w:t xml:space="preserve">“Sudan – </w:t>
      </w:r>
      <w:proofErr w:type="spellStart"/>
      <w:r w:rsidRPr="00896E3A">
        <w:rPr>
          <w:b/>
          <w:bCs/>
        </w:rPr>
        <w:t>Artisti</w:t>
      </w:r>
      <w:proofErr w:type="spellEnd"/>
      <w:r w:rsidRPr="00896E3A">
        <w:rPr>
          <w:b/>
          <w:bCs/>
        </w:rPr>
        <w:t xml:space="preserve"> </w:t>
      </w:r>
      <w:proofErr w:type="spellStart"/>
      <w:r w:rsidRPr="00896E3A">
        <w:rPr>
          <w:b/>
          <w:bCs/>
        </w:rPr>
        <w:t>contemporanei</w:t>
      </w:r>
      <w:proofErr w:type="spellEnd"/>
      <w:r>
        <w:t xml:space="preserve">”, </w:t>
      </w:r>
      <w:proofErr w:type="spellStart"/>
      <w:r>
        <w:t>ispirati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Scuola di Khartoum e </w:t>
      </w:r>
      <w:proofErr w:type="spellStart"/>
      <w:r>
        <w:t>dalle</w:t>
      </w:r>
      <w:proofErr w:type="spellEnd"/>
      <w:r>
        <w:t xml:space="preserve"> successive </w:t>
      </w:r>
      <w:proofErr w:type="spellStart"/>
      <w:r>
        <w:t>traiettorie</w:t>
      </w:r>
      <w:proofErr w:type="spellEnd"/>
      <w:r>
        <w:t xml:space="preserve"> </w:t>
      </w:r>
      <w:proofErr w:type="spellStart"/>
      <w:r>
        <w:t>diasporiche</w:t>
      </w:r>
      <w:proofErr w:type="spellEnd"/>
      <w:r>
        <w:t xml:space="preserve"> dell’arte </w:t>
      </w:r>
      <w:proofErr w:type="spellStart"/>
      <w:r>
        <w:t>sudanese</w:t>
      </w:r>
      <w:proofErr w:type="spellEnd"/>
      <w:r>
        <w:t xml:space="preserve"> </w:t>
      </w:r>
      <w:proofErr w:type="spellStart"/>
      <w:r>
        <w:t>contemporanea</w:t>
      </w:r>
      <w:proofErr w:type="spellEnd"/>
      <w:r>
        <w:t>.</w:t>
      </w:r>
    </w:p>
    <w:p w14:paraId="08531726" w14:textId="322B6223" w:rsidR="00896E3A" w:rsidRDefault="00896E3A" w:rsidP="00896E3A">
      <w:pPr>
        <w:spacing w:after="0"/>
        <w:jc w:val="both"/>
      </w:pPr>
      <w:r>
        <w:t xml:space="preserve">La </w:t>
      </w:r>
      <w:proofErr w:type="spellStart"/>
      <w:r>
        <w:t>mostra</w:t>
      </w:r>
      <w:proofErr w:type="spellEnd"/>
      <w:r>
        <w:t xml:space="preserve"> “Sudan – </w:t>
      </w:r>
      <w:proofErr w:type="spellStart"/>
      <w:r>
        <w:t>Artisti</w:t>
      </w:r>
      <w:proofErr w:type="spellEnd"/>
      <w:r>
        <w:t xml:space="preserve"> </w:t>
      </w:r>
      <w:proofErr w:type="spellStart"/>
      <w:r>
        <w:t>contemporanei</w:t>
      </w:r>
      <w:proofErr w:type="spellEnd"/>
      <w:r>
        <w:t xml:space="preserve">” ha </w:t>
      </w:r>
      <w:proofErr w:type="spellStart"/>
      <w:r>
        <w:t>rappresentato</w:t>
      </w:r>
      <w:proofErr w:type="spellEnd"/>
      <w:r>
        <w:t xml:space="preserve"> la prima </w:t>
      </w:r>
      <w:proofErr w:type="spellStart"/>
      <w:r>
        <w:t>presentazione</w:t>
      </w:r>
      <w:proofErr w:type="spellEnd"/>
      <w:r>
        <w:t xml:space="preserve"> </w:t>
      </w:r>
      <w:proofErr w:type="spellStart"/>
      <w:r>
        <w:t>collettiva</w:t>
      </w:r>
      <w:proofErr w:type="spellEnd"/>
      <w:r>
        <w:t xml:space="preserve"> in Italia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significativa</w:t>
      </w:r>
      <w:proofErr w:type="spellEnd"/>
      <w:r>
        <w:t xml:space="preserve"> della </w:t>
      </w:r>
      <w:proofErr w:type="spellStart"/>
      <w:r>
        <w:t>collezione</w:t>
      </w:r>
      <w:proofErr w:type="spellEnd"/>
      <w:r>
        <w:t xml:space="preserve"> </w:t>
      </w:r>
      <w:proofErr w:type="spellStart"/>
      <w:r>
        <w:t>GliExtra</w:t>
      </w:r>
      <w:proofErr w:type="spellEnd"/>
      <w:r>
        <w:t>.</w:t>
      </w:r>
    </w:p>
    <w:p w14:paraId="79B1579D" w14:textId="77777777" w:rsidR="00E23D7B" w:rsidRDefault="00E23D7B" w:rsidP="00E23D7B">
      <w:pPr>
        <w:spacing w:after="0"/>
      </w:pPr>
      <w:r>
        <w:t xml:space="preserve">La </w:t>
      </w:r>
      <w:proofErr w:type="spellStart"/>
      <w:r>
        <w:t>mostra</w:t>
      </w:r>
      <w:proofErr w:type="spellEnd"/>
      <w:r>
        <w:t xml:space="preserve"> “Sudan – </w:t>
      </w:r>
      <w:proofErr w:type="spellStart"/>
      <w:r>
        <w:t>Artisti</w:t>
      </w:r>
      <w:proofErr w:type="spellEnd"/>
      <w:r>
        <w:t xml:space="preserve"> </w:t>
      </w:r>
      <w:proofErr w:type="spellStart"/>
      <w:r>
        <w:t>contemporanei</w:t>
      </w:r>
      <w:proofErr w:type="spellEnd"/>
      <w:r>
        <w:t xml:space="preserve">”, </w:t>
      </w:r>
      <w:proofErr w:type="spellStart"/>
      <w:r>
        <w:t>curata</w:t>
      </w:r>
      <w:proofErr w:type="spellEnd"/>
      <w:r>
        <w:t xml:space="preserve"> da Alessandro Allocco e Isabelle Russo, ha </w:t>
      </w:r>
      <w:proofErr w:type="spellStart"/>
      <w:r>
        <w:t>rappresentato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delle </w:t>
      </w:r>
      <w:proofErr w:type="spellStart"/>
      <w:r>
        <w:t>sezioni</w:t>
      </w:r>
      <w:proofErr w:type="spellEnd"/>
      <w:r>
        <w:t xml:space="preserve"> </w:t>
      </w:r>
      <w:proofErr w:type="spellStart"/>
      <w:r>
        <w:t>centrali</w:t>
      </w:r>
      <w:proofErr w:type="spellEnd"/>
      <w:r>
        <w:t xml:space="preserve"> della prima </w:t>
      </w:r>
      <w:proofErr w:type="spellStart"/>
      <w:r>
        <w:t>edizione</w:t>
      </w:r>
      <w:proofErr w:type="spellEnd"/>
      <w:r>
        <w:t xml:space="preserve"> di “</w:t>
      </w:r>
      <w:proofErr w:type="spellStart"/>
      <w:r>
        <w:t>Abitare</w:t>
      </w:r>
      <w:proofErr w:type="spellEnd"/>
      <w:r>
        <w:t xml:space="preserve"> il </w:t>
      </w:r>
      <w:proofErr w:type="spellStart"/>
      <w:r>
        <w:t>territorio</w:t>
      </w:r>
      <w:proofErr w:type="spellEnd"/>
      <w:r>
        <w:t>”.</w:t>
      </w:r>
      <w:r>
        <w:br/>
        <w:t xml:space="preserve">La </w:t>
      </w:r>
      <w:proofErr w:type="spellStart"/>
      <w:r>
        <w:t>mostra</w:t>
      </w:r>
      <w:proofErr w:type="spellEnd"/>
      <w:r>
        <w:t xml:space="preserve"> ha </w:t>
      </w:r>
      <w:proofErr w:type="spellStart"/>
      <w:r>
        <w:t>presentato</w:t>
      </w:r>
      <w:proofErr w:type="spellEnd"/>
      <w:r>
        <w:t xml:space="preserve"> opere </w:t>
      </w:r>
      <w:proofErr w:type="spellStart"/>
      <w:r>
        <w:t>provenienti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collezione</w:t>
      </w:r>
      <w:proofErr w:type="spellEnd"/>
      <w:r>
        <w:t xml:space="preserve"> </w:t>
      </w:r>
      <w:proofErr w:type="spellStart"/>
      <w:r>
        <w:t>GliExtra</w:t>
      </w:r>
      <w:proofErr w:type="spellEnd"/>
      <w:r>
        <w:t xml:space="preserve"> di Parigi, </w:t>
      </w:r>
      <w:proofErr w:type="spellStart"/>
      <w:r>
        <w:t>dedicata</w:t>
      </w:r>
      <w:proofErr w:type="spellEnd"/>
      <w:r>
        <w:t xml:space="preserve"> </w:t>
      </w:r>
      <w:proofErr w:type="spellStart"/>
      <w:r>
        <w:t>all’arte</w:t>
      </w:r>
      <w:proofErr w:type="spellEnd"/>
      <w:r>
        <w:t xml:space="preserve"> </w:t>
      </w:r>
      <w:proofErr w:type="spellStart"/>
      <w:r>
        <w:t>africana</w:t>
      </w:r>
      <w:proofErr w:type="spellEnd"/>
      <w:r>
        <w:t xml:space="preserve"> </w:t>
      </w:r>
      <w:proofErr w:type="spellStart"/>
      <w:r>
        <w:t>contemporanea</w:t>
      </w:r>
      <w:proofErr w:type="spellEnd"/>
      <w:r>
        <w:t xml:space="preserve"> e in </w:t>
      </w:r>
      <w:proofErr w:type="spellStart"/>
      <w:r>
        <w:t>particolare</w:t>
      </w:r>
      <w:proofErr w:type="spellEnd"/>
      <w:r>
        <w:t xml:space="preserve"> alle </w:t>
      </w:r>
      <w:proofErr w:type="spellStart"/>
      <w:r>
        <w:t>traiettorie</w:t>
      </w:r>
      <w:proofErr w:type="spellEnd"/>
      <w:r>
        <w:t xml:space="preserve"> </w:t>
      </w:r>
      <w:proofErr w:type="spellStart"/>
      <w:r>
        <w:t>artistiche</w:t>
      </w:r>
      <w:proofErr w:type="spellEnd"/>
      <w:r>
        <w:t xml:space="preserve"> </w:t>
      </w:r>
      <w:proofErr w:type="spellStart"/>
      <w:r>
        <w:t>sviluppatesi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Sudan, diaspora e </w:t>
      </w:r>
      <w:proofErr w:type="spellStart"/>
      <w:r>
        <w:t>processi</w:t>
      </w:r>
      <w:proofErr w:type="spellEnd"/>
      <w:r>
        <w:t xml:space="preserve"> </w:t>
      </w:r>
      <w:proofErr w:type="spellStart"/>
      <w:r>
        <w:t>culturali</w:t>
      </w:r>
      <w:proofErr w:type="spellEnd"/>
      <w:r>
        <w:t xml:space="preserve"> </w:t>
      </w:r>
      <w:proofErr w:type="spellStart"/>
      <w:r>
        <w:t>transnazionali</w:t>
      </w:r>
      <w:proofErr w:type="spellEnd"/>
      <w:r>
        <w:t>.</w:t>
      </w:r>
      <w:r>
        <w:br/>
      </w:r>
      <w:proofErr w:type="spellStart"/>
      <w:r>
        <w:t>L’esposizione</w:t>
      </w:r>
      <w:proofErr w:type="spellEnd"/>
      <w:r>
        <w:t xml:space="preserve"> ha </w:t>
      </w:r>
      <w:proofErr w:type="spellStart"/>
      <w:r>
        <w:t>costituito</w:t>
      </w:r>
      <w:proofErr w:type="spellEnd"/>
      <w:r>
        <w:t xml:space="preserve"> la prima </w:t>
      </w:r>
      <w:proofErr w:type="spellStart"/>
      <w:r>
        <w:t>presentazione</w:t>
      </w:r>
      <w:proofErr w:type="spellEnd"/>
      <w:r>
        <w:t xml:space="preserve"> </w:t>
      </w:r>
      <w:proofErr w:type="spellStart"/>
      <w:r>
        <w:t>collettiva</w:t>
      </w:r>
      <w:proofErr w:type="spellEnd"/>
      <w:r>
        <w:t xml:space="preserve"> in Italia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significativa</w:t>
      </w:r>
      <w:proofErr w:type="spellEnd"/>
      <w:r>
        <w:t xml:space="preserve"> della </w:t>
      </w:r>
      <w:proofErr w:type="spellStart"/>
      <w:r>
        <w:t>collezione</w:t>
      </w:r>
      <w:proofErr w:type="spellEnd"/>
      <w:r>
        <w:t xml:space="preserve"> </w:t>
      </w:r>
      <w:proofErr w:type="spellStart"/>
      <w:r>
        <w:t>GliExtra</w:t>
      </w:r>
      <w:proofErr w:type="spellEnd"/>
      <w:r>
        <w:t xml:space="preserve">, </w:t>
      </w:r>
      <w:proofErr w:type="spellStart"/>
      <w:r>
        <w:t>contribuendo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aprire</w:t>
      </w:r>
      <w:proofErr w:type="spellEnd"/>
      <w:r>
        <w:t xml:space="preserve"> un </w:t>
      </w:r>
      <w:proofErr w:type="spellStart"/>
      <w:r>
        <w:t>dialogo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 </w:t>
      </w:r>
      <w:proofErr w:type="spellStart"/>
      <w:r>
        <w:t>contemporanea</w:t>
      </w:r>
      <w:proofErr w:type="spellEnd"/>
      <w:r>
        <w:t xml:space="preserve"> </w:t>
      </w:r>
      <w:proofErr w:type="spellStart"/>
      <w:r>
        <w:t>africana</w:t>
      </w:r>
      <w:proofErr w:type="spellEnd"/>
      <w:r>
        <w:t xml:space="preserve">, </w:t>
      </w:r>
      <w:proofErr w:type="spellStart"/>
      <w:r>
        <w:t>territorio</w:t>
      </w:r>
      <w:proofErr w:type="spellEnd"/>
      <w:r>
        <w:t xml:space="preserve">, </w:t>
      </w:r>
      <w:proofErr w:type="spellStart"/>
      <w:r>
        <w:t>spiritualità</w:t>
      </w:r>
      <w:proofErr w:type="spellEnd"/>
      <w:r>
        <w:t xml:space="preserve"> e </w:t>
      </w:r>
      <w:proofErr w:type="spellStart"/>
      <w:r>
        <w:t>pratiche</w:t>
      </w:r>
      <w:proofErr w:type="spellEnd"/>
      <w:r>
        <w:t xml:space="preserve"> </w:t>
      </w:r>
      <w:proofErr w:type="spellStart"/>
      <w:r>
        <w:t>curatoriali</w:t>
      </w:r>
      <w:proofErr w:type="spellEnd"/>
      <w:r>
        <w:t xml:space="preserve"> </w:t>
      </w:r>
      <w:proofErr w:type="spellStart"/>
      <w:r>
        <w:t>interdisciplinari</w:t>
      </w:r>
      <w:proofErr w:type="spellEnd"/>
      <w:r>
        <w:t>.</w:t>
      </w:r>
      <w:r>
        <w:br/>
      </w:r>
      <w:proofErr w:type="spellStart"/>
      <w:r>
        <w:t>Gli</w:t>
      </w:r>
      <w:proofErr w:type="spellEnd"/>
      <w:r>
        <w:t xml:space="preserve"> </w:t>
      </w:r>
      <w:proofErr w:type="spellStart"/>
      <w:r>
        <w:t>artisti</w:t>
      </w:r>
      <w:proofErr w:type="spellEnd"/>
      <w:r>
        <w:t xml:space="preserve"> </w:t>
      </w:r>
      <w:proofErr w:type="spellStart"/>
      <w:r>
        <w:t>coinvolti</w:t>
      </w:r>
      <w:proofErr w:type="spellEnd"/>
      <w:r>
        <w:t xml:space="preserve"> </w:t>
      </w:r>
      <w:proofErr w:type="spellStart"/>
      <w:r>
        <w:t>appartengono</w:t>
      </w:r>
      <w:proofErr w:type="spellEnd"/>
      <w:r>
        <w:t xml:space="preserve"> alla </w:t>
      </w:r>
      <w:proofErr w:type="spellStart"/>
      <w:r>
        <w:t>tradizione</w:t>
      </w:r>
      <w:proofErr w:type="spellEnd"/>
      <w:r>
        <w:t xml:space="preserve"> della Scuola di Khartoum e alle successive </w:t>
      </w:r>
      <w:proofErr w:type="spellStart"/>
      <w:r>
        <w:t>generazioni</w:t>
      </w:r>
      <w:proofErr w:type="spellEnd"/>
      <w:r>
        <w:t xml:space="preserve"> di </w:t>
      </w:r>
      <w:proofErr w:type="spellStart"/>
      <w:r>
        <w:t>artisti</w:t>
      </w:r>
      <w:proofErr w:type="spellEnd"/>
      <w:r>
        <w:t xml:space="preserve"> </w:t>
      </w:r>
      <w:proofErr w:type="spellStart"/>
      <w:r>
        <w:t>sudanesi</w:t>
      </w:r>
      <w:proofErr w:type="spellEnd"/>
      <w:r>
        <w:t xml:space="preserve"> </w:t>
      </w:r>
      <w:proofErr w:type="spellStart"/>
      <w:r>
        <w:t>contemporanei</w:t>
      </w:r>
      <w:proofErr w:type="spellEnd"/>
      <w:r>
        <w:t xml:space="preserve"> </w:t>
      </w:r>
      <w:proofErr w:type="spellStart"/>
      <w:r>
        <w:t>attivi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Africa, Europa e diaspora.</w:t>
      </w:r>
    </w:p>
    <w:p w14:paraId="34DB4062" w14:textId="77777777" w:rsidR="00E23D7B" w:rsidRDefault="00E23D7B" w:rsidP="00E23D7B">
      <w:pPr>
        <w:spacing w:after="0"/>
      </w:pPr>
      <w:proofErr w:type="spellStart"/>
      <w:r>
        <w:t>All’interno</w:t>
      </w:r>
      <w:proofErr w:type="spellEnd"/>
      <w:r>
        <w:t xml:space="preserve"> del </w:t>
      </w:r>
      <w:proofErr w:type="spellStart"/>
      <w:r>
        <w:t>percorso</w:t>
      </w:r>
      <w:proofErr w:type="spellEnd"/>
      <w:r>
        <w:t xml:space="preserve"> </w:t>
      </w:r>
      <w:proofErr w:type="spellStart"/>
      <w:r>
        <w:t>curatoriale</w:t>
      </w:r>
      <w:proofErr w:type="spellEnd"/>
      <w:r>
        <w:t xml:space="preserve"> legato alla </w:t>
      </w:r>
      <w:proofErr w:type="spellStart"/>
      <w:r>
        <w:t>mostra</w:t>
      </w:r>
      <w:proofErr w:type="spellEnd"/>
      <w:r>
        <w:t xml:space="preserve"> Sudan è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inoltre</w:t>
      </w:r>
      <w:proofErr w:type="spellEnd"/>
      <w:r>
        <w:t xml:space="preserve"> </w:t>
      </w:r>
      <w:proofErr w:type="spellStart"/>
      <w:r>
        <w:t>sviluppato</w:t>
      </w:r>
      <w:proofErr w:type="spellEnd"/>
      <w:r>
        <w:t xml:space="preserve"> il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dedicato</w:t>
      </w:r>
      <w:proofErr w:type="spellEnd"/>
      <w:r>
        <w:t xml:space="preserve"> </w:t>
      </w:r>
      <w:proofErr w:type="spellStart"/>
      <w:r>
        <w:t>all’artista</w:t>
      </w:r>
      <w:proofErr w:type="spellEnd"/>
      <w:r>
        <w:t xml:space="preserve"> </w:t>
      </w:r>
      <w:proofErr w:type="spellStart"/>
      <w:r>
        <w:t>sudanese</w:t>
      </w:r>
      <w:proofErr w:type="spellEnd"/>
      <w:r>
        <w:t xml:space="preserve"> </w:t>
      </w:r>
      <w:r w:rsidRPr="00E23D7B">
        <w:rPr>
          <w:b/>
          <w:bCs/>
        </w:rPr>
        <w:t>Ahmed Elsharif.</w:t>
      </w:r>
      <w:r>
        <w:br/>
        <w:t>Il p</w:t>
      </w:r>
      <w:proofErr w:type="spellStart"/>
      <w:r>
        <w:t>rogetto</w:t>
      </w:r>
      <w:proofErr w:type="spellEnd"/>
      <w:r>
        <w:t xml:space="preserve"> </w:t>
      </w:r>
      <w:proofErr w:type="spellStart"/>
      <w:r>
        <w:t>comprende</w:t>
      </w:r>
      <w:proofErr w:type="spellEnd"/>
      <w:r>
        <w:t>:</w:t>
      </w:r>
      <w:r>
        <w:br/>
        <w:t xml:space="preserve">•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monografica</w:t>
      </w:r>
      <w:proofErr w:type="spellEnd"/>
      <w:r>
        <w:t>;</w:t>
      </w:r>
      <w:r>
        <w:br/>
        <w:t xml:space="preserve">• un </w:t>
      </w:r>
      <w:proofErr w:type="spellStart"/>
      <w:r>
        <w:t>MuseoBook</w:t>
      </w:r>
      <w:proofErr w:type="spellEnd"/>
      <w:r>
        <w:t xml:space="preserve"> </w:t>
      </w:r>
      <w:proofErr w:type="spellStart"/>
      <w:r>
        <w:t>critico-biografico</w:t>
      </w:r>
      <w:proofErr w:type="spellEnd"/>
      <w:r>
        <w:t>;</w:t>
      </w:r>
      <w:r>
        <w:br/>
        <w:t xml:space="preserve">• un </w:t>
      </w:r>
      <w:proofErr w:type="spellStart"/>
      <w:r>
        <w:t>percorso</w:t>
      </w:r>
      <w:proofErr w:type="spellEnd"/>
      <w:r>
        <w:t xml:space="preserve"> </w:t>
      </w:r>
      <w:proofErr w:type="spellStart"/>
      <w:r>
        <w:t>editoriale</w:t>
      </w:r>
      <w:proofErr w:type="spellEnd"/>
      <w:r>
        <w:t xml:space="preserve"> e </w:t>
      </w:r>
      <w:proofErr w:type="spellStart"/>
      <w:r>
        <w:t>curatoriale</w:t>
      </w:r>
      <w:proofErr w:type="spellEnd"/>
      <w:r>
        <w:t xml:space="preserve"> di </w:t>
      </w:r>
      <w:proofErr w:type="spellStart"/>
      <w:r>
        <w:t>approfondimento</w:t>
      </w:r>
      <w:proofErr w:type="spellEnd"/>
      <w:r>
        <w:t>;</w:t>
      </w:r>
      <w:r>
        <w:br/>
        <w:t xml:space="preserve">•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prospettiva</w:t>
      </w:r>
      <w:proofErr w:type="spellEnd"/>
      <w:r>
        <w:t xml:space="preserve"> di </w:t>
      </w:r>
      <w:proofErr w:type="spellStart"/>
      <w:r>
        <w:t>dialogo</w:t>
      </w:r>
      <w:proofErr w:type="spellEnd"/>
      <w:r>
        <w:t xml:space="preserve"> con il </w:t>
      </w:r>
      <w:proofErr w:type="spellStart"/>
      <w:r>
        <w:t>MegaMuseo</w:t>
      </w:r>
      <w:proofErr w:type="spellEnd"/>
      <w:r>
        <w:t xml:space="preserve"> di </w:t>
      </w:r>
      <w:proofErr w:type="spellStart"/>
      <w:r>
        <w:t>Aosta</w:t>
      </w:r>
      <w:proofErr w:type="spellEnd"/>
      <w:r>
        <w:t>.</w:t>
      </w:r>
    </w:p>
    <w:p w14:paraId="6DF58197" w14:textId="36414A38" w:rsidR="00E23D7B" w:rsidRDefault="00E23D7B" w:rsidP="00E23D7B">
      <w:pPr>
        <w:spacing w:after="0"/>
        <w:jc w:val="both"/>
      </w:pPr>
      <w:r>
        <w:t xml:space="preserve">I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critici</w:t>
      </w:r>
      <w:proofErr w:type="spellEnd"/>
      <w:r>
        <w:t xml:space="preserve"> e </w:t>
      </w:r>
      <w:proofErr w:type="spellStart"/>
      <w:r>
        <w:t>scientifici</w:t>
      </w:r>
      <w:proofErr w:type="spellEnd"/>
      <w:r>
        <w:t xml:space="preserve"> </w:t>
      </w:r>
      <w:proofErr w:type="spellStart"/>
      <w:r>
        <w:t>collegati</w:t>
      </w:r>
      <w:proofErr w:type="spellEnd"/>
      <w:r>
        <w:t xml:space="preserve"> al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vedono</w:t>
      </w:r>
      <w:proofErr w:type="spellEnd"/>
      <w:r>
        <w:t xml:space="preserve"> il </w:t>
      </w:r>
      <w:proofErr w:type="spellStart"/>
      <w:r>
        <w:t>coinvolgimento</w:t>
      </w:r>
      <w:proofErr w:type="spellEnd"/>
      <w:r>
        <w:t xml:space="preserve"> di Generoso Urciuoli e Chiara Commisso, </w:t>
      </w:r>
      <w:proofErr w:type="spellStart"/>
      <w:r>
        <w:t>rafforzando</w:t>
      </w:r>
      <w:proofErr w:type="spellEnd"/>
      <w:r>
        <w:t xml:space="preserve"> il </w:t>
      </w:r>
      <w:proofErr w:type="spellStart"/>
      <w:r>
        <w:t>livello</w:t>
      </w:r>
      <w:proofErr w:type="spellEnd"/>
      <w:r>
        <w:t xml:space="preserve"> di </w:t>
      </w:r>
      <w:proofErr w:type="spellStart"/>
      <w:r>
        <w:t>accreditamento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e </w:t>
      </w:r>
      <w:proofErr w:type="spellStart"/>
      <w:r>
        <w:t>scientifico</w:t>
      </w:r>
      <w:proofErr w:type="spellEnd"/>
      <w:r>
        <w:t xml:space="preserve"> </w:t>
      </w:r>
      <w:proofErr w:type="spellStart"/>
      <w:r>
        <w:t>dell’iniziativa</w:t>
      </w:r>
      <w:proofErr w:type="spellEnd"/>
      <w:r>
        <w:t>.</w:t>
      </w:r>
      <w:r>
        <w:t xml:space="preserve"> </w:t>
      </w:r>
      <w:r>
        <w:t xml:space="preserve">La </w:t>
      </w:r>
      <w:proofErr w:type="spellStart"/>
      <w:r>
        <w:t>prospettiva</w:t>
      </w:r>
      <w:proofErr w:type="spellEnd"/>
      <w:r>
        <w:t xml:space="preserve"> di </w:t>
      </w:r>
      <w:proofErr w:type="spellStart"/>
      <w:r>
        <w:t>presentazione</w:t>
      </w:r>
      <w:proofErr w:type="spellEnd"/>
      <w:r>
        <w:t xml:space="preserve"> del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presso</w:t>
      </w:r>
      <w:proofErr w:type="spellEnd"/>
      <w:r>
        <w:t xml:space="preserve"> il </w:t>
      </w:r>
      <w:proofErr w:type="spellStart"/>
      <w:r>
        <w:t>MegaMuseo</w:t>
      </w:r>
      <w:proofErr w:type="spellEnd"/>
      <w:r>
        <w:t xml:space="preserve"> di </w:t>
      </w:r>
      <w:proofErr w:type="spellStart"/>
      <w:r>
        <w:t>Aosta</w:t>
      </w:r>
      <w:proofErr w:type="spellEnd"/>
      <w:r>
        <w:t xml:space="preserve"> </w:t>
      </w:r>
      <w:proofErr w:type="spellStart"/>
      <w:r>
        <w:t>contribuisce</w:t>
      </w:r>
      <w:proofErr w:type="spellEnd"/>
      <w:r>
        <w:t xml:space="preserve"> </w:t>
      </w:r>
      <w:proofErr w:type="spellStart"/>
      <w:r>
        <w:t>inoltre</w:t>
      </w:r>
      <w:proofErr w:type="spellEnd"/>
      <w:r>
        <w:t xml:space="preserve"> a </w:t>
      </w:r>
      <w:proofErr w:type="spellStart"/>
      <w:r>
        <w:t>collocare</w:t>
      </w:r>
      <w:proofErr w:type="spellEnd"/>
      <w:r>
        <w:t xml:space="preserve"> il </w:t>
      </w:r>
      <w:proofErr w:type="spellStart"/>
      <w:r>
        <w:t>percorso</w:t>
      </w:r>
      <w:proofErr w:type="spellEnd"/>
      <w:r>
        <w:t xml:space="preserve"> </w:t>
      </w:r>
      <w:proofErr w:type="spellStart"/>
      <w:r>
        <w:t>curatoriale</w:t>
      </w:r>
      <w:proofErr w:type="spellEnd"/>
      <w:r>
        <w:t xml:space="preserve"> di ATB </w:t>
      </w:r>
      <w:proofErr w:type="spellStart"/>
      <w:r>
        <w:t>all’interno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rete </w:t>
      </w:r>
      <w:proofErr w:type="spellStart"/>
      <w:r>
        <w:t>culturale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ampia</w:t>
      </w:r>
      <w:proofErr w:type="spellEnd"/>
      <w:r>
        <w:t xml:space="preserve">, </w:t>
      </w:r>
      <w:proofErr w:type="spellStart"/>
      <w:r>
        <w:lastRenderedPageBreak/>
        <w:t>capace</w:t>
      </w:r>
      <w:proofErr w:type="spellEnd"/>
      <w:r>
        <w:t xml:space="preserve"> di </w:t>
      </w:r>
      <w:proofErr w:type="spellStart"/>
      <w:r>
        <w:t>mettere</w:t>
      </w:r>
      <w:proofErr w:type="spellEnd"/>
      <w:r>
        <w:t xml:space="preserve"> in </w:t>
      </w:r>
      <w:proofErr w:type="spellStart"/>
      <w:r>
        <w:t>relazione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 </w:t>
      </w:r>
      <w:proofErr w:type="spellStart"/>
      <w:r>
        <w:t>contemporanea</w:t>
      </w:r>
      <w:proofErr w:type="spellEnd"/>
      <w:r>
        <w:t xml:space="preserve">, </w:t>
      </w:r>
      <w:proofErr w:type="spellStart"/>
      <w:r>
        <w:t>ricerca</w:t>
      </w:r>
      <w:proofErr w:type="spellEnd"/>
      <w:r>
        <w:t xml:space="preserve"> e </w:t>
      </w:r>
      <w:proofErr w:type="spellStart"/>
      <w:r>
        <w:t>territorio</w:t>
      </w:r>
      <w:proofErr w:type="spellEnd"/>
      <w:r>
        <w:t xml:space="preserve">, </w:t>
      </w:r>
      <w:proofErr w:type="spellStart"/>
      <w:r>
        <w:t>rafforzando</w:t>
      </w:r>
      <w:proofErr w:type="spellEnd"/>
      <w:r>
        <w:t xml:space="preserve"> </w:t>
      </w:r>
      <w:proofErr w:type="spellStart"/>
      <w:r>
        <w:t>ulteriormente</w:t>
      </w:r>
      <w:proofErr w:type="spellEnd"/>
      <w:r>
        <w:t xml:space="preserve"> la rete </w:t>
      </w:r>
      <w:proofErr w:type="spellStart"/>
      <w:r>
        <w:t>scientifica</w:t>
      </w:r>
      <w:proofErr w:type="spellEnd"/>
      <w:r>
        <w:t xml:space="preserve"> e </w:t>
      </w:r>
      <w:proofErr w:type="spellStart"/>
      <w:r>
        <w:t>curatoriale</w:t>
      </w:r>
      <w:proofErr w:type="spellEnd"/>
      <w:r>
        <w:t xml:space="preserve"> del </w:t>
      </w:r>
      <w:r>
        <w:t>Progetto.</w:t>
      </w:r>
    </w:p>
    <w:p w14:paraId="04936A42" w14:textId="7E797E6E" w:rsidR="00E23D7B" w:rsidRDefault="00E23D7B" w:rsidP="00E23D7B">
      <w:pPr>
        <w:spacing w:after="0"/>
        <w:jc w:val="both"/>
      </w:pPr>
    </w:p>
    <w:p w14:paraId="76ABD209" w14:textId="77777777" w:rsidR="00896E3A" w:rsidRPr="00896E3A" w:rsidRDefault="00896E3A" w:rsidP="00896E3A">
      <w:pPr>
        <w:spacing w:after="0"/>
        <w:jc w:val="both"/>
        <w:rPr>
          <w:color w:val="1F497D" w:themeColor="text2"/>
        </w:rPr>
      </w:pPr>
      <w:proofErr w:type="spellStart"/>
      <w:r w:rsidRPr="00896E3A">
        <w:rPr>
          <w:b/>
          <w:color w:val="1F497D" w:themeColor="text2"/>
          <w:sz w:val="30"/>
        </w:rPr>
        <w:t>Ambito</w:t>
      </w:r>
      <w:proofErr w:type="spellEnd"/>
      <w:r w:rsidRPr="00896E3A">
        <w:rPr>
          <w:b/>
          <w:color w:val="1F497D" w:themeColor="text2"/>
          <w:sz w:val="30"/>
        </w:rPr>
        <w:t xml:space="preserve"> </w:t>
      </w:r>
      <w:proofErr w:type="spellStart"/>
      <w:r w:rsidRPr="00896E3A">
        <w:rPr>
          <w:b/>
          <w:color w:val="1F497D" w:themeColor="text2"/>
          <w:sz w:val="30"/>
        </w:rPr>
        <w:t>editoriale</w:t>
      </w:r>
      <w:proofErr w:type="spellEnd"/>
      <w:r w:rsidRPr="00896E3A">
        <w:rPr>
          <w:b/>
          <w:color w:val="1F497D" w:themeColor="text2"/>
          <w:sz w:val="30"/>
        </w:rPr>
        <w:t xml:space="preserve"> e </w:t>
      </w:r>
      <w:proofErr w:type="spellStart"/>
      <w:r w:rsidRPr="00896E3A">
        <w:rPr>
          <w:b/>
          <w:color w:val="1F497D" w:themeColor="text2"/>
          <w:sz w:val="30"/>
        </w:rPr>
        <w:t>ricerca</w:t>
      </w:r>
      <w:proofErr w:type="spellEnd"/>
      <w:r w:rsidRPr="00896E3A">
        <w:rPr>
          <w:b/>
          <w:color w:val="1F497D" w:themeColor="text2"/>
          <w:sz w:val="30"/>
        </w:rPr>
        <w:t xml:space="preserve"> artistica</w:t>
      </w:r>
    </w:p>
    <w:p w14:paraId="780E77B5" w14:textId="77777777" w:rsidR="00896E3A" w:rsidRDefault="00896E3A" w:rsidP="00896E3A">
      <w:pPr>
        <w:spacing w:after="0"/>
        <w:jc w:val="both"/>
      </w:pPr>
      <w:r>
        <w:t xml:space="preserve">Il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colloca</w:t>
      </w:r>
      <w:proofErr w:type="spellEnd"/>
      <w:r>
        <w:t xml:space="preserve"> in </w:t>
      </w:r>
      <w:proofErr w:type="spellStart"/>
      <w:r>
        <w:t>continuità</w:t>
      </w:r>
      <w:proofErr w:type="spellEnd"/>
      <w:r>
        <w:t xml:space="preserve"> con la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curatoriale</w:t>
      </w:r>
      <w:proofErr w:type="spellEnd"/>
      <w:r>
        <w:t xml:space="preserve"> ed </w:t>
      </w:r>
      <w:proofErr w:type="spellStart"/>
      <w:r>
        <w:t>editoriale</w:t>
      </w:r>
      <w:proofErr w:type="spellEnd"/>
      <w:r>
        <w:t xml:space="preserve"> </w:t>
      </w:r>
      <w:proofErr w:type="spellStart"/>
      <w:r>
        <w:t>sviluppata</w:t>
      </w:r>
      <w:proofErr w:type="spellEnd"/>
      <w:r>
        <w:t xml:space="preserve"> da </w:t>
      </w:r>
      <w:proofErr w:type="spellStart"/>
      <w:r>
        <w:t>Museobook</w:t>
      </w:r>
      <w:proofErr w:type="spellEnd"/>
      <w:r>
        <w:t xml:space="preserve">, libri </w:t>
      </w:r>
      <w:proofErr w:type="spellStart"/>
      <w:r>
        <w:t>d’artista</w:t>
      </w:r>
      <w:proofErr w:type="spellEnd"/>
      <w:r>
        <w:t xml:space="preserve">, </w:t>
      </w:r>
      <w:proofErr w:type="spellStart"/>
      <w:r>
        <w:t>pratiche</w:t>
      </w:r>
      <w:proofErr w:type="spellEnd"/>
      <w:r>
        <w:t xml:space="preserve"> verbo-</w:t>
      </w:r>
      <w:proofErr w:type="spellStart"/>
      <w:r>
        <w:t>visuali</w:t>
      </w:r>
      <w:proofErr w:type="spellEnd"/>
      <w:r>
        <w:t xml:space="preserve">, </w:t>
      </w:r>
      <w:proofErr w:type="spellStart"/>
      <w:r>
        <w:t>editoria</w:t>
      </w:r>
      <w:proofErr w:type="spellEnd"/>
      <w:r>
        <w:t xml:space="preserve"> </w:t>
      </w:r>
      <w:proofErr w:type="spellStart"/>
      <w:r>
        <w:t>espansa</w:t>
      </w:r>
      <w:proofErr w:type="spellEnd"/>
      <w:r>
        <w:t xml:space="preserve">, </w:t>
      </w:r>
      <w:proofErr w:type="spellStart"/>
      <w:r>
        <w:t>dispositivi</w:t>
      </w:r>
      <w:proofErr w:type="spellEnd"/>
      <w:r>
        <w:t xml:space="preserve"> </w:t>
      </w:r>
      <w:proofErr w:type="spellStart"/>
      <w:r>
        <w:t>transmediali</w:t>
      </w:r>
      <w:proofErr w:type="spellEnd"/>
      <w:r>
        <w:t xml:space="preserve"> e </w:t>
      </w:r>
      <w:proofErr w:type="spellStart"/>
      <w:r>
        <w:t>ricerca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parola</w:t>
      </w:r>
      <w:proofErr w:type="spellEnd"/>
      <w:r>
        <w:t xml:space="preserve">, </w:t>
      </w:r>
      <w:proofErr w:type="spellStart"/>
      <w:r>
        <w:t>immagine</w:t>
      </w:r>
      <w:proofErr w:type="spellEnd"/>
      <w:r>
        <w:t xml:space="preserve"> e </w:t>
      </w:r>
      <w:proofErr w:type="spellStart"/>
      <w:r>
        <w:t>spazio</w:t>
      </w:r>
      <w:proofErr w:type="spellEnd"/>
      <w:r>
        <w:t xml:space="preserve"> </w:t>
      </w:r>
      <w:proofErr w:type="spellStart"/>
      <w:r>
        <w:t>espositivo</w:t>
      </w:r>
      <w:proofErr w:type="spellEnd"/>
      <w:r>
        <w:t>.</w:t>
      </w:r>
    </w:p>
    <w:p w14:paraId="768CF166" w14:textId="77777777" w:rsidR="00896E3A" w:rsidRDefault="00896E3A" w:rsidP="00896E3A">
      <w:pPr>
        <w:spacing w:after="0"/>
        <w:jc w:val="both"/>
      </w:pPr>
      <w:r>
        <w:t xml:space="preserve">In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contesto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inseriscono</w:t>
      </w:r>
      <w:proofErr w:type="spellEnd"/>
      <w:r>
        <w:t>:</w:t>
      </w:r>
    </w:p>
    <w:p w14:paraId="295C2283" w14:textId="77777777" w:rsidR="00896E3A" w:rsidRDefault="00896E3A" w:rsidP="00896E3A">
      <w:pPr>
        <w:spacing w:after="0"/>
      </w:pPr>
      <w:r>
        <w:t xml:space="preserve">• il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editoriale</w:t>
      </w:r>
      <w:proofErr w:type="spellEnd"/>
      <w:r>
        <w:t xml:space="preserve"> e </w:t>
      </w:r>
      <w:proofErr w:type="spellStart"/>
      <w:r>
        <w:t>museale</w:t>
      </w:r>
      <w:proofErr w:type="spellEnd"/>
      <w:r>
        <w:t xml:space="preserve"> </w:t>
      </w:r>
      <w:proofErr w:type="spellStart"/>
      <w:r>
        <w:t>dedicato</w:t>
      </w:r>
      <w:proofErr w:type="spellEnd"/>
      <w:r>
        <w:t xml:space="preserve"> </w:t>
      </w:r>
      <w:proofErr w:type="spellStart"/>
      <w:r>
        <w:t>all’artista</w:t>
      </w:r>
      <w:proofErr w:type="spellEnd"/>
      <w:r>
        <w:t xml:space="preserve"> </w:t>
      </w:r>
      <w:proofErr w:type="spellStart"/>
      <w:r>
        <w:t>sudanese</w:t>
      </w:r>
      <w:proofErr w:type="spellEnd"/>
      <w:r>
        <w:t xml:space="preserve"> </w:t>
      </w:r>
      <w:r w:rsidRPr="00896E3A">
        <w:rPr>
          <w:b/>
          <w:bCs/>
        </w:rPr>
        <w:t>Ahmed Elsharif</w:t>
      </w:r>
      <w:r>
        <w:t>;</w:t>
      </w:r>
    </w:p>
    <w:p w14:paraId="448BB591" w14:textId="5ED2BAA1" w:rsidR="00896E3A" w:rsidRPr="00896E3A" w:rsidRDefault="00896E3A" w:rsidP="00E23D7B">
      <w:pPr>
        <w:spacing w:after="0"/>
        <w:rPr>
          <w:color w:val="1F497D" w:themeColor="text2"/>
        </w:rPr>
      </w:pPr>
      <w:r>
        <w:t xml:space="preserve">• il </w:t>
      </w:r>
      <w:proofErr w:type="spellStart"/>
      <w:r>
        <w:t>relativo</w:t>
      </w:r>
      <w:proofErr w:type="spellEnd"/>
      <w:r>
        <w:t xml:space="preserve"> </w:t>
      </w:r>
      <w:proofErr w:type="spellStart"/>
      <w:r>
        <w:t>MuseoBook</w:t>
      </w:r>
      <w:proofErr w:type="spellEnd"/>
      <w:r>
        <w:t xml:space="preserve"> </w:t>
      </w:r>
      <w:proofErr w:type="spellStart"/>
      <w:r>
        <w:t>critico-biografico</w:t>
      </w:r>
      <w:proofErr w:type="spellEnd"/>
      <w:r>
        <w:t>;</w:t>
      </w:r>
      <w:r>
        <w:br/>
        <w:t xml:space="preserve">• il </w:t>
      </w:r>
      <w:proofErr w:type="spellStart"/>
      <w:r>
        <w:t>percorso</w:t>
      </w:r>
      <w:proofErr w:type="spellEnd"/>
      <w:r>
        <w:t xml:space="preserve"> </w:t>
      </w:r>
      <w:proofErr w:type="spellStart"/>
      <w:r>
        <w:t>curatoriale</w:t>
      </w:r>
      <w:proofErr w:type="spellEnd"/>
      <w:r>
        <w:t xml:space="preserve"> legato a “</w:t>
      </w:r>
      <w:proofErr w:type="spellStart"/>
      <w:r w:rsidRPr="00896E3A">
        <w:rPr>
          <w:b/>
          <w:bCs/>
        </w:rPr>
        <w:t>Exostrati</w:t>
      </w:r>
      <w:proofErr w:type="spellEnd"/>
      <w:r w:rsidRPr="00896E3A">
        <w:rPr>
          <w:b/>
          <w:bCs/>
        </w:rPr>
        <w:t>”</w:t>
      </w:r>
      <w:r>
        <w:t>;</w:t>
      </w:r>
      <w:r>
        <w:br/>
        <w:t xml:space="preserve">• le </w:t>
      </w:r>
      <w:proofErr w:type="spellStart"/>
      <w:r>
        <w:t>ricerche</w:t>
      </w:r>
      <w:proofErr w:type="spellEnd"/>
      <w:r>
        <w:t xml:space="preserve"> verbo-</w:t>
      </w:r>
      <w:proofErr w:type="spellStart"/>
      <w:r>
        <w:t>visuali</w:t>
      </w:r>
      <w:proofErr w:type="spellEnd"/>
      <w:r>
        <w:t xml:space="preserve"> di </w:t>
      </w:r>
      <w:r w:rsidRPr="00896E3A">
        <w:rPr>
          <w:b/>
          <w:bCs/>
        </w:rPr>
        <w:t>Mariella Bogliacino</w:t>
      </w:r>
      <w:r>
        <w:t>;</w:t>
      </w:r>
      <w:r>
        <w:br/>
        <w:t xml:space="preserve">• il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editoriale</w:t>
      </w:r>
      <w:proofErr w:type="spellEnd"/>
      <w:r>
        <w:t xml:space="preserve"> </w:t>
      </w:r>
      <w:proofErr w:type="spellStart"/>
      <w:r>
        <w:t>transmediale</w:t>
      </w:r>
      <w:proofErr w:type="spellEnd"/>
      <w:r>
        <w:t xml:space="preserve"> </w:t>
      </w:r>
      <w:proofErr w:type="spellStart"/>
      <w:r>
        <w:t>dedicato</w:t>
      </w:r>
      <w:proofErr w:type="spellEnd"/>
      <w:r>
        <w:t xml:space="preserve"> a </w:t>
      </w:r>
      <w:r w:rsidRPr="00896E3A">
        <w:rPr>
          <w:b/>
          <w:bCs/>
        </w:rPr>
        <w:t>Marta Valls</w:t>
      </w:r>
      <w:r>
        <w:t xml:space="preserve">, e tutti I </w:t>
      </w:r>
      <w:proofErr w:type="spellStart"/>
      <w:r>
        <w:t>progetti</w:t>
      </w:r>
      <w:proofErr w:type="spellEnd"/>
      <w:r>
        <w:t xml:space="preserve"> </w:t>
      </w:r>
      <w:proofErr w:type="spellStart"/>
      <w:r>
        <w:t>editoriali</w:t>
      </w:r>
      <w:proofErr w:type="spellEnd"/>
      <w:r>
        <w:t xml:space="preserve"> </w:t>
      </w:r>
      <w:proofErr w:type="spellStart"/>
      <w:r>
        <w:t>transmediali</w:t>
      </w:r>
      <w:proofErr w:type="spellEnd"/>
      <w:r>
        <w:t xml:space="preserve">, </w:t>
      </w:r>
      <w:proofErr w:type="spellStart"/>
      <w:r>
        <w:t>ergodici</w:t>
      </w:r>
      <w:proofErr w:type="spellEnd"/>
      <w:r>
        <w:t>, verbo-</w:t>
      </w:r>
      <w:proofErr w:type="spellStart"/>
      <w:r>
        <w:t>visuali</w:t>
      </w:r>
      <w:proofErr w:type="spellEnd"/>
      <w:r>
        <w:t xml:space="preserve">, </w:t>
      </w:r>
      <w:proofErr w:type="spellStart"/>
      <w:r>
        <w:t>epistolari</w:t>
      </w:r>
      <w:proofErr w:type="spellEnd"/>
      <w:r>
        <w:t xml:space="preserve"> </w:t>
      </w:r>
      <w:proofErr w:type="spellStart"/>
      <w:r>
        <w:t>intertemporali</w:t>
      </w:r>
      <w:proofErr w:type="spellEnd"/>
      <w:r>
        <w:t xml:space="preserve"> degli </w:t>
      </w:r>
      <w:proofErr w:type="spellStart"/>
      <w:r>
        <w:t>autori</w:t>
      </w:r>
      <w:proofErr w:type="spellEnd"/>
      <w:r>
        <w:t xml:space="preserve"> di </w:t>
      </w:r>
      <w:proofErr w:type="spellStart"/>
      <w:r>
        <w:t>AtbEdizioni</w:t>
      </w:r>
      <w:proofErr w:type="spellEnd"/>
      <w:r>
        <w:br/>
      </w:r>
      <w:r>
        <w:br/>
      </w:r>
      <w:proofErr w:type="spellStart"/>
      <w:r w:rsidRPr="00896E3A">
        <w:rPr>
          <w:b/>
          <w:color w:val="1F497D" w:themeColor="text2"/>
          <w:sz w:val="30"/>
        </w:rPr>
        <w:t>Ambito</w:t>
      </w:r>
      <w:proofErr w:type="spellEnd"/>
      <w:r w:rsidRPr="00896E3A">
        <w:rPr>
          <w:b/>
          <w:color w:val="1F497D" w:themeColor="text2"/>
          <w:sz w:val="30"/>
        </w:rPr>
        <w:t xml:space="preserve"> </w:t>
      </w:r>
      <w:proofErr w:type="spellStart"/>
      <w:r w:rsidRPr="00896E3A">
        <w:rPr>
          <w:b/>
          <w:color w:val="1F497D" w:themeColor="text2"/>
          <w:sz w:val="30"/>
        </w:rPr>
        <w:t>teatrale</w:t>
      </w:r>
      <w:proofErr w:type="spellEnd"/>
      <w:r w:rsidRPr="00896E3A">
        <w:rPr>
          <w:b/>
          <w:color w:val="1F497D" w:themeColor="text2"/>
          <w:sz w:val="30"/>
        </w:rPr>
        <w:t xml:space="preserve">, musicale e </w:t>
      </w:r>
      <w:proofErr w:type="spellStart"/>
      <w:r w:rsidRPr="00896E3A">
        <w:rPr>
          <w:b/>
          <w:color w:val="1F497D" w:themeColor="text2"/>
          <w:sz w:val="30"/>
        </w:rPr>
        <w:t>performativo</w:t>
      </w:r>
      <w:proofErr w:type="spellEnd"/>
    </w:p>
    <w:p w14:paraId="5BE27CCD" w14:textId="77777777" w:rsidR="00896E3A" w:rsidRDefault="00896E3A" w:rsidP="00896E3A">
      <w:pPr>
        <w:spacing w:after="0"/>
        <w:jc w:val="both"/>
      </w:pPr>
      <w:r>
        <w:t xml:space="preserve">• </w:t>
      </w:r>
      <w:r w:rsidRPr="00896E3A">
        <w:rPr>
          <w:b/>
          <w:bCs/>
        </w:rPr>
        <w:t>Michela Orio</w:t>
      </w:r>
      <w:r>
        <w:t xml:space="preserve"> — </w:t>
      </w:r>
      <w:proofErr w:type="spellStart"/>
      <w:r>
        <w:t>attrice</w:t>
      </w:r>
      <w:proofErr w:type="spellEnd"/>
      <w:r>
        <w:t xml:space="preserve">, </w:t>
      </w:r>
      <w:proofErr w:type="spellStart"/>
      <w:r>
        <w:t>autrice</w:t>
      </w:r>
      <w:proofErr w:type="spellEnd"/>
      <w:r>
        <w:t xml:space="preserve"> </w:t>
      </w:r>
      <w:proofErr w:type="spellStart"/>
      <w:r>
        <w:t>teatrale</w:t>
      </w:r>
      <w:proofErr w:type="spellEnd"/>
      <w:r>
        <w:t xml:space="preserve"> e performer </w:t>
      </w:r>
      <w:proofErr w:type="spellStart"/>
      <w:r>
        <w:t>impegnata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ricerca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narrazione</w:t>
      </w:r>
      <w:proofErr w:type="spellEnd"/>
      <w:r>
        <w:t xml:space="preserve"> </w:t>
      </w:r>
      <w:proofErr w:type="spellStart"/>
      <w:r>
        <w:t>orale</w:t>
      </w:r>
      <w:proofErr w:type="spellEnd"/>
      <w:r>
        <w:t xml:space="preserve">, il </w:t>
      </w:r>
      <w:proofErr w:type="spellStart"/>
      <w:r>
        <w:t>teatro</w:t>
      </w:r>
      <w:proofErr w:type="spellEnd"/>
      <w:r>
        <w:t xml:space="preserve"> di </w:t>
      </w:r>
      <w:proofErr w:type="spellStart"/>
      <w:r>
        <w:t>parola</w:t>
      </w:r>
      <w:proofErr w:type="spellEnd"/>
      <w:r>
        <w:t xml:space="preserve"> e le </w:t>
      </w:r>
      <w:proofErr w:type="spellStart"/>
      <w:r>
        <w:t>pratiche</w:t>
      </w:r>
      <w:proofErr w:type="spellEnd"/>
      <w:r>
        <w:t xml:space="preserve"> performative </w:t>
      </w:r>
      <w:proofErr w:type="spellStart"/>
      <w:r>
        <w:t>bilingui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Italia e Francia.</w:t>
      </w:r>
    </w:p>
    <w:p w14:paraId="5EFFFF50" w14:textId="77777777" w:rsidR="00896E3A" w:rsidRDefault="00896E3A" w:rsidP="00896E3A">
      <w:pPr>
        <w:spacing w:after="0"/>
        <w:jc w:val="both"/>
      </w:pPr>
      <w:r>
        <w:t xml:space="preserve">• </w:t>
      </w:r>
      <w:r w:rsidRPr="00896E3A">
        <w:rPr>
          <w:b/>
          <w:bCs/>
        </w:rPr>
        <w:t xml:space="preserve">AQUATTRO </w:t>
      </w:r>
      <w:r>
        <w:t xml:space="preserve">— ensemble </w:t>
      </w:r>
      <w:proofErr w:type="spellStart"/>
      <w:r>
        <w:t>vocale</w:t>
      </w:r>
      <w:proofErr w:type="spellEnd"/>
      <w:r>
        <w:t xml:space="preserve"> </w:t>
      </w:r>
      <w:proofErr w:type="spellStart"/>
      <w:r>
        <w:t>attivo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ricerca</w:t>
      </w:r>
      <w:proofErr w:type="spellEnd"/>
      <w:r>
        <w:t xml:space="preserve"> </w:t>
      </w:r>
      <w:proofErr w:type="spellStart"/>
      <w:r>
        <w:t>corale</w:t>
      </w:r>
      <w:proofErr w:type="spellEnd"/>
      <w:r>
        <w:t xml:space="preserve"> </w:t>
      </w:r>
      <w:proofErr w:type="spellStart"/>
      <w:r>
        <w:t>contemporanea</w:t>
      </w:r>
      <w:proofErr w:type="spellEnd"/>
      <w:r>
        <w:t xml:space="preserve"> e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valorizzazione</w:t>
      </w:r>
      <w:proofErr w:type="spellEnd"/>
      <w:r>
        <w:t xml:space="preserve"> del </w:t>
      </w:r>
      <w:proofErr w:type="spellStart"/>
      <w:r>
        <w:t>repertorio</w:t>
      </w:r>
      <w:proofErr w:type="spellEnd"/>
      <w:r>
        <w:t xml:space="preserve"> </w:t>
      </w:r>
      <w:proofErr w:type="spellStart"/>
      <w:r>
        <w:t>spirituale</w:t>
      </w:r>
      <w:proofErr w:type="spellEnd"/>
      <w:r>
        <w:t xml:space="preserve"> e </w:t>
      </w:r>
      <w:proofErr w:type="spellStart"/>
      <w:r>
        <w:t>polifonico</w:t>
      </w:r>
      <w:proofErr w:type="spellEnd"/>
      <w:r>
        <w:t>.</w:t>
      </w:r>
      <w:r>
        <w:br/>
        <w:t xml:space="preserve">• </w:t>
      </w:r>
      <w:r w:rsidRPr="00896E3A">
        <w:rPr>
          <w:b/>
          <w:bCs/>
        </w:rPr>
        <w:t>Monica Argenton</w:t>
      </w:r>
      <w:r>
        <w:t xml:space="preserve"> — </w:t>
      </w:r>
      <w:proofErr w:type="spellStart"/>
      <w:r>
        <w:t>pianista</w:t>
      </w:r>
      <w:proofErr w:type="spellEnd"/>
      <w:r>
        <w:t xml:space="preserve"> </w:t>
      </w:r>
      <w:proofErr w:type="spellStart"/>
      <w:r>
        <w:t>coinvolta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percorsi</w:t>
      </w:r>
      <w:proofErr w:type="spellEnd"/>
      <w:r>
        <w:t xml:space="preserve"> </w:t>
      </w:r>
      <w:proofErr w:type="spellStart"/>
      <w:r>
        <w:t>musicali</w:t>
      </w:r>
      <w:proofErr w:type="spellEnd"/>
      <w:r>
        <w:t xml:space="preserve"> e </w:t>
      </w:r>
      <w:proofErr w:type="spellStart"/>
      <w:r>
        <w:t>performativi</w:t>
      </w:r>
      <w:proofErr w:type="spellEnd"/>
      <w:r>
        <w:t xml:space="preserve"> del </w:t>
      </w:r>
      <w:proofErr w:type="spellStart"/>
      <w:r>
        <w:t>progetto</w:t>
      </w:r>
      <w:proofErr w:type="spellEnd"/>
      <w:r>
        <w:t>.</w:t>
      </w:r>
    </w:p>
    <w:p w14:paraId="0BC641EE" w14:textId="77777777" w:rsidR="00896E3A" w:rsidRDefault="00896E3A" w:rsidP="00896E3A">
      <w:pPr>
        <w:spacing w:after="0"/>
        <w:jc w:val="both"/>
      </w:pPr>
      <w:r>
        <w:t xml:space="preserve">• </w:t>
      </w:r>
      <w:r w:rsidRPr="00896E3A">
        <w:rPr>
          <w:b/>
          <w:bCs/>
        </w:rPr>
        <w:t>Elena Miglietta</w:t>
      </w:r>
      <w:r>
        <w:t xml:space="preserve"> — </w:t>
      </w:r>
      <w:proofErr w:type="spellStart"/>
      <w:r>
        <w:t>oboista</w:t>
      </w:r>
      <w:proofErr w:type="spellEnd"/>
      <w:r>
        <w:t xml:space="preserve"> </w:t>
      </w:r>
      <w:proofErr w:type="spellStart"/>
      <w:r>
        <w:t>attiva</w:t>
      </w:r>
      <w:proofErr w:type="spellEnd"/>
      <w:r>
        <w:t xml:space="preserve"> </w:t>
      </w:r>
      <w:proofErr w:type="spellStart"/>
      <w:r>
        <w:t>nell’ambito</w:t>
      </w:r>
      <w:proofErr w:type="spellEnd"/>
      <w:r>
        <w:t xml:space="preserve"> della musica da camera e della </w:t>
      </w:r>
      <w:proofErr w:type="spellStart"/>
      <w:r>
        <w:t>ricerca</w:t>
      </w:r>
      <w:proofErr w:type="spellEnd"/>
      <w:r>
        <w:t xml:space="preserve"> musicale </w:t>
      </w:r>
      <w:proofErr w:type="spellStart"/>
      <w:r>
        <w:t>interdisciplinare</w:t>
      </w:r>
      <w:proofErr w:type="spellEnd"/>
      <w:r>
        <w:t>.</w:t>
      </w:r>
    </w:p>
    <w:p w14:paraId="3EC15CEF" w14:textId="4578B7E3" w:rsidR="00896E3A" w:rsidRDefault="00896E3A" w:rsidP="00896E3A">
      <w:pPr>
        <w:spacing w:after="0"/>
        <w:jc w:val="both"/>
      </w:pPr>
      <w:r>
        <w:t xml:space="preserve">• </w:t>
      </w:r>
      <w:r w:rsidRPr="00896E3A">
        <w:rPr>
          <w:b/>
          <w:bCs/>
        </w:rPr>
        <w:t>Maurice Beack</w:t>
      </w:r>
      <w:r>
        <w:t xml:space="preserve"> — </w:t>
      </w:r>
      <w:proofErr w:type="spellStart"/>
      <w:r>
        <w:t>organista</w:t>
      </w:r>
      <w:proofErr w:type="spellEnd"/>
      <w:r>
        <w:t xml:space="preserve"> e </w:t>
      </w:r>
      <w:proofErr w:type="spellStart"/>
      <w:r>
        <w:t>direttore</w:t>
      </w:r>
      <w:proofErr w:type="spellEnd"/>
      <w:r>
        <w:t xml:space="preserve"> di </w:t>
      </w:r>
      <w:proofErr w:type="spellStart"/>
      <w:r>
        <w:t>coro</w:t>
      </w:r>
      <w:proofErr w:type="spellEnd"/>
      <w:r>
        <w:t xml:space="preserve"> </w:t>
      </w:r>
      <w:proofErr w:type="spellStart"/>
      <w:r>
        <w:t>impegnato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valorizzazione</w:t>
      </w:r>
      <w:proofErr w:type="spellEnd"/>
      <w:r>
        <w:t xml:space="preserve"> del </w:t>
      </w:r>
      <w:proofErr w:type="spellStart"/>
      <w:r>
        <w:t>repertorio</w:t>
      </w:r>
      <w:proofErr w:type="spellEnd"/>
      <w:r>
        <w:t xml:space="preserve"> </w:t>
      </w:r>
      <w:proofErr w:type="spellStart"/>
      <w:r>
        <w:t>sacro</w:t>
      </w:r>
      <w:proofErr w:type="spellEnd"/>
      <w:r>
        <w:t xml:space="preserve"> e </w:t>
      </w:r>
      <w:proofErr w:type="spellStart"/>
      <w:r>
        <w:t>corale</w:t>
      </w:r>
      <w:proofErr w:type="spellEnd"/>
      <w:r>
        <w:t xml:space="preserve"> </w:t>
      </w:r>
      <w:proofErr w:type="spellStart"/>
      <w:r>
        <w:t>contemporaneo</w:t>
      </w:r>
      <w:proofErr w:type="spellEnd"/>
      <w:r>
        <w:t>.</w:t>
      </w:r>
      <w:r>
        <w:br/>
      </w:r>
      <w:r>
        <w:br/>
      </w:r>
      <w:proofErr w:type="spellStart"/>
      <w:r>
        <w:t>L’inserimento</w:t>
      </w:r>
      <w:proofErr w:type="spellEnd"/>
      <w:r>
        <w:t xml:space="preserve"> di </w:t>
      </w:r>
      <w:proofErr w:type="spellStart"/>
      <w:r>
        <w:t>pratiche</w:t>
      </w:r>
      <w:proofErr w:type="spellEnd"/>
      <w:r>
        <w:t xml:space="preserve"> </w:t>
      </w:r>
      <w:proofErr w:type="spellStart"/>
      <w:r>
        <w:t>musicali</w:t>
      </w:r>
      <w:proofErr w:type="spellEnd"/>
      <w:r>
        <w:t xml:space="preserve">, </w:t>
      </w:r>
      <w:proofErr w:type="spellStart"/>
      <w:r>
        <w:t>vocali</w:t>
      </w:r>
      <w:proofErr w:type="spellEnd"/>
      <w:r>
        <w:t xml:space="preserve"> e </w:t>
      </w:r>
      <w:proofErr w:type="spellStart"/>
      <w:r>
        <w:t>teatrali</w:t>
      </w:r>
      <w:proofErr w:type="spellEnd"/>
      <w:r>
        <w:t xml:space="preserve"> </w:t>
      </w:r>
      <w:proofErr w:type="spellStart"/>
      <w:r>
        <w:t>all’interno</w:t>
      </w:r>
      <w:proofErr w:type="spellEnd"/>
      <w:r>
        <w:t xml:space="preserve"> del </w:t>
      </w:r>
      <w:proofErr w:type="spellStart"/>
      <w:r>
        <w:t>progetto</w:t>
      </w:r>
      <w:proofErr w:type="spellEnd"/>
      <w:r>
        <w:t xml:space="preserve"> ha </w:t>
      </w:r>
      <w:proofErr w:type="spellStart"/>
      <w:r>
        <w:t>contribuito</w:t>
      </w:r>
      <w:proofErr w:type="spellEnd"/>
      <w:r>
        <w:t xml:space="preserve"> a </w:t>
      </w:r>
      <w:proofErr w:type="spellStart"/>
      <w:r>
        <w:t>rafforzare</w:t>
      </w:r>
      <w:proofErr w:type="spellEnd"/>
      <w:r>
        <w:t xml:space="preserve"> la natura </w:t>
      </w:r>
      <w:proofErr w:type="spellStart"/>
      <w:r>
        <w:t>immersiva</w:t>
      </w:r>
      <w:proofErr w:type="spellEnd"/>
      <w:r>
        <w:t xml:space="preserve"> e </w:t>
      </w:r>
      <w:proofErr w:type="spellStart"/>
      <w:r>
        <w:t>relazionale</w:t>
      </w:r>
      <w:proofErr w:type="spellEnd"/>
      <w:r>
        <w:t xml:space="preserve"> del format, </w:t>
      </w:r>
      <w:proofErr w:type="spellStart"/>
      <w:r>
        <w:t>ampliandone</w:t>
      </w:r>
      <w:proofErr w:type="spellEnd"/>
      <w:r>
        <w:t xml:space="preserve"> la </w:t>
      </w:r>
      <w:proofErr w:type="spellStart"/>
      <w:r>
        <w:t>capacità</w:t>
      </w:r>
      <w:proofErr w:type="spellEnd"/>
      <w:r>
        <w:t xml:space="preserve"> di </w:t>
      </w:r>
      <w:proofErr w:type="spellStart"/>
      <w:r>
        <w:t>attraversamento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linguaggi</w:t>
      </w:r>
      <w:proofErr w:type="spellEnd"/>
      <w:r>
        <w:t xml:space="preserve"> </w:t>
      </w:r>
      <w:proofErr w:type="spellStart"/>
      <w:r>
        <w:t>artistici</w:t>
      </w:r>
      <w:proofErr w:type="spellEnd"/>
      <w:r>
        <w:t xml:space="preserve"> </w:t>
      </w:r>
      <w:proofErr w:type="spellStart"/>
      <w:r>
        <w:t>differenti</w:t>
      </w:r>
      <w:proofErr w:type="spellEnd"/>
      <w:r>
        <w:t>.</w:t>
      </w:r>
    </w:p>
    <w:p w14:paraId="664BBE79" w14:textId="77777777" w:rsidR="00E23D7B" w:rsidRPr="00E23D7B" w:rsidRDefault="00E23D7B" w:rsidP="00896E3A">
      <w:pPr>
        <w:spacing w:after="0"/>
        <w:jc w:val="both"/>
        <w:rPr>
          <w:color w:val="1F497D" w:themeColor="text2"/>
        </w:rPr>
      </w:pPr>
    </w:p>
    <w:p w14:paraId="1B170DD3" w14:textId="77777777" w:rsidR="00896E3A" w:rsidRPr="00E23D7B" w:rsidRDefault="00896E3A" w:rsidP="00896E3A">
      <w:pPr>
        <w:spacing w:after="0"/>
        <w:jc w:val="both"/>
        <w:rPr>
          <w:color w:val="1F497D" w:themeColor="text2"/>
        </w:rPr>
      </w:pPr>
      <w:proofErr w:type="spellStart"/>
      <w:r w:rsidRPr="00E23D7B">
        <w:rPr>
          <w:b/>
          <w:color w:val="1F497D" w:themeColor="text2"/>
          <w:sz w:val="30"/>
        </w:rPr>
        <w:t>Accreditamento</w:t>
      </w:r>
      <w:proofErr w:type="spellEnd"/>
      <w:r w:rsidRPr="00E23D7B">
        <w:rPr>
          <w:b/>
          <w:color w:val="1F497D" w:themeColor="text2"/>
          <w:sz w:val="30"/>
        </w:rPr>
        <w:t xml:space="preserve"> </w:t>
      </w:r>
      <w:proofErr w:type="spellStart"/>
      <w:r w:rsidRPr="00E23D7B">
        <w:rPr>
          <w:b/>
          <w:color w:val="1F497D" w:themeColor="text2"/>
          <w:sz w:val="30"/>
        </w:rPr>
        <w:t>istituzionale</w:t>
      </w:r>
      <w:proofErr w:type="spellEnd"/>
      <w:r w:rsidRPr="00E23D7B">
        <w:rPr>
          <w:b/>
          <w:color w:val="1F497D" w:themeColor="text2"/>
          <w:sz w:val="30"/>
        </w:rPr>
        <w:t xml:space="preserve"> e </w:t>
      </w:r>
      <w:proofErr w:type="spellStart"/>
      <w:r w:rsidRPr="00E23D7B">
        <w:rPr>
          <w:b/>
          <w:color w:val="1F497D" w:themeColor="text2"/>
          <w:sz w:val="30"/>
        </w:rPr>
        <w:t>territoriale</w:t>
      </w:r>
      <w:proofErr w:type="spellEnd"/>
    </w:p>
    <w:p w14:paraId="5E7A18B0" w14:textId="02D70DDD" w:rsidR="00896E3A" w:rsidRDefault="00896E3A" w:rsidP="00896E3A">
      <w:pPr>
        <w:spacing w:after="0"/>
        <w:jc w:val="both"/>
      </w:pPr>
      <w:r>
        <w:t xml:space="preserve">Il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è </w:t>
      </w:r>
      <w:proofErr w:type="spellStart"/>
      <w:r>
        <w:t>sviluppato</w:t>
      </w:r>
      <w:proofErr w:type="spellEnd"/>
      <w:r>
        <w:t xml:space="preserve"> </w:t>
      </w:r>
      <w:proofErr w:type="spellStart"/>
      <w:r>
        <w:t>all’interno</w:t>
      </w:r>
      <w:proofErr w:type="spellEnd"/>
      <w:r>
        <w:t xml:space="preserve"> del </w:t>
      </w:r>
      <w:proofErr w:type="spellStart"/>
      <w:r>
        <w:t>programma</w:t>
      </w:r>
      <w:proofErr w:type="spellEnd"/>
      <w:r>
        <w:t xml:space="preserve"> </w:t>
      </w:r>
      <w:proofErr w:type="spellStart"/>
      <w:r>
        <w:t>ufficiale</w:t>
      </w:r>
      <w:proofErr w:type="spellEnd"/>
      <w:r>
        <w:t xml:space="preserve"> del Salone Internazionale del Libro OFF 2026, in </w:t>
      </w:r>
      <w:proofErr w:type="spellStart"/>
      <w:r>
        <w:t>relazione</w:t>
      </w:r>
      <w:proofErr w:type="spellEnd"/>
      <w:r>
        <w:t xml:space="preserve"> con la Pastorale della Cultura della Curia </w:t>
      </w:r>
      <w:proofErr w:type="spellStart"/>
      <w:r>
        <w:t>Metropolitana</w:t>
      </w:r>
      <w:proofErr w:type="spellEnd"/>
      <w:r>
        <w:t xml:space="preserve"> di Torino, </w:t>
      </w:r>
      <w:proofErr w:type="spellStart"/>
      <w:r>
        <w:t>attraverso</w:t>
      </w:r>
      <w:proofErr w:type="spellEnd"/>
      <w:r>
        <w:t xml:space="preserve"> </w:t>
      </w:r>
      <w:proofErr w:type="spellStart"/>
      <w:r>
        <w:t>collaborazioni</w:t>
      </w:r>
      <w:proofErr w:type="spellEnd"/>
      <w:r>
        <w:t xml:space="preserve"> </w:t>
      </w:r>
      <w:proofErr w:type="spellStart"/>
      <w:r>
        <w:t>culturali</w:t>
      </w:r>
      <w:proofErr w:type="spellEnd"/>
      <w:r>
        <w:t xml:space="preserve"> </w:t>
      </w:r>
      <w:proofErr w:type="spellStart"/>
      <w:r>
        <w:t>territoriali</w:t>
      </w:r>
      <w:proofErr w:type="spellEnd"/>
      <w:r>
        <w:t xml:space="preserve">, </w:t>
      </w:r>
      <w:proofErr w:type="spellStart"/>
      <w:r>
        <w:t>reti</w:t>
      </w:r>
      <w:proofErr w:type="spellEnd"/>
      <w:r>
        <w:t xml:space="preserve"> </w:t>
      </w:r>
      <w:proofErr w:type="spellStart"/>
      <w:r>
        <w:t>artistiche</w:t>
      </w:r>
      <w:proofErr w:type="spellEnd"/>
      <w:r>
        <w:t xml:space="preserve"> </w:t>
      </w:r>
      <w:proofErr w:type="spellStart"/>
      <w:r>
        <w:t>indipendenti</w:t>
      </w:r>
      <w:proofErr w:type="spellEnd"/>
      <w:r>
        <w:t xml:space="preserve"> e </w:t>
      </w:r>
      <w:proofErr w:type="spellStart"/>
      <w:r>
        <w:t>internazionali</w:t>
      </w:r>
      <w:proofErr w:type="spellEnd"/>
      <w:r>
        <w:t xml:space="preserve">, e con </w:t>
      </w:r>
      <w:proofErr w:type="spellStart"/>
      <w:r>
        <w:t>una</w:t>
      </w:r>
      <w:proofErr w:type="spellEnd"/>
      <w:r>
        <w:t xml:space="preserve"> progressiva apertura verso </w:t>
      </w:r>
      <w:proofErr w:type="spellStart"/>
      <w:r>
        <w:t>forme</w:t>
      </w:r>
      <w:proofErr w:type="spellEnd"/>
      <w:r>
        <w:t xml:space="preserve"> di </w:t>
      </w:r>
      <w:proofErr w:type="spellStart"/>
      <w:r>
        <w:t>attivazione</w:t>
      </w:r>
      <w:proofErr w:type="spellEnd"/>
      <w:r>
        <w:t xml:space="preserve"> </w:t>
      </w:r>
      <w:proofErr w:type="spellStart"/>
      <w:r>
        <w:t>territoriale</w:t>
      </w:r>
      <w:proofErr w:type="spellEnd"/>
      <w:r>
        <w:t xml:space="preserve"> diffuse </w:t>
      </w:r>
      <w:proofErr w:type="spellStart"/>
      <w:r>
        <w:t>tra</w:t>
      </w:r>
      <w:proofErr w:type="spellEnd"/>
      <w:r>
        <w:t xml:space="preserve"> Torino e </w:t>
      </w:r>
      <w:proofErr w:type="spellStart"/>
      <w:r>
        <w:t>Borgaro</w:t>
      </w:r>
      <w:proofErr w:type="spellEnd"/>
      <w:r>
        <w:t xml:space="preserve"> </w:t>
      </w:r>
      <w:proofErr w:type="spellStart"/>
      <w:r>
        <w:t>Torinese</w:t>
      </w:r>
      <w:proofErr w:type="spellEnd"/>
      <w:r>
        <w:t>.</w:t>
      </w:r>
      <w:r>
        <w:br/>
        <w:t xml:space="preserve">La </w:t>
      </w:r>
      <w:proofErr w:type="spellStart"/>
      <w:r>
        <w:t>pluralità</w:t>
      </w:r>
      <w:proofErr w:type="spellEnd"/>
      <w:r>
        <w:t xml:space="preserve"> delle </w:t>
      </w:r>
      <w:proofErr w:type="spellStart"/>
      <w:r>
        <w:t>competenze</w:t>
      </w:r>
      <w:proofErr w:type="spellEnd"/>
      <w:r>
        <w:t xml:space="preserve"> </w:t>
      </w:r>
      <w:proofErr w:type="spellStart"/>
      <w:r>
        <w:t>coinvolte</w:t>
      </w:r>
      <w:proofErr w:type="spellEnd"/>
      <w:r>
        <w:t xml:space="preserve"> e la </w:t>
      </w:r>
      <w:proofErr w:type="spellStart"/>
      <w:r>
        <w:t>qualità</w:t>
      </w:r>
      <w:proofErr w:type="spellEnd"/>
      <w:r>
        <w:t xml:space="preserve"> delle </w:t>
      </w:r>
      <w:proofErr w:type="spellStart"/>
      <w:r>
        <w:t>relazioni</w:t>
      </w:r>
      <w:proofErr w:type="spellEnd"/>
      <w:r>
        <w:t xml:space="preserve"> </w:t>
      </w:r>
      <w:proofErr w:type="spellStart"/>
      <w:r>
        <w:t>attivate</w:t>
      </w:r>
      <w:proofErr w:type="spellEnd"/>
      <w:r>
        <w:t xml:space="preserve"> </w:t>
      </w:r>
      <w:proofErr w:type="spellStart"/>
      <w:r>
        <w:t>hanno</w:t>
      </w:r>
      <w:proofErr w:type="spellEnd"/>
      <w:r>
        <w:t xml:space="preserve"> </w:t>
      </w:r>
      <w:proofErr w:type="spellStart"/>
      <w:r>
        <w:t>contribuito</w:t>
      </w:r>
      <w:proofErr w:type="spellEnd"/>
      <w:r>
        <w:t xml:space="preserve"> a </w:t>
      </w:r>
      <w:proofErr w:type="spellStart"/>
      <w:r>
        <w:t>configurare</w:t>
      </w:r>
      <w:proofErr w:type="spellEnd"/>
      <w:r>
        <w:t xml:space="preserve"> “</w:t>
      </w:r>
      <w:proofErr w:type="spellStart"/>
      <w:r>
        <w:t>Abitare</w:t>
      </w:r>
      <w:proofErr w:type="spellEnd"/>
      <w:r>
        <w:t xml:space="preserve"> il </w:t>
      </w:r>
      <w:proofErr w:type="spellStart"/>
      <w:r>
        <w:t>territorio</w:t>
      </w:r>
      <w:proofErr w:type="spellEnd"/>
      <w:r>
        <w:t xml:space="preserve">” come </w:t>
      </w:r>
      <w:proofErr w:type="spellStart"/>
      <w:r>
        <w:t>piattaforma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</w:t>
      </w:r>
      <w:proofErr w:type="spellStart"/>
      <w:r>
        <w:t>interdisciplinare</w:t>
      </w:r>
      <w:proofErr w:type="spellEnd"/>
      <w:r>
        <w:t xml:space="preserve"> </w:t>
      </w:r>
      <w:proofErr w:type="spellStart"/>
      <w:r>
        <w:t>capace</w:t>
      </w:r>
      <w:proofErr w:type="spellEnd"/>
      <w:r>
        <w:t xml:space="preserve"> di </w:t>
      </w:r>
      <w:proofErr w:type="spellStart"/>
      <w:r>
        <w:t>mettere</w:t>
      </w:r>
      <w:proofErr w:type="spellEnd"/>
      <w:r>
        <w:t xml:space="preserve"> in </w:t>
      </w:r>
      <w:proofErr w:type="spellStart"/>
      <w:r>
        <w:t>dialogo</w:t>
      </w:r>
      <w:proofErr w:type="spellEnd"/>
      <w:r>
        <w:t xml:space="preserve"> </w:t>
      </w:r>
      <w:proofErr w:type="spellStart"/>
      <w:r>
        <w:t>ricerca</w:t>
      </w:r>
      <w:proofErr w:type="spellEnd"/>
      <w:r>
        <w:t xml:space="preserve">, </w:t>
      </w:r>
      <w:proofErr w:type="spellStart"/>
      <w:r>
        <w:t>arte</w:t>
      </w:r>
      <w:proofErr w:type="spellEnd"/>
      <w:r>
        <w:t xml:space="preserve"> </w:t>
      </w:r>
      <w:proofErr w:type="spellStart"/>
      <w:r>
        <w:t>contemporanea</w:t>
      </w:r>
      <w:proofErr w:type="spellEnd"/>
      <w:r>
        <w:t xml:space="preserve">, </w:t>
      </w:r>
      <w:proofErr w:type="spellStart"/>
      <w:r>
        <w:t>spiritualità</w:t>
      </w:r>
      <w:proofErr w:type="spellEnd"/>
      <w:r>
        <w:t xml:space="preserve">, </w:t>
      </w:r>
      <w:proofErr w:type="spellStart"/>
      <w:r>
        <w:t>editoria</w:t>
      </w:r>
      <w:proofErr w:type="spellEnd"/>
      <w:r>
        <w:t xml:space="preserve">, musica, </w:t>
      </w:r>
      <w:proofErr w:type="spellStart"/>
      <w:r>
        <w:t>teatro</w:t>
      </w:r>
      <w:proofErr w:type="spellEnd"/>
      <w:r>
        <w:t xml:space="preserve">, </w:t>
      </w:r>
      <w:proofErr w:type="spellStart"/>
      <w:r>
        <w:t>formazione</w:t>
      </w:r>
      <w:proofErr w:type="spellEnd"/>
      <w:r>
        <w:t xml:space="preserve">, </w:t>
      </w:r>
      <w:proofErr w:type="spellStart"/>
      <w:r>
        <w:t>territorio</w:t>
      </w:r>
      <w:proofErr w:type="spellEnd"/>
      <w:r>
        <w:t xml:space="preserve"> e </w:t>
      </w:r>
      <w:proofErr w:type="spellStart"/>
      <w:r>
        <w:t>processi</w:t>
      </w:r>
      <w:proofErr w:type="spellEnd"/>
      <w:r>
        <w:t xml:space="preserve"> di </w:t>
      </w:r>
      <w:proofErr w:type="spellStart"/>
      <w:r>
        <w:t>partecipazione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>.</w:t>
      </w:r>
    </w:p>
    <w:p w14:paraId="4761397F" w14:textId="77777777" w:rsidR="00E23D7B" w:rsidRDefault="00E23D7B" w:rsidP="00896E3A">
      <w:pPr>
        <w:spacing w:after="0"/>
        <w:jc w:val="both"/>
      </w:pPr>
    </w:p>
    <w:p w14:paraId="4C70C492" w14:textId="09E983B1" w:rsidR="00015A85" w:rsidRDefault="00E23D7B">
      <w:pPr>
        <w:pStyle w:val="Titolo1"/>
      </w:pPr>
      <w:r>
        <w:t>A</w:t>
      </w:r>
      <w:r w:rsidR="00000000">
        <w:t xml:space="preserve">PPENDICE B - </w:t>
      </w:r>
      <w:proofErr w:type="spellStart"/>
      <w:r w:rsidR="00000000">
        <w:t>Elenco</w:t>
      </w:r>
      <w:proofErr w:type="spellEnd"/>
      <w:r w:rsidR="00000000">
        <w:t xml:space="preserve"> URL principali</w:t>
      </w:r>
    </w:p>
    <w:p w14:paraId="1D31DFF8" w14:textId="0E3FEDC5" w:rsidR="00015A85" w:rsidRDefault="007A5DAE" w:rsidP="007A5DAE">
      <w:pPr>
        <w:pStyle w:val="Fonte"/>
        <w:spacing w:after="0"/>
      </w:pPr>
      <w:hyperlink r:id="rId58" w:history="1">
        <w:r w:rsidRPr="007D68F8">
          <w:rPr>
            <w:rStyle w:val="Collegamentoipertestuale"/>
          </w:rPr>
          <w:t>https://www.atbassociazioneculturale.org/programma/abitare-il-territorio-eventi-inseriti-nel-programma-del-salone-del-libro-off-2026</w:t>
        </w:r>
      </w:hyperlink>
      <w:r>
        <w:t xml:space="preserve"> </w:t>
      </w:r>
    </w:p>
    <w:p w14:paraId="1D69F926" w14:textId="5CCEC5AD" w:rsidR="00015A85" w:rsidRDefault="007A5DAE" w:rsidP="007A5DAE">
      <w:pPr>
        <w:pStyle w:val="Fonte"/>
        <w:spacing w:after="0"/>
      </w:pPr>
      <w:hyperlink r:id="rId59" w:history="1">
        <w:r w:rsidRPr="007D68F8">
          <w:rPr>
            <w:rStyle w:val="Collegamentoipertestuale"/>
          </w:rPr>
          <w:t>https://www.diocesi.torino.it/cultura/arte-parola-spiritualita-in-dialogo/</w:t>
        </w:r>
      </w:hyperlink>
      <w:r>
        <w:t xml:space="preserve"> </w:t>
      </w:r>
    </w:p>
    <w:p w14:paraId="0587E84C" w14:textId="5B0961F2" w:rsidR="00015A85" w:rsidRDefault="007A5DAE" w:rsidP="007A5DAE">
      <w:pPr>
        <w:pStyle w:val="Fonte"/>
        <w:spacing w:after="0"/>
      </w:pPr>
      <w:hyperlink r:id="rId60" w:history="1">
        <w:r w:rsidRPr="007D68F8">
          <w:rPr>
            <w:rStyle w:val="Collegamentoipertestuale"/>
          </w:rPr>
          <w:t>https://www.diocesi.torino.it/cultura/wp-content/uploads/sites/40/2026/05/CARTELLA-STAMPA-ABITARE-IL-TERRITORIO.pdf</w:t>
        </w:r>
      </w:hyperlink>
      <w:r>
        <w:t xml:space="preserve"> </w:t>
      </w:r>
    </w:p>
    <w:p w14:paraId="49E755A5" w14:textId="1E313529" w:rsidR="00015A85" w:rsidRDefault="007A5DAE" w:rsidP="007A5DAE">
      <w:pPr>
        <w:pStyle w:val="Fonte"/>
        <w:spacing w:after="0"/>
      </w:pPr>
      <w:hyperlink r:id="rId61" w:history="1">
        <w:r w:rsidRPr="007D68F8">
          <w:rPr>
            <w:rStyle w:val="Collegamentoipertestuale"/>
          </w:rPr>
          <w:t>https://www.calameo.com/books/005546860b33069e5607a</w:t>
        </w:r>
      </w:hyperlink>
      <w:r>
        <w:t xml:space="preserve"> </w:t>
      </w:r>
    </w:p>
    <w:p w14:paraId="4ACD70F5" w14:textId="05BAB671" w:rsidR="00015A85" w:rsidRDefault="007A5DAE" w:rsidP="007A5DAE">
      <w:pPr>
        <w:pStyle w:val="Fonte"/>
        <w:spacing w:after="0"/>
      </w:pPr>
      <w:hyperlink r:id="rId62" w:history="1">
        <w:r w:rsidRPr="007D68F8">
          <w:rPr>
            <w:rStyle w:val="Collegamentoipertestuale"/>
          </w:rPr>
          <w:t>https://www.salonelibro.it/programma-eventi/sudan/21046</w:t>
        </w:r>
      </w:hyperlink>
      <w:r>
        <w:t xml:space="preserve"> </w:t>
      </w:r>
    </w:p>
    <w:p w14:paraId="467354EC" w14:textId="728CC6C5" w:rsidR="00015A85" w:rsidRDefault="007A5DAE" w:rsidP="007A5DAE">
      <w:pPr>
        <w:pStyle w:val="Fonte"/>
        <w:spacing w:after="0"/>
      </w:pPr>
      <w:hyperlink r:id="rId63" w:history="1">
        <w:r w:rsidRPr="007D68F8">
          <w:rPr>
            <w:rStyle w:val="Collegamentoipertestuale"/>
          </w:rPr>
          <w:t>https://www.salonelibro.it/programma-eventi/tutto_cio_che_sai_non_e_necessariamente_sbagliato_ma_e_migliorabile/24059</w:t>
        </w:r>
      </w:hyperlink>
      <w:r>
        <w:t xml:space="preserve"> </w:t>
      </w:r>
    </w:p>
    <w:p w14:paraId="518DCD7B" w14:textId="5E60421F" w:rsidR="00015A85" w:rsidRDefault="007A5DAE" w:rsidP="007A5DAE">
      <w:pPr>
        <w:pStyle w:val="Fonte"/>
        <w:spacing w:after="0"/>
      </w:pPr>
      <w:hyperlink r:id="rId64" w:history="1">
        <w:r w:rsidRPr="007D68F8">
          <w:rPr>
            <w:rStyle w:val="Collegamentoipertestuale"/>
          </w:rPr>
          <w:t>https://www.salonelibro.it/programma-eventi/guerre_sconosciute/20907</w:t>
        </w:r>
      </w:hyperlink>
      <w:r>
        <w:t xml:space="preserve"> </w:t>
      </w:r>
    </w:p>
    <w:p w14:paraId="4810C92A" w14:textId="15C51B60" w:rsidR="00015A85" w:rsidRDefault="007A5DAE" w:rsidP="007A5DAE">
      <w:pPr>
        <w:pStyle w:val="Fonte"/>
        <w:spacing w:after="0"/>
      </w:pPr>
      <w:hyperlink r:id="rId65" w:history="1">
        <w:r w:rsidRPr="007D68F8">
          <w:rPr>
            <w:rStyle w:val="Collegamentoipertestuale"/>
          </w:rPr>
          <w:t>https://www.salonelibro.it/programma-eventi/incontri_con_gli_autori_di_atbedizioni/20925</w:t>
        </w:r>
      </w:hyperlink>
      <w:r>
        <w:t xml:space="preserve"> </w:t>
      </w:r>
    </w:p>
    <w:p w14:paraId="47023629" w14:textId="62813C3B" w:rsidR="00015A85" w:rsidRDefault="007A5DAE" w:rsidP="007A5DAE">
      <w:pPr>
        <w:pStyle w:val="Fonte"/>
        <w:spacing w:after="0"/>
      </w:pPr>
      <w:hyperlink r:id="rId66" w:history="1">
        <w:r w:rsidRPr="007D68F8">
          <w:rPr>
            <w:rStyle w:val="Collegamentoipertestuale"/>
          </w:rPr>
          <w:t>https://www.salonelibro.it/programma-eventi/parola_fede_e_responabilita/20937</w:t>
        </w:r>
      </w:hyperlink>
      <w:r>
        <w:t xml:space="preserve"> </w:t>
      </w:r>
    </w:p>
    <w:p w14:paraId="3AE49DEF" w14:textId="78C4696F" w:rsidR="00015A85" w:rsidRDefault="007A5DAE" w:rsidP="007A5DAE">
      <w:pPr>
        <w:pStyle w:val="Fonte"/>
        <w:spacing w:after="0"/>
      </w:pPr>
      <w:hyperlink r:id="rId67" w:history="1">
        <w:r w:rsidRPr="007D68F8">
          <w:rPr>
            <w:rStyle w:val="Collegamentoipertestuale"/>
          </w:rPr>
          <w:t>https://www.salonelibro.it/programma-eventi/la_camicia_nera/20965</w:t>
        </w:r>
      </w:hyperlink>
      <w:r>
        <w:t xml:space="preserve"> </w:t>
      </w:r>
    </w:p>
    <w:p w14:paraId="6F8BA7E6" w14:textId="21920913" w:rsidR="00015A85" w:rsidRDefault="007A5DAE" w:rsidP="007A5DAE">
      <w:pPr>
        <w:pStyle w:val="Fonte"/>
        <w:spacing w:after="0"/>
      </w:pPr>
      <w:hyperlink r:id="rId68" w:history="1">
        <w:r w:rsidRPr="007D68F8">
          <w:rPr>
            <w:rStyle w:val="Collegamentoipertestuale"/>
          </w:rPr>
          <w:t>https://www.salonelibro.it/programma-eventi/leroe_dallantica_grecia_ai_giorni_nostri/20955</w:t>
        </w:r>
      </w:hyperlink>
      <w:r>
        <w:t xml:space="preserve"> </w:t>
      </w:r>
    </w:p>
    <w:p w14:paraId="5BB506BC" w14:textId="17C4477D" w:rsidR="00015A85" w:rsidRDefault="007A5DAE" w:rsidP="007A5DAE">
      <w:pPr>
        <w:pStyle w:val="Fonte"/>
        <w:spacing w:after="0"/>
      </w:pPr>
      <w:hyperlink r:id="rId69" w:history="1">
        <w:r w:rsidRPr="007D68F8">
          <w:rPr>
            <w:rStyle w:val="Collegamentoipertestuale"/>
          </w:rPr>
          <w:t>https://www.salonelibro.it/programma-eventi/la_sindone/20963</w:t>
        </w:r>
      </w:hyperlink>
      <w:r>
        <w:t xml:space="preserve"> </w:t>
      </w:r>
    </w:p>
    <w:p w14:paraId="4AD02E97" w14:textId="38946DFC" w:rsidR="00015A85" w:rsidRDefault="007A5DAE" w:rsidP="007A5DAE">
      <w:pPr>
        <w:pStyle w:val="Fonte"/>
        <w:spacing w:after="0"/>
      </w:pPr>
      <w:hyperlink r:id="rId70" w:history="1">
        <w:r w:rsidRPr="007D68F8">
          <w:rPr>
            <w:rStyle w:val="Collegamentoipertestuale"/>
          </w:rPr>
          <w:t>https://www.salonelibro.it/programma-eventi/concerto_di_musica_sacra/20950</w:t>
        </w:r>
      </w:hyperlink>
      <w:r>
        <w:t xml:space="preserve"> </w:t>
      </w:r>
    </w:p>
    <w:p w14:paraId="2F983DF5" w14:textId="384A7D2F" w:rsidR="00015A85" w:rsidRDefault="007A5DAE" w:rsidP="007A5DAE">
      <w:pPr>
        <w:pStyle w:val="Fonte"/>
        <w:spacing w:after="0"/>
      </w:pPr>
      <w:hyperlink r:id="rId71" w:history="1">
        <w:r w:rsidRPr="007D68F8">
          <w:rPr>
            <w:rStyle w:val="Collegamentoipertestuale"/>
          </w:rPr>
          <w:t>https://www.lastampa.it/torinosette/2026/05/15/news/agenda-15622749/</w:t>
        </w:r>
      </w:hyperlink>
      <w:r>
        <w:t xml:space="preserve"> </w:t>
      </w:r>
    </w:p>
    <w:p w14:paraId="7E8DB771" w14:textId="12577E2F" w:rsidR="00015A85" w:rsidRDefault="007A5DAE" w:rsidP="007A5DAE">
      <w:pPr>
        <w:pStyle w:val="Fonte"/>
        <w:spacing w:after="0"/>
      </w:pPr>
      <w:hyperlink r:id="rId72" w:history="1">
        <w:r w:rsidRPr="007D68F8">
          <w:rPr>
            <w:rStyle w:val="Collegamentoipertestuale"/>
          </w:rPr>
          <w:t>https://www.exibart.com/evento-arte/sudan-artisti-contemporanei/</w:t>
        </w:r>
      </w:hyperlink>
      <w:r>
        <w:t xml:space="preserve"> </w:t>
      </w:r>
    </w:p>
    <w:p w14:paraId="1DC36948" w14:textId="44C76A69" w:rsidR="00015A85" w:rsidRDefault="007A5DAE" w:rsidP="007A5DAE">
      <w:pPr>
        <w:pStyle w:val="Fonte"/>
        <w:spacing w:after="0"/>
      </w:pPr>
      <w:hyperlink r:id="rId73" w:history="1">
        <w:r w:rsidRPr="007D68F8">
          <w:rPr>
            <w:rStyle w:val="Collegamentoipertestuale"/>
          </w:rPr>
          <w:t>https://www.juliet-artmagazine.com/events/sudan-artisti-contemporanei/</w:t>
        </w:r>
      </w:hyperlink>
      <w:r>
        <w:t xml:space="preserve"> </w:t>
      </w:r>
    </w:p>
    <w:p w14:paraId="6CAAB31D" w14:textId="3AD8703B" w:rsidR="00015A85" w:rsidRDefault="007A5DAE" w:rsidP="007A5DAE">
      <w:pPr>
        <w:pStyle w:val="Fonte"/>
        <w:spacing w:after="0"/>
      </w:pPr>
      <w:hyperlink r:id="rId74" w:history="1">
        <w:r w:rsidRPr="007D68F8">
          <w:rPr>
            <w:rStyle w:val="Collegamentoipertestuale"/>
          </w:rPr>
          <w:t>https://www.bioeticanews.it/bioetica-e-arte-mostre-in-corso-maggio-2026/</w:t>
        </w:r>
      </w:hyperlink>
      <w:r>
        <w:t xml:space="preserve"> </w:t>
      </w:r>
    </w:p>
    <w:p w14:paraId="6BA65612" w14:textId="373D3181" w:rsidR="00015A85" w:rsidRDefault="007A5DAE" w:rsidP="007A5DAE">
      <w:pPr>
        <w:pStyle w:val="Fonte"/>
        <w:spacing w:after="0"/>
      </w:pPr>
      <w:hyperlink r:id="rId75" w:history="1">
        <w:r w:rsidRPr="007D68F8">
          <w:rPr>
            <w:rStyle w:val="Collegamentoipertestuale"/>
          </w:rPr>
          <w:t>https://www.piemontepress.it/piemontepress/portale/index.php?cat=10&amp;com=18234</w:t>
        </w:r>
      </w:hyperlink>
      <w:r>
        <w:t xml:space="preserve"> </w:t>
      </w:r>
    </w:p>
    <w:p w14:paraId="6740D82A" w14:textId="1C600BFA" w:rsidR="00015A85" w:rsidRDefault="007A5DAE" w:rsidP="007A5DAE">
      <w:pPr>
        <w:pStyle w:val="Fonte"/>
        <w:spacing w:after="0"/>
      </w:pPr>
      <w:hyperlink r:id="rId76" w:history="1">
        <w:r w:rsidRPr="007D68F8">
          <w:rPr>
            <w:rStyle w:val="Collegamentoipertestuale"/>
          </w:rPr>
          <w:t>https://www.santovolto.com/joomla30/index.php/consiglio-pastorale/221-verbale-del-4-febbraio-2026</w:t>
        </w:r>
      </w:hyperlink>
      <w:r>
        <w:t xml:space="preserve"> </w:t>
      </w:r>
    </w:p>
    <w:p w14:paraId="3DB1A531" w14:textId="596D884C" w:rsidR="00015A85" w:rsidRDefault="007A5DAE" w:rsidP="007A5DAE">
      <w:pPr>
        <w:pStyle w:val="Fonte"/>
        <w:spacing w:after="0"/>
      </w:pPr>
      <w:hyperlink r:id="rId77" w:history="1">
        <w:r w:rsidRPr="007D68F8">
          <w:rPr>
            <w:rStyle w:val="Collegamentoipertestuale"/>
          </w:rPr>
          <w:t>https://www.exibart.com/evento-arte/edoardo-vaira-demis-pascal-exostrati/</w:t>
        </w:r>
      </w:hyperlink>
      <w:r>
        <w:t xml:space="preserve"> </w:t>
      </w:r>
    </w:p>
    <w:p w14:paraId="631B0BC9" w14:textId="63719145" w:rsidR="00015A85" w:rsidRDefault="007A5DAE" w:rsidP="007A5DAE">
      <w:pPr>
        <w:pStyle w:val="Fonte"/>
        <w:spacing w:after="0"/>
      </w:pPr>
      <w:hyperlink r:id="rId78" w:history="1">
        <w:r w:rsidRPr="007D68F8">
          <w:rPr>
            <w:rStyle w:val="Collegamentoipertestuale"/>
          </w:rPr>
          <w:t>https://turismotorino.org/it/visita/eventi/exostrati</w:t>
        </w:r>
      </w:hyperlink>
      <w:r>
        <w:t xml:space="preserve"> </w:t>
      </w:r>
    </w:p>
    <w:p w14:paraId="1FA006B2" w14:textId="6B4BE3EE" w:rsidR="00015A85" w:rsidRDefault="007A5DAE" w:rsidP="007A5DAE">
      <w:pPr>
        <w:pStyle w:val="Fonte"/>
        <w:spacing w:after="0"/>
      </w:pPr>
      <w:hyperlink r:id="rId79" w:history="1">
        <w:r w:rsidRPr="007D68F8">
          <w:rPr>
            <w:rStyle w:val="Collegamentoipertestuale"/>
          </w:rPr>
          <w:t>https://www.piemontepress.it/piemontepress/portale/index.php?com=18553</w:t>
        </w:r>
      </w:hyperlink>
      <w:r>
        <w:t xml:space="preserve"> </w:t>
      </w:r>
    </w:p>
    <w:p w14:paraId="592DAAFC" w14:textId="6DBB9673" w:rsidR="00015A85" w:rsidRDefault="007A5DAE" w:rsidP="007A5DAE">
      <w:pPr>
        <w:pStyle w:val="Fonte"/>
        <w:spacing w:after="0"/>
      </w:pPr>
      <w:hyperlink r:id="rId80" w:history="1">
        <w:r w:rsidRPr="007D68F8">
          <w:rPr>
            <w:rStyle w:val="Collegamentoipertestuale"/>
          </w:rPr>
          <w:t>https://www.atbassociazioneculturale.org/museobookoggettidarte</w:t>
        </w:r>
      </w:hyperlink>
      <w:r>
        <w:t xml:space="preserve"> </w:t>
      </w:r>
    </w:p>
    <w:p w14:paraId="48057AF6" w14:textId="36F62DC3" w:rsidR="00015A85" w:rsidRDefault="007A5DAE" w:rsidP="007A5DAE">
      <w:pPr>
        <w:pStyle w:val="Fonte"/>
        <w:spacing w:after="0"/>
      </w:pPr>
      <w:hyperlink r:id="rId81" w:history="1">
        <w:r w:rsidRPr="007D68F8">
          <w:rPr>
            <w:rStyle w:val="Collegamentoipertestuale"/>
          </w:rPr>
          <w:t>https://www.atbassociazioneculturale.org/post/ilviaggioinbludimartavalls</w:t>
        </w:r>
      </w:hyperlink>
      <w:r>
        <w:t xml:space="preserve"> </w:t>
      </w:r>
    </w:p>
    <w:p w14:paraId="154AFB0C" w14:textId="3634FDE8" w:rsidR="00015A85" w:rsidRDefault="007A5DAE" w:rsidP="007A5DAE">
      <w:pPr>
        <w:pStyle w:val="Fonte"/>
        <w:spacing w:after="0"/>
      </w:pPr>
      <w:hyperlink r:id="rId82" w:history="1">
        <w:r w:rsidRPr="007D68F8">
          <w:rPr>
            <w:rStyle w:val="Collegamentoipertestuale"/>
          </w:rPr>
          <w:t>https://concorsolinguamadre.it/presentazione-marta-valls/</w:t>
        </w:r>
      </w:hyperlink>
      <w:r>
        <w:t xml:space="preserve"> </w:t>
      </w:r>
    </w:p>
    <w:p w14:paraId="788DC05D" w14:textId="7A7BAC1C" w:rsidR="00015A85" w:rsidRDefault="007A5DAE" w:rsidP="007A5DAE">
      <w:pPr>
        <w:pStyle w:val="Fonte"/>
        <w:spacing w:after="0"/>
      </w:pPr>
      <w:hyperlink r:id="rId83" w:history="1">
        <w:r w:rsidRPr="007D68F8">
          <w:rPr>
            <w:rStyle w:val="Collegamentoipertestuale"/>
          </w:rPr>
          <w:t>https://books.google.com/books/about/Il_viaggio_blu_di_Andy_Wallace_un_giallo.html?id=P8b70QEACAAJ</w:t>
        </w:r>
      </w:hyperlink>
      <w:r>
        <w:t xml:space="preserve"> </w:t>
      </w:r>
    </w:p>
    <w:p w14:paraId="7119BB26" w14:textId="1EB32058" w:rsidR="00015A85" w:rsidRDefault="007A5DAE" w:rsidP="007A5DAE">
      <w:pPr>
        <w:pStyle w:val="Fonte"/>
        <w:spacing w:after="0"/>
      </w:pPr>
      <w:hyperlink r:id="rId84" w:history="1">
        <w:r w:rsidRPr="007D68F8">
          <w:rPr>
            <w:rStyle w:val="Collegamentoipertestuale"/>
          </w:rPr>
          <w:t>https://www.melobox.it/espressione-mostra-personale-di-mariella-bogliacino-swann-art-gallery-torino/</w:t>
        </w:r>
      </w:hyperlink>
      <w:r>
        <w:t xml:space="preserve"> </w:t>
      </w:r>
    </w:p>
    <w:p w14:paraId="032D9B51" w14:textId="77777777" w:rsidR="00015A85" w:rsidRDefault="00000000">
      <w:pPr>
        <w:pStyle w:val="Titolo1"/>
      </w:pPr>
      <w:r>
        <w:t>Nota finale</w:t>
      </w:r>
    </w:p>
    <w:p w14:paraId="0702B320" w14:textId="77777777" w:rsidR="00E23D7B" w:rsidRPr="00E23D7B" w:rsidRDefault="00E23D7B" w:rsidP="007A5DAE">
      <w:pPr>
        <w:pStyle w:val="Corpotesto"/>
        <w:spacing w:after="0"/>
        <w:jc w:val="both"/>
        <w:rPr>
          <w:lang w:val="it-IT"/>
        </w:rPr>
      </w:pPr>
      <w:r w:rsidRPr="00E23D7B">
        <w:rPr>
          <w:lang w:val="it-IT"/>
        </w:rPr>
        <w:t xml:space="preserve">La presente cartella stampa e documentazione progettuale non intende configurarsi esclusivamente come raccolta di articoli, comunicazioni o materiali promozionali, ma come archivio critico e testimonianza dell’attivazione culturale generata da </w:t>
      </w:r>
      <w:r w:rsidRPr="00E23D7B">
        <w:rPr>
          <w:i/>
          <w:iCs/>
          <w:lang w:val="it-IT"/>
        </w:rPr>
        <w:t>Abitare il territorio</w:t>
      </w:r>
      <w:r w:rsidRPr="00E23D7B">
        <w:rPr>
          <w:lang w:val="it-IT"/>
        </w:rPr>
        <w:t xml:space="preserve"> nel contesto del Salone Internazionale del Libro OFF 2026.</w:t>
      </w:r>
    </w:p>
    <w:p w14:paraId="0D9E7FBC" w14:textId="77777777" w:rsidR="00E23D7B" w:rsidRPr="00E23D7B" w:rsidRDefault="00E23D7B" w:rsidP="00E23D7B">
      <w:pPr>
        <w:pStyle w:val="Corpotesto"/>
        <w:spacing w:after="0"/>
        <w:rPr>
          <w:lang w:val="it-IT"/>
        </w:rPr>
      </w:pPr>
      <w:r w:rsidRPr="00E23D7B">
        <w:rPr>
          <w:lang w:val="it-IT"/>
        </w:rPr>
        <w:t>L’insieme delle relazioni attivate tra:</w:t>
      </w:r>
    </w:p>
    <w:p w14:paraId="1497101D" w14:textId="77777777" w:rsidR="00E23D7B" w:rsidRPr="00E23D7B" w:rsidRDefault="00E23D7B" w:rsidP="00E23D7B">
      <w:pPr>
        <w:pStyle w:val="Corpotesto"/>
        <w:numPr>
          <w:ilvl w:val="0"/>
          <w:numId w:val="17"/>
        </w:numPr>
        <w:spacing w:after="0"/>
        <w:rPr>
          <w:lang w:val="it-IT"/>
        </w:rPr>
      </w:pPr>
      <w:r w:rsidRPr="00E23D7B">
        <w:rPr>
          <w:lang w:val="it-IT"/>
        </w:rPr>
        <w:t xml:space="preserve">arte contemporanea; </w:t>
      </w:r>
    </w:p>
    <w:p w14:paraId="0251E096" w14:textId="77777777" w:rsidR="00E23D7B" w:rsidRPr="00E23D7B" w:rsidRDefault="00E23D7B" w:rsidP="00E23D7B">
      <w:pPr>
        <w:pStyle w:val="Corpotesto"/>
        <w:numPr>
          <w:ilvl w:val="0"/>
          <w:numId w:val="17"/>
        </w:numPr>
        <w:spacing w:after="0"/>
        <w:rPr>
          <w:lang w:val="it-IT"/>
        </w:rPr>
      </w:pPr>
      <w:r w:rsidRPr="00E23D7B">
        <w:rPr>
          <w:lang w:val="it-IT"/>
        </w:rPr>
        <w:t xml:space="preserve">ricerca curatoriale; </w:t>
      </w:r>
    </w:p>
    <w:p w14:paraId="1A2188E0" w14:textId="77777777" w:rsidR="00E23D7B" w:rsidRPr="00E23D7B" w:rsidRDefault="00E23D7B" w:rsidP="00E23D7B">
      <w:pPr>
        <w:pStyle w:val="Corpotesto"/>
        <w:numPr>
          <w:ilvl w:val="0"/>
          <w:numId w:val="17"/>
        </w:numPr>
        <w:spacing w:after="0"/>
        <w:rPr>
          <w:lang w:val="it-IT"/>
        </w:rPr>
      </w:pPr>
      <w:r w:rsidRPr="00E23D7B">
        <w:rPr>
          <w:lang w:val="it-IT"/>
        </w:rPr>
        <w:t xml:space="preserve">editoria; </w:t>
      </w:r>
    </w:p>
    <w:p w14:paraId="138CBD91" w14:textId="77777777" w:rsidR="00E23D7B" w:rsidRPr="00E23D7B" w:rsidRDefault="00E23D7B" w:rsidP="00E23D7B">
      <w:pPr>
        <w:pStyle w:val="Corpotesto"/>
        <w:numPr>
          <w:ilvl w:val="0"/>
          <w:numId w:val="17"/>
        </w:numPr>
        <w:spacing w:after="0"/>
        <w:rPr>
          <w:lang w:val="it-IT"/>
        </w:rPr>
      </w:pPr>
      <w:r w:rsidRPr="00E23D7B">
        <w:rPr>
          <w:lang w:val="it-IT"/>
        </w:rPr>
        <w:t xml:space="preserve">pratiche musicali e performative; </w:t>
      </w:r>
    </w:p>
    <w:p w14:paraId="19511308" w14:textId="77777777" w:rsidR="00E23D7B" w:rsidRPr="00E23D7B" w:rsidRDefault="00E23D7B" w:rsidP="00E23D7B">
      <w:pPr>
        <w:pStyle w:val="Corpotesto"/>
        <w:numPr>
          <w:ilvl w:val="0"/>
          <w:numId w:val="17"/>
        </w:numPr>
        <w:spacing w:after="0"/>
        <w:rPr>
          <w:lang w:val="it-IT"/>
        </w:rPr>
      </w:pPr>
      <w:r w:rsidRPr="00E23D7B">
        <w:rPr>
          <w:lang w:val="it-IT"/>
        </w:rPr>
        <w:t xml:space="preserve">riflessione scientifica e spirituale; </w:t>
      </w:r>
    </w:p>
    <w:p w14:paraId="5653EBF4" w14:textId="77777777" w:rsidR="00E23D7B" w:rsidRPr="00E23D7B" w:rsidRDefault="00E23D7B" w:rsidP="00E23D7B">
      <w:pPr>
        <w:pStyle w:val="Corpotesto"/>
        <w:numPr>
          <w:ilvl w:val="0"/>
          <w:numId w:val="17"/>
        </w:numPr>
        <w:spacing w:after="0"/>
        <w:rPr>
          <w:lang w:val="it-IT"/>
        </w:rPr>
      </w:pPr>
      <w:r w:rsidRPr="00E23D7B">
        <w:rPr>
          <w:lang w:val="it-IT"/>
        </w:rPr>
        <w:t xml:space="preserve">reti territoriali; </w:t>
      </w:r>
    </w:p>
    <w:p w14:paraId="6C8FC582" w14:textId="77777777" w:rsidR="00E23D7B" w:rsidRPr="00E23D7B" w:rsidRDefault="00E23D7B" w:rsidP="00E23D7B">
      <w:pPr>
        <w:pStyle w:val="Corpotesto"/>
        <w:numPr>
          <w:ilvl w:val="0"/>
          <w:numId w:val="17"/>
        </w:numPr>
        <w:spacing w:after="0"/>
        <w:rPr>
          <w:lang w:val="it-IT"/>
        </w:rPr>
      </w:pPr>
      <w:r w:rsidRPr="00E23D7B">
        <w:rPr>
          <w:lang w:val="it-IT"/>
        </w:rPr>
        <w:t xml:space="preserve">diffusione digitale e partecipazione relazionale, </w:t>
      </w:r>
    </w:p>
    <w:p w14:paraId="6298EC35" w14:textId="77777777" w:rsidR="00E23D7B" w:rsidRPr="00E23D7B" w:rsidRDefault="00E23D7B" w:rsidP="00E23D7B">
      <w:pPr>
        <w:pStyle w:val="Corpotesto"/>
        <w:spacing w:after="0"/>
        <w:rPr>
          <w:lang w:val="it-IT"/>
        </w:rPr>
      </w:pPr>
      <w:r w:rsidRPr="00E23D7B">
        <w:rPr>
          <w:lang w:val="it-IT"/>
        </w:rPr>
        <w:t>restituisce l’immagine di un dispositivo culturale interdisciplinare in progressiva evoluzione.</w:t>
      </w:r>
    </w:p>
    <w:p w14:paraId="1FAAA152" w14:textId="77777777" w:rsidR="00E23D7B" w:rsidRPr="00E23D7B" w:rsidRDefault="00E23D7B" w:rsidP="007A5DAE">
      <w:pPr>
        <w:pStyle w:val="Corpotesto"/>
        <w:spacing w:after="0"/>
        <w:jc w:val="both"/>
        <w:rPr>
          <w:lang w:val="it-IT"/>
        </w:rPr>
      </w:pPr>
      <w:r w:rsidRPr="00E23D7B">
        <w:rPr>
          <w:lang w:val="it-IT"/>
        </w:rPr>
        <w:t>La documentazione qui raccolta testimonia non soltanto la diffusione pubblica del progetto, ma soprattutto la costruzione di una rete culturale capace di mettere in dialogo istituzioni, artisti, studiosi, territori e comunità attraverso pratiche di prossimità e attraversamento culturale.</w:t>
      </w:r>
    </w:p>
    <w:p w14:paraId="6FFB8820" w14:textId="54F1359C" w:rsidR="00E23D7B" w:rsidRPr="00E23D7B" w:rsidRDefault="00E23D7B" w:rsidP="007A5DAE">
      <w:pPr>
        <w:pStyle w:val="Corpotesto"/>
        <w:spacing w:after="0"/>
        <w:jc w:val="both"/>
        <w:rPr>
          <w:lang w:val="it-IT"/>
        </w:rPr>
      </w:pPr>
      <w:r w:rsidRPr="00E23D7B">
        <w:rPr>
          <w:lang w:val="it-IT"/>
        </w:rPr>
        <w:t xml:space="preserve">In questa prospettiva, </w:t>
      </w:r>
      <w:r w:rsidRPr="007A5DAE">
        <w:rPr>
          <w:b/>
          <w:bCs/>
          <w:i/>
          <w:iCs/>
          <w:lang w:val="it-IT"/>
        </w:rPr>
        <w:t>Abitare il territorio</w:t>
      </w:r>
      <w:r w:rsidRPr="00E23D7B">
        <w:rPr>
          <w:lang w:val="it-IT"/>
        </w:rPr>
        <w:t xml:space="preserve"> si configura come piattaforma culturale aperta e progressiva, orientata verso ulteriori sviluppi territoriali, curatorial</w:t>
      </w:r>
      <w:r w:rsidR="007A5DAE">
        <w:rPr>
          <w:lang w:val="it-IT"/>
        </w:rPr>
        <w:t>i</w:t>
      </w:r>
      <w:r w:rsidRPr="00E23D7B">
        <w:rPr>
          <w:lang w:val="it-IT"/>
        </w:rPr>
        <w:t xml:space="preserve"> e relazionali tra Torino, Borgaro Torinese e future reti culturali metropolitane.</w:t>
      </w:r>
    </w:p>
    <w:p w14:paraId="07AC254E" w14:textId="2B12B050" w:rsidR="00015A85" w:rsidRDefault="00015A85" w:rsidP="007A5DAE">
      <w:pPr>
        <w:pStyle w:val="Corpotesto"/>
        <w:spacing w:after="0"/>
        <w:jc w:val="both"/>
      </w:pPr>
    </w:p>
    <w:sectPr w:rsidR="00015A85" w:rsidSect="00034616">
      <w:footerReference w:type="default" r:id="rId85"/>
      <w:pgSz w:w="12240" w:h="15840"/>
      <w:pgMar w:top="936" w:right="1008" w:bottom="93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9DEB0" w14:textId="77777777" w:rsidR="002B7194" w:rsidRDefault="002B7194">
      <w:pPr>
        <w:spacing w:after="0" w:line="240" w:lineRule="auto"/>
      </w:pPr>
      <w:r>
        <w:separator/>
      </w:r>
    </w:p>
  </w:endnote>
  <w:endnote w:type="continuationSeparator" w:id="0">
    <w:p w14:paraId="29C549CC" w14:textId="77777777" w:rsidR="002B7194" w:rsidRDefault="002B7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 Mono">
    <w:charset w:val="00"/>
    <w:family w:val="modern"/>
    <w:pitch w:val="fixed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C9B1D" w14:textId="77777777" w:rsidR="00015A85" w:rsidRDefault="00000000">
    <w:pPr>
      <w:pStyle w:val="Pidipagina"/>
      <w:jc w:val="center"/>
    </w:pPr>
    <w:r>
      <w:rPr>
        <w:color w:val="646464"/>
        <w:sz w:val="16"/>
      </w:rPr>
      <w:t xml:space="preserve">ATB </w:t>
    </w:r>
    <w:proofErr w:type="spellStart"/>
    <w:r>
      <w:rPr>
        <w:color w:val="646464"/>
        <w:sz w:val="16"/>
      </w:rPr>
      <w:t>Associazione</w:t>
    </w:r>
    <w:proofErr w:type="spellEnd"/>
    <w:r>
      <w:rPr>
        <w:color w:val="646464"/>
        <w:sz w:val="16"/>
      </w:rPr>
      <w:t xml:space="preserve"> </w:t>
    </w:r>
    <w:proofErr w:type="spellStart"/>
    <w:r>
      <w:rPr>
        <w:color w:val="646464"/>
        <w:sz w:val="16"/>
      </w:rPr>
      <w:t>Culturale</w:t>
    </w:r>
    <w:proofErr w:type="spellEnd"/>
    <w:r>
      <w:rPr>
        <w:color w:val="646464"/>
        <w:sz w:val="16"/>
      </w:rPr>
      <w:t xml:space="preserve"> - </w:t>
    </w:r>
    <w:proofErr w:type="spellStart"/>
    <w:r>
      <w:rPr>
        <w:color w:val="646464"/>
        <w:sz w:val="16"/>
      </w:rPr>
      <w:t>Abitare</w:t>
    </w:r>
    <w:proofErr w:type="spellEnd"/>
    <w:r>
      <w:rPr>
        <w:color w:val="646464"/>
        <w:sz w:val="16"/>
      </w:rPr>
      <w:t xml:space="preserve"> il </w:t>
    </w:r>
    <w:proofErr w:type="spellStart"/>
    <w:r>
      <w:rPr>
        <w:color w:val="646464"/>
        <w:sz w:val="16"/>
      </w:rPr>
      <w:t>territorio</w:t>
    </w:r>
    <w:proofErr w:type="spellEnd"/>
    <w:r>
      <w:rPr>
        <w:color w:val="646464"/>
        <w:sz w:val="16"/>
      </w:rPr>
      <w:t xml:space="preserve"> 2026 - </w:t>
    </w:r>
    <w:proofErr w:type="spellStart"/>
    <w:r>
      <w:rPr>
        <w:color w:val="646464"/>
        <w:sz w:val="16"/>
      </w:rPr>
      <w:t>Rassegna</w:t>
    </w:r>
    <w:proofErr w:type="spellEnd"/>
    <w:r>
      <w:rPr>
        <w:color w:val="646464"/>
        <w:sz w:val="16"/>
      </w:rPr>
      <w:t xml:space="preserve"> </w:t>
    </w:r>
    <w:proofErr w:type="spellStart"/>
    <w:r>
      <w:rPr>
        <w:color w:val="646464"/>
        <w:sz w:val="16"/>
      </w:rPr>
      <w:t>stampa</w:t>
    </w:r>
    <w:proofErr w:type="spellEnd"/>
    <w:r>
      <w:rPr>
        <w:color w:val="646464"/>
        <w:sz w:val="16"/>
      </w:rPr>
      <w:t xml:space="preserve"> e dossier di </w:t>
    </w:r>
    <w:proofErr w:type="spellStart"/>
    <w:r>
      <w:rPr>
        <w:color w:val="646464"/>
        <w:sz w:val="16"/>
      </w:rPr>
      <w:t>diffusione</w:t>
    </w:r>
    <w:proofErr w:type="spellEnd"/>
    <w:r>
      <w:rPr>
        <w:color w:val="646464"/>
        <w:sz w:val="16"/>
      </w:rPr>
      <w:t xml:space="preserve"> </w:t>
    </w:r>
    <w:proofErr w:type="spellStart"/>
    <w:r>
      <w:rPr>
        <w:color w:val="646464"/>
        <w:sz w:val="16"/>
      </w:rPr>
      <w:t>culturale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5BEE3" w14:textId="77777777" w:rsidR="002B7194" w:rsidRDefault="002B7194">
      <w:pPr>
        <w:spacing w:after="0" w:line="240" w:lineRule="auto"/>
      </w:pPr>
      <w:r>
        <w:separator/>
      </w:r>
    </w:p>
  </w:footnote>
  <w:footnote w:type="continuationSeparator" w:id="0">
    <w:p w14:paraId="6EBC806D" w14:textId="77777777" w:rsidR="002B7194" w:rsidRDefault="002B7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3D80973"/>
    <w:multiLevelType w:val="multilevel"/>
    <w:tmpl w:val="6846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253BE"/>
    <w:multiLevelType w:val="multilevel"/>
    <w:tmpl w:val="C11CF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EB49BA"/>
    <w:multiLevelType w:val="multilevel"/>
    <w:tmpl w:val="4B8A7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A70044"/>
    <w:multiLevelType w:val="multilevel"/>
    <w:tmpl w:val="C7DA7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C02A13"/>
    <w:multiLevelType w:val="multilevel"/>
    <w:tmpl w:val="D01A0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DD5DFD"/>
    <w:multiLevelType w:val="multilevel"/>
    <w:tmpl w:val="FC06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CC46A2"/>
    <w:multiLevelType w:val="multilevel"/>
    <w:tmpl w:val="D532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90382B"/>
    <w:multiLevelType w:val="multilevel"/>
    <w:tmpl w:val="1BA27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0460804">
    <w:abstractNumId w:val="8"/>
  </w:num>
  <w:num w:numId="2" w16cid:durableId="1131898506">
    <w:abstractNumId w:val="6"/>
  </w:num>
  <w:num w:numId="3" w16cid:durableId="1683975941">
    <w:abstractNumId w:val="5"/>
  </w:num>
  <w:num w:numId="4" w16cid:durableId="1598178247">
    <w:abstractNumId w:val="4"/>
  </w:num>
  <w:num w:numId="5" w16cid:durableId="1685589577">
    <w:abstractNumId w:val="7"/>
  </w:num>
  <w:num w:numId="6" w16cid:durableId="1615747841">
    <w:abstractNumId w:val="3"/>
  </w:num>
  <w:num w:numId="7" w16cid:durableId="356589319">
    <w:abstractNumId w:val="2"/>
  </w:num>
  <w:num w:numId="8" w16cid:durableId="1865899880">
    <w:abstractNumId w:val="1"/>
  </w:num>
  <w:num w:numId="9" w16cid:durableId="625042976">
    <w:abstractNumId w:val="0"/>
  </w:num>
  <w:num w:numId="10" w16cid:durableId="1055591938">
    <w:abstractNumId w:val="14"/>
  </w:num>
  <w:num w:numId="11" w16cid:durableId="2139949148">
    <w:abstractNumId w:val="9"/>
  </w:num>
  <w:num w:numId="12" w16cid:durableId="602761205">
    <w:abstractNumId w:val="15"/>
  </w:num>
  <w:num w:numId="13" w16cid:durableId="1124158986">
    <w:abstractNumId w:val="16"/>
  </w:num>
  <w:num w:numId="14" w16cid:durableId="46610587">
    <w:abstractNumId w:val="11"/>
  </w:num>
  <w:num w:numId="15" w16cid:durableId="1855146532">
    <w:abstractNumId w:val="13"/>
  </w:num>
  <w:num w:numId="16" w16cid:durableId="2111194972">
    <w:abstractNumId w:val="10"/>
  </w:num>
  <w:num w:numId="17" w16cid:durableId="16012614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0A8A"/>
    <w:rsid w:val="00015A85"/>
    <w:rsid w:val="00034616"/>
    <w:rsid w:val="00041D76"/>
    <w:rsid w:val="0006063C"/>
    <w:rsid w:val="000969C6"/>
    <w:rsid w:val="000C29AF"/>
    <w:rsid w:val="0015074B"/>
    <w:rsid w:val="001B5A8D"/>
    <w:rsid w:val="0029639D"/>
    <w:rsid w:val="002B7194"/>
    <w:rsid w:val="002C29C9"/>
    <w:rsid w:val="00326F90"/>
    <w:rsid w:val="003C3FC9"/>
    <w:rsid w:val="00464A63"/>
    <w:rsid w:val="005F062C"/>
    <w:rsid w:val="006820DC"/>
    <w:rsid w:val="006835BB"/>
    <w:rsid w:val="007A5DAE"/>
    <w:rsid w:val="00870D28"/>
    <w:rsid w:val="0088387D"/>
    <w:rsid w:val="00896E3A"/>
    <w:rsid w:val="00905975"/>
    <w:rsid w:val="00912798"/>
    <w:rsid w:val="00953FB6"/>
    <w:rsid w:val="009619D5"/>
    <w:rsid w:val="00961B77"/>
    <w:rsid w:val="0099613A"/>
    <w:rsid w:val="009D2AB5"/>
    <w:rsid w:val="009D62C3"/>
    <w:rsid w:val="00A513D2"/>
    <w:rsid w:val="00A747FF"/>
    <w:rsid w:val="00AA1D8D"/>
    <w:rsid w:val="00B26B70"/>
    <w:rsid w:val="00B359CF"/>
    <w:rsid w:val="00B42279"/>
    <w:rsid w:val="00B47730"/>
    <w:rsid w:val="00CB0664"/>
    <w:rsid w:val="00E23D7B"/>
    <w:rsid w:val="00F0216C"/>
    <w:rsid w:val="00F90718"/>
    <w:rsid w:val="00FC693F"/>
    <w:rsid w:val="00FD0F7D"/>
    <w:rsid w:val="00FF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F43B1E"/>
  <w14:defaultImageDpi w14:val="300"/>
  <w15:docId w15:val="{FC3C7207-D202-4326-B4D8-021B331B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  <w:rPr>
      <w:rFonts w:ascii="Aptos" w:hAnsi="Aptos"/>
      <w:sz w:val="19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F4E5F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F4E5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64646"/>
      <w:sz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Fonte">
    <w:name w:val="Fonte"/>
    <w:rPr>
      <w:rFonts w:ascii="Aptos" w:hAnsi="Aptos"/>
      <w:color w:val="5A5A5A"/>
      <w:sz w:val="17"/>
    </w:rPr>
  </w:style>
  <w:style w:type="character" w:styleId="Collegamentoipertestuale">
    <w:name w:val="Hyperlink"/>
    <w:basedOn w:val="Carpredefinitoparagrafo"/>
    <w:uiPriority w:val="99"/>
    <w:unhideWhenUsed/>
    <w:rsid w:val="0088387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8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29AF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9D62C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www.salonelibro.it/programma-eventi/tutto_cio_che_sai_non_e_necessariamente_sbagliato_ma_e_migliorabile/24059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facebook.com/mariella.bogliacino.artista/posts/abitare-il-territorio-arte-parola-spiritualit%C3%A0-in-dialogo%EF%B8%8F-incontro-con-gli-auto/1609063877886236/" TargetMode="External"/><Relationship Id="rId63" Type="http://schemas.openxmlformats.org/officeDocument/2006/relationships/hyperlink" Target="https://www.salonelibro.it/programma-eventi/tutto_cio_che_sai_non_e_necessariamente_sbagliato_ma_e_migliorabile/24059" TargetMode="External"/><Relationship Id="rId68" Type="http://schemas.openxmlformats.org/officeDocument/2006/relationships/hyperlink" Target="https://www.salonelibro.it/programma-eventi/leroe_dallantica_grecia_ai_giorni_nostri/20955" TargetMode="External"/><Relationship Id="rId84" Type="http://schemas.openxmlformats.org/officeDocument/2006/relationships/hyperlink" Target="https://www.melobox.it/espressione-mostra-personale-di-mariella-bogliacino-swann-art-gallery-torino/" TargetMode="External"/><Relationship Id="rId16" Type="http://schemas.openxmlformats.org/officeDocument/2006/relationships/hyperlink" Target="https://www.santovolto.com/joomla30/index.php/consiglio-pastorale/221-verbale-del-4-febbraio-2026" TargetMode="External"/><Relationship Id="rId11" Type="http://schemas.openxmlformats.org/officeDocument/2006/relationships/hyperlink" Target="https://www.diocesi.torino.it/cultura/arte-parola-spiritualita-in-dialogo/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lastampa.it/torinosette/2026/05/15/news/agenda-15622749/" TargetMode="External"/><Relationship Id="rId53" Type="http://schemas.openxmlformats.org/officeDocument/2006/relationships/hyperlink" Target="https://www.melobox.it/espressione-mostra-personale-di-mariella-bogliacino-swann-art-gallery-torino/" TargetMode="External"/><Relationship Id="rId58" Type="http://schemas.openxmlformats.org/officeDocument/2006/relationships/hyperlink" Target="https://www.atbassociazioneculturale.org/programma/abitare-il-territorio-eventi-inseriti-nel-programma-del-salone-del-libro-off-2026" TargetMode="External"/><Relationship Id="rId74" Type="http://schemas.openxmlformats.org/officeDocument/2006/relationships/hyperlink" Target="https://www.bioeticanews.it/bioetica-e-arte-mostre-in-corso-maggio-2026/" TargetMode="External"/><Relationship Id="rId79" Type="http://schemas.openxmlformats.org/officeDocument/2006/relationships/hyperlink" Target="https://www.piemontepress.it/piemontepress/portale/index.php?com=18553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www.salonelibro.it/programma-eventi/sudan/2104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salonelibro.it/programma-eventi/parola_fede_e_responabilita/20937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salonelibro.it/programma-eventi/concerto_di_musica_sacra/20950" TargetMode="External"/><Relationship Id="rId43" Type="http://schemas.openxmlformats.org/officeDocument/2006/relationships/hyperlink" Target="https://www.bioeticanews.it/bioetica-e-arte-mostre-in-corso-maggio-2026/" TargetMode="External"/><Relationship Id="rId48" Type="http://schemas.openxmlformats.org/officeDocument/2006/relationships/hyperlink" Target="https://www.instagram.com/p/DYRnUMHClME/" TargetMode="External"/><Relationship Id="rId56" Type="http://schemas.openxmlformats.org/officeDocument/2006/relationships/hyperlink" Target="https://concorsolinguamadre.it/presentazione-marta-valls/" TargetMode="External"/><Relationship Id="rId64" Type="http://schemas.openxmlformats.org/officeDocument/2006/relationships/hyperlink" Target="https://www.salonelibro.it/programma-eventi/guerre_sconosciute/20907" TargetMode="External"/><Relationship Id="rId69" Type="http://schemas.openxmlformats.org/officeDocument/2006/relationships/hyperlink" Target="https://www.salonelibro.it/programma-eventi/la_sindone/20963" TargetMode="External"/><Relationship Id="rId77" Type="http://schemas.openxmlformats.org/officeDocument/2006/relationships/hyperlink" Target="https://www.exibart.com/evento-arte/edoardo-vaira-demis-pascal-exostrati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turismotorino.org/it/visita/eventi/exostrati" TargetMode="External"/><Relationship Id="rId72" Type="http://schemas.openxmlformats.org/officeDocument/2006/relationships/hyperlink" Target="https://www.exibart.com/evento-arte/sudan-artisti-contemporanei/" TargetMode="External"/><Relationship Id="rId80" Type="http://schemas.openxmlformats.org/officeDocument/2006/relationships/hyperlink" Target="https://www.atbassociazioneculturale.org/museobookoggettidarte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www.salonelibro.it/programma-eventi/incontri_con_gli_autori_di_atbedizioni/20925" TargetMode="External"/><Relationship Id="rId33" Type="http://schemas.openxmlformats.org/officeDocument/2006/relationships/hyperlink" Target="https://www.salonelibro.it/programma-eventi/la_sindone/20963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www.instagram.com/atbassociazioneculturale/" TargetMode="External"/><Relationship Id="rId59" Type="http://schemas.openxmlformats.org/officeDocument/2006/relationships/hyperlink" Target="https://www.diocesi.torino.it/cultura/arte-parola-spiritualita-in-dialogo/" TargetMode="External"/><Relationship Id="rId67" Type="http://schemas.openxmlformats.org/officeDocument/2006/relationships/hyperlink" Target="https://www.salonelibro.it/programma-eventi/la_camicia_nera/20965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juliet-artmagazine.com/events/sudan-artisti-contemporanei/" TargetMode="External"/><Relationship Id="rId54" Type="http://schemas.openxmlformats.org/officeDocument/2006/relationships/hyperlink" Target="https://www.atbassociazioneculturale.org/product-page/storia-di-un-antica-libert%C3%A0-marta-valls?utm_source=chatgpt.com" TargetMode="External"/><Relationship Id="rId62" Type="http://schemas.openxmlformats.org/officeDocument/2006/relationships/hyperlink" Target="https://www.salonelibro.it/programma-eventi/sudan/21046" TargetMode="External"/><Relationship Id="rId70" Type="http://schemas.openxmlformats.org/officeDocument/2006/relationships/hyperlink" Target="https://www.salonelibro.it/programma-eventi/concerto_di_musica_sacra/20950" TargetMode="External"/><Relationship Id="rId75" Type="http://schemas.openxmlformats.org/officeDocument/2006/relationships/hyperlink" Target="https://www.piemontepress.it/piemontepress/portale/index.php?cat=10&amp;com=18234" TargetMode="External"/><Relationship Id="rId83" Type="http://schemas.openxmlformats.org/officeDocument/2006/relationships/hyperlink" Target="https://books.google.com/books/about/Il_viaggio_blu_di_Andy_Wallace_un_giallo.html?id=P8b70QEACAA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alameo.com/books/005546860b33069e5607a" TargetMode="External"/><Relationship Id="rId23" Type="http://schemas.openxmlformats.org/officeDocument/2006/relationships/hyperlink" Target="https://www.salonelibro.it/programma-eventi/guerre_sconosciute/20907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www.exibart.com/evento-arte/nubian-people/" TargetMode="External"/><Relationship Id="rId57" Type="http://schemas.openxmlformats.org/officeDocument/2006/relationships/hyperlink" Target="https://books.google.com/books/about/Il_viaggio_blu_di_Andy_Wallace_un_giallo.html?id=P8b70QEACAAJ" TargetMode="External"/><Relationship Id="rId10" Type="http://schemas.openxmlformats.org/officeDocument/2006/relationships/hyperlink" Target="https://www.atbassociazioneculturale.org/programma/abitare-il-territorio-eventi-inseriti-nel-programma-del-salone-del-libro-off-2026" TargetMode="External"/><Relationship Id="rId31" Type="http://schemas.openxmlformats.org/officeDocument/2006/relationships/hyperlink" Target="https://www.salonelibro.it/programma-eventi/leroe_dallantica_grecia_ai_giorni_nostri/20955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s://www.atbassociazioneculturale.org/museobookoggettidarte" TargetMode="External"/><Relationship Id="rId60" Type="http://schemas.openxmlformats.org/officeDocument/2006/relationships/hyperlink" Target="https://www.diocesi.torino.it/cultura/wp-content/uploads/sites/40/2026/05/CARTELLA-STAMPA-ABITARE-IL-TERRITORIO.pdf" TargetMode="External"/><Relationship Id="rId65" Type="http://schemas.openxmlformats.org/officeDocument/2006/relationships/hyperlink" Target="https://www.salonelibro.it/programma-eventi/incontri_con_gli_autori_di_atbedizioni/20925" TargetMode="External"/><Relationship Id="rId73" Type="http://schemas.openxmlformats.org/officeDocument/2006/relationships/hyperlink" Target="https://www.juliet-artmagazine.com/events/sudan-artisti-contemporanei/" TargetMode="External"/><Relationship Id="rId78" Type="http://schemas.openxmlformats.org/officeDocument/2006/relationships/hyperlink" Target="https://turismotorino.org/it/visita/eventi/exostrati" TargetMode="External"/><Relationship Id="rId81" Type="http://schemas.openxmlformats.org/officeDocument/2006/relationships/hyperlink" Target="https://www.atbassociazioneculturale.org/post/ilviaggioinbludimartavalls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diocesi.torino.it/cultura/wp-content/uploads/sites/40/2026/05/CARTELLA-STAMPA-ABITARE-IL-TERRITORIO.pdf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www.exibart.com/evento-arte/sudan-artisti-contemporanei/" TargetMode="External"/><Relationship Id="rId34" Type="http://schemas.openxmlformats.org/officeDocument/2006/relationships/image" Target="media/image14.png"/><Relationship Id="rId50" Type="http://schemas.openxmlformats.org/officeDocument/2006/relationships/hyperlink" Target="https://www.exibart.com/evento-arte/edoardo-vaira-demis-pascal-exostrati/" TargetMode="External"/><Relationship Id="rId55" Type="http://schemas.openxmlformats.org/officeDocument/2006/relationships/hyperlink" Target="https://www.atbassociazioneculturale.org/post/ilviaggioinbludimartavalls" TargetMode="External"/><Relationship Id="rId76" Type="http://schemas.openxmlformats.org/officeDocument/2006/relationships/hyperlink" Target="https://www.santovolto.com/joomla30/index.php/consiglio-pastorale/221-verbale-del-4-febbraio-202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lastampa.it/torinosette/2026/05/15/news/agenda-15622749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salonelibro.it/programma-eventi/la_camicia_nera/20965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hyperlink" Target="https://www.piemontepress.it/piemontepress/portale/index.php?cat=10&amp;com=18234" TargetMode="External"/><Relationship Id="rId66" Type="http://schemas.openxmlformats.org/officeDocument/2006/relationships/hyperlink" Target="https://www.salonelibro.it/programma-eventi/parola_fede_e_responabilita/20937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www.calameo.com/books/005546860b33069e5607a" TargetMode="External"/><Relationship Id="rId82" Type="http://schemas.openxmlformats.org/officeDocument/2006/relationships/hyperlink" Target="https://concorsolinguamadre.it/presentazione-marta-vall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5437</Words>
  <Characters>36975</Characters>
  <Application>Microsoft Office Word</Application>
  <DocSecurity>0</DocSecurity>
  <Lines>924</Lines>
  <Paragraphs>673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41739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alessandro allocco</cp:lastModifiedBy>
  <cp:revision>2</cp:revision>
  <dcterms:created xsi:type="dcterms:W3CDTF">2026-05-20T16:35:00Z</dcterms:created>
  <dcterms:modified xsi:type="dcterms:W3CDTF">2026-05-20T16:35:00Z</dcterms:modified>
  <cp:category/>
</cp:coreProperties>
</file>